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 job safety analysis for oil and gas field work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Outdoor construction site showing a large pipe and a job date of August 16, 1989, with three workers visible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with the text "Step by step JOB SAFETY ANALYSIS" overlaid on a construction site, showing workers in hard hats and rebar structures.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in blue hard hat and glasses gesturing with hands in front of rebar at a construction site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in blue hard hat and glasses gesturing in front of rebar and construction materials at a construction site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supervisor stands near caution tape, reinforcing the message that safety is a shared responsibility.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displaying the safety disclaimer: local, state, and company safety standards may exceed those covered by this program.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Job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Three workers in hard hats and work attire walking toward a large pipe at a construction site.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View of a pipe resting on supports at a construction site, showing the asset where the confined-space weld repair takes place.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Crew and equipment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pipe entrance with an oxygen hose and grinding equipment visible; a worker's gloved hand holds equipment at the pipe opening.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and glasses holding a clipboard at a construction site, surrounded by construction equipment and materials.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hard hats at a construction site; one holds a clipboard and explains the JSA worksheet to the other.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putting on heavy-duty gloves before a task involving potential exposure to hazardous materials.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Respiratory protection equipment, including air tanks, gauges, and a mask, laid out on the ground at a worksite.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Task steps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View of the pipe on supports at a construction site, with no people visible, emphasizing the work environment where the incident occurred.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summarizing the three-step method: break the job into steps, identify existing and potential hazards, and develop a plan to eliminate or control hazards.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and glasses filling out paperwork at a desk, surrounded by binders and posted documents.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writing on a clipboard at a construction site while another worker installs pipe in a trench.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PPE standing in front of a large pipe, explaining the setup for the sample JSA.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JSA worksheet with job steps listed in the first column, including "Lift lumber onto table" and "Measure board w/ tape."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JSA worksheet being completed one column at a time.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at a construction site; one observes and takes notes on a clipboard while the other works with lumber.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 searching through labeled file folders containing injury and illness records.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searching through additional file folders while gathering records for analysis.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reviewing documents at a counter, with on-screen text listing frequent accidents, a history of disabling injuries, and the potential for severe injury as prioritization criteria.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hard hats reviewing documents and equipment at a construction site table, checking a job with changed procedures.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and denim jacket holding a clipboard at a construction site, ready to begin the JSA.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hard hats near a brick wall; one explains the JSA worksheet details to the other.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observing and taking notes on a clipboard while another worker handles rebar at a construction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bending over to secure rebar on a concrete slab, demonstrating a specific job step.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and gloves lifting a concrete block while another worker observes.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lifting a block at a construction site, shown within a video frame overlay to illustrate the use of video for analysis.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climbing into a pipe while another worker stands by, both wearing hard hats and PPE.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bending over to handle blocks at a construction site, shown within a video frame overlay.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Hazards and controls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PPE gesturing while standing next to a large pipe, reinforcing the importance of the JSA worksheet.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</w:tbl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worker expressing distress, with a split image showing another face in black and white.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Wide view of the pipe entrance with an oxygen hose trailing inside; the pipe is partially covered with cloth, moments before a fire broke out.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JSA worksheet showing hazards listed in the second column, such as "Cuts," "Strains," and "Bending/Lifting."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JSA worksheet with a hand writing in the third column, used for suggestions to eliminate or control hazards.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blue hard hat and denim jacket standing in front of a block wall, with on-screen text reading **"STEP 2 LIST HAZARDS."**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wearing gloves handling rebar on a concrete slab, illustrating close observation of a manual task for hazards.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assisting another worker entering a large pipe, with a caution sign visible at the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white hard hat kneeling with a clipboard, taking notes while talking with another worker.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adjusting hearing protection near a chain-link fence, illustrating a hazard introduced by the site environment.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Three workers in hard hats and plaid shirts working together at the entrance of a large pipe, demonstrating teamwork and hazard awareness.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Workers assisting a colleague entering a large pipe, highlighting the risk of entrapment and the need for vigilance.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forklift transporting a large stack of concrete blocks at a construction site, replacing manual lifting.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hard hats and safety gear reviewing blueprints and discussing changes to the work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supervisors in hard hats pointing and discussing the construction site layout while holding a clipboard.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green hard hat and gloves placing a wooden board into a large pipe to allow safer confined-space entry.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hard hat and gloves lifting a bucket, a physically demanding task that could benefit from job rotation.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Supervisor in a white hard hat demonstrating rope handling to a group of workers, with safety equipment visible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Group of workers in hard hats gathered around a stack of concrete blocks, discussing site safety and procedures.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Supervisor in a hard hat and glasses explaining the JSA process at a construction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using a power tool while another documents the process; on-screen text reads "Identify the Hazards."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Supervisor in a green hard hat and safety glasses gesturing while discussing safety near yellow caution tape marking a hazardous area.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Permit requirements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workers in hard hats standing next to an oxygen cylinder at a construction site, discussing feeding a line into the pipe.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PPE standing behind yellow caution tape near the pipe, highlighting restricted access and hazard awareness.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blue hard hat standing in a taped-off construction area next to the pipe.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green hard hat operating a sampling pump with a hose near a large pipe, preparing to test the air inside.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using non-sparking tools on a metal drum, with on-screen text reading **"USE NON-SPARKING TOOLS."**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yellow caution sign reading "LEVEL 2 CONFINED SPACE DO NOT ENTER WITHOUT PROPER EQUIPMENT," posted on a wall at a construction site.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Emergency response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Emergency responders and workers with PPE, a stretcher, and an open emergency vehicle at the incident scene.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Several workers and responders attending to an injured person on the ground, using a stretcher and PPE.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PPE at the pipe entrance; one leans in with smoke billowing out while the other assists in the rescue.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attending to an injured person on the ground near the pipe entrance, with smoke and urgency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blue hard hat kneeling beside an injured person, with the pipe and emergency equipment visible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in a pink hard hat and safety harness standing near a confined space entrance, holding a communication line.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Worker in an orange hard hat crouching near the entrance of a large pipe, speaking into a communication device.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Signoff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worker in a pink hard hat, expressing concern and speaking directly to the camera.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Supervisor gesturing toward the construction site to emphasize reducing hazards, with caution tape and a partially built wall visible.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Worker climbing into a pipe while another stands by, both wearing hard hats and PPE at a construction site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workers, one in a green hard hat and one in a pink hard hat, discussing safety procedures at the construction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worker in a pink hard hat speaking about the impact of accidents on the team.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two workers in green and pink hard hats standing together, concluding the safety discussion.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hand-completed worksheet titled "JOB SAFETY ANALYSIS," showing entries for job title, date, and job steps.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showing "Job Safety Analysis – 3 steps: 1. Break the job into steps, 2. Identify existing and potential hazards."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worker in blue hard hat and glasses, explaining safety considerations at a construction site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4559300" cy="3441700"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4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in a hard hat stands behind yellow caution tape at a construction site, demonstrating hazard marking.</w:t>
      </w:r>
    </w:p>
    <w:p>
      <w:pPr/>
      <w:r>
        <w:br w:type="page"/>
      </w:r>
    </w:p>
    <w:sectPr w:rsidR="00FC693F" w:rsidRPr="0006063C" w:rsidSect="00034616">
      <w:headerReference w:type="default" r:id="rId43"/>
      <w:footerReference w:type="default" r:id="rId4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header" Target="header1.xml"/><Relationship Id="rId4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