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Wear a Respirator: N95 Mask Fitting and Removal Procedure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Title screen: "OREGON OSHA PRESENTS HOW TO PUT ON AN N95 MASK"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holding N95 mask to face with straps positioned correctly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Presenter giving final reminders, Oregon OSHA logo visible, informational background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and PPE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Presenter with overlay text: "USE", "MAINTENANCE", "CLEANING AND CARE", "WARNING ABOUT LIMITATIONS"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Review the general instructions before use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Position the mask on your face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Presenter standing in front of informational background, Oregon OSHA logo visible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Secure the straps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Presenter with overlay text: "USE", "MAINTENANCE", "CLEANING AND CARE"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Verify correct strap placement and seal the nose piece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Presenter with overlay text: "HOW TO PUT IT ON", "PROPER PLACEMENT ON YOUR FACE", "HOW TO REMOVE IT"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Perform a seal check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performing a seal check outdoors by touching the mask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Perform positive and negative pressure seal checks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performing a seal check indoors by covering the N95 mask with both hands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outdoors wearing N95 mask, performing a seal check by touching the mask, Oregon OSHA logo visible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Remove the respirator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Person holding N95 mask to face with straps hanging freely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Title screen: "REMOVING AN N95", Oregon OSHA logo visible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Store or dispose of the respirator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removing the N95 mask by pulling the top strap over the head while holding the mask in place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Incorrect example of wearing an N95 mask with crisscrossed straps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Presenter smiling, Oregon OSHA logo visible, informational background</w:t>
      </w:r>
    </w:p>
    <w:p>
      <w:pPr/>
      <w:r>
        <w:br w:type="page"/>
      </w:r>
    </w:p>
    <w:sectPr w:rsidR="00FC693F" w:rsidRPr="0006063C" w:rsidSect="00034616">
      <w:headerReference w:type="default" r:id="rId16"/>
      <w:footerReference w:type="default" r:id="rId1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header" Target="header1.xml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