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Use an AED for Adults: Standard Operating Procedure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Retrieve the AED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instructors, one holding a red AED case labeled "AED Trainer"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Prepare the scene and the patient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Power on the AED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gloved hand pressing the green power button on an AED device in a red case, with pads visible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Confirm you are using adult pads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kneeling with AED pads, text: "Use adult AED pads on anyone older than 8 years of age and/or weighing more than 55 pounds (25 kilograms)"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Attach the AED pads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hands placing AED pads on a mannequin's chest, text: "UPPER RIGHT side of chest" and "LOWER LEFT side of chest"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AED pads with an integrated feedback device and placement diagrams, text: "AED feedback device"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Connect the pad cable to the AED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AED device in a red case with the pad connector cable plugged in, American Red Cross label visible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Prepare for rhythm analysis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!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AED device in a red case, ready for analysis, with no one touching the device or the patient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Deliver a shock if advised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!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AED device with the pad connector cable attached and the flashing shock button illuminated, ready to deliver a shock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9: Resume CPR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AED device after the shock has been delivered, gloved hand visible, ready to resume CPR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10: Continue CPR cycles until one of the following occurs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in blue gloves and an American Red Cross shirt, text: "Continue giving CPR cycles until: another trained responder is available to take over compressions"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in blue gloves and an American Red Cross shirt, text: "Continue giving CPR cycles until: EMS personnel arrive and begin their care"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Title screen: "Using an AED for Adults" with American Red Cross logo</w:t>
      </w:r>
    </w:p>
    <w:p>
      <w:pPr/>
      <w:r>
        <w:br w:type="page"/>
      </w:r>
    </w:p>
    <w:sectPr w:rsidR="00FC693F" w:rsidRPr="0006063C" w:rsidSect="00034616">
      <w:headerReference w:type="default" r:id="rId16"/>
      <w:footerReference w:type="default" r:id="rId1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header" Target="header1.xml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