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Spill Kit: SpillTech 240 Liter Chemical Spill Kit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warning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Red warning screen stating that chemical spills are extremely dangerous, that the kit is intended for small spills, and that SpillTech should be called immediately for bigger spills.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equipment: kit contents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Full contents of the Spill Tech Chemical Spill Kit displayed, including the yellow wheely bin, sparkproof broom and spade, absorbent bags, absorbent pads, absorbent boom, and PPE, with a text list of contents.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Fire and static safety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— red helmet, mask, goggles, gloves, and Spill Tech vest — holding a sparkproof broom and spade in front of a red roller door.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in full PPE with labeled items: helmet, safety goggles and mask, overall, safety boots, and safety gloves.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Don your PPE in the correct order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a high-visibility vest labeled "SPILL" donning a dust mask while preparing PPE outdoors near a building.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— red helmet, goggles, respirator, and high-visibility vest — with a warning that strong fumes may require a respirator.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Contain the spill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feet pressing down on a white absorbent boom placed in a semicircle on concrete to contain a chemical spill, with yellow absorbent material and the kit visible in the background.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Absorbent boom fully deployed and pressed down, containing a chemical spill on concrete, with yellow absorbent material and pads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Stop the source of the leak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 plastic container leaking liquid from a hole near its base, with liquid pooling on the 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wearing red chemical gloves pressing an absorbent pad over the hole of a white container that has been turned on its side.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Absorb and clean up the spill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opening a bag of yellow chemical scatter, preparing to apply it to the spill area surrounded by an absorbent boom.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using a red sparkproof spade to tap down and sweep up yellow absorbent material inside a contained spill area, with the Spill Tech Chemical Spill Kit bin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Sweep up hazardous waste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using a sparkproof spade and broom to sweep up yellow chemical absorbent residue, with the Spill Tech Chemical Spill Kit bin, absorbent pads, and bags visible in an outdoor industrial setting.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Dispose of the waste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placing yellow chemical waste into a disposal bag, with the Spill Tech Chemical Spill Kit bin and absorbent materials visible.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in full PPE placing a sealed yellow waste bag into a red bin labeled "HAZARDOUS WASTE," positioned next to a green "GENERAL WASTE" bin.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person in PPE placing a yellow chemical waste bag into the red hazardous waste bin.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Apply final degreasing cleanup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broom spreading white degreaser solution over the previously contaminated area, showing cleaning in progress.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pouring liquid degreaser from a white container onto the cleaned area, preparing for final washdown.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in full PPE placing a yellow chemical absorbent pad onto a small spill area, with the Spill Tech kit and absorbent materials visible in the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folding and pressing down a yellow absorbent pad onto the spill area.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Special procedure: sulfuric or nitric acid spills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Person in full PPE crouched, using a scoop to apply acid neutralizer from a labeled container to a spill surrounded by an absorbent boom, with a container labeled "ACID NEUTRALISER"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applying acid neutralizer to a contained spill area, preparing for solidifier application.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Complete the final cleanup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PPE using a broom and red spade to sweep up white neutralized chemical residue from a concrete surface, surrounded by absorbent booms, with an "Acid Neutraliser" bucket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Restock the kit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full PPE standing next to a yellow Spill Tech Chemical Spill Kit bin with a broom and red spade, in an outdoor industrial area.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Verification: confirm emergency contact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Spill Tech Chemical Spill Kit bin showing emergency contact numbers and the website address.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Spill Tech logo with the tagline "Responsible Environmental Management," the 24-hour emergency response number (086 100 0366), and the website address (www.spilltech.co.za) on a white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