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Ladder Safely: A Standard Operating Procedure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Select the ladder material for the job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Several ladders made of wood, fiberglass, and aluminum are displayed outside a red and green building while two people discuss ladder safety.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people stand outside a red and green building, pointing at a yellow fiberglass ladder and a silver aluminum ladder to compare the two options.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Check the weight rating label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black jacket points to the rating label on a yellow fiberglass ladder leaning against a green wooden wall.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Store ladders properly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Inspect the ladder before each use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black jacket inspects a yellow fiberglass ladder, checking the label and the side rails for damage near a green and red building.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people in black jackets inspect an aluminum extension ladder against a red and green barn, checking the rails for bends or creases.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Maintain proper climbing form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demonstrates climbing a yellow step ladder while maintaining three points of contact, observed by another person outdoors.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Wear a tool belt to keep your hands free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Several step ladders and extension ladders are set up outside a red and green barn, with one person holding a tool belt to demonstrate safe practice.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Set up a step ladder correctly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shows a person pointing to the top cap and upper steps of a step ladder to indicate the areas where you should not stand.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Identify the sections of an extension ladder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upward view of an aluminum extension ladder against a red barn wall shows the ladder's two sections and the hooks at the top for stability.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people stand near the base of an aluminum extension ladder on grass, checking the safety labels and locking mechanisms.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Move the ladder into position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a hand engaging the rung locks on an upright aluminum extension ladder, with a red building visible in the background.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people carry a long extension ladder horizontally, positioning it against a red building with green trim.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One person lifts and positions an extension ladder upright, angling it toward a building in an outdoor yard.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people place the base of an extension ladder against the foundation of a red building in preparation for raising it.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One person holds the ladder upright against the building while another stands nearby, positioning it vertically.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Set the correct ladder angle using the 4:1 ratio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extension ladder set up against a tall red building, viewed from the ground looking up, showing the ladder at an angle.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people stand next to the upright ladder, discussing and demonstrating the 4:1 ratio for ladder placement.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Measure and verify the ladder angle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a tape measure checking the distance from the base of the ladder to the building, with two people's legs and feet visible.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stands next to the ladder, extending an arm to demonstrate the correct angle check, with safety labels visible on the ladder.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Adjust the ladder feet for the ground surface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people inspect and adjust the feet of an aluminum extension ladder on a grassy surface, with the ladder's adjustment mechanisms visible.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the ladder's feet shows the levelers extended and firmly set on grassy ground, with a gloved hand adjusting them.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Extend the ladder to the desired height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people stand at the base of an upright extension ladder positioned against a red building, one holding it steady.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stands to the side of the upright ladder, preparing to extend the upper section.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a hand gripping a rung and pushing the upper section of the extension ladder upward.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One person demonstrates engaging the rung locks on the extension ladder while another observes nearby.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wide shot of the fully extended ladder against a tall red building, reaching above the roofline.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at the base of the ladder visually checks the rung locks after extension while another person stands nearby.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Attach and use ladder stabilizers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ladders with stabilizers attached at the top rest against the edge of a red building's roof, viewed from below as two people climb.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extension ladders with stabilizers attached at the top are set against a red building with green roof trim, keeping them clear of the gutter as two people climb.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people stand next to a red building, holding an extension ladder with a stabilizer, discussing safe placement away from delicate surfaces.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people demonstrate the correct side placement of an extension ladder with a stabilizer against a red building.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Extension ladders with stabilizers rest just below the roof overhang, keeping the ladders clear of the gutter as two people climb.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people stand in a yard discussing the benefits of ladder stabilizers, with multiple ladders visible in the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Configure a multi-position ladder correctly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people examine the locked hinge mechanism on a multi-position ladder set up in front of a red building.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One person adjusts a multi-position ladder while another observes, with other ladders visible in the background.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multi-position ladder is set up in a stair configuration with one side longer than the other, as two people discuss the setup.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people stand next to a multi-position ladder, emphasizing the importance of using only manufacturer-approved configurations.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people stand in front of a red and green building discussing ladder safety, with multiple extension and step ladders set up around them in an outdoor yard.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9"/>
      <w:footerReference w:type="default" r:id="rId3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header" Target="header1.xm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