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SOP: Fire Extinguisher Use During a House Fire Emergency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Background and Risk Awareness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Common mistakes to avoid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399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399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woman in a red shirt attempts to use a fire extinguisher on a large, rapidly growing fire on a couch in a controlled indoor environment. The flames are intense and the extinguisher is being used from a distance. The setting is a fire safety demonstration.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Assign roles immediately upon discovering a fire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Assess whether the fire is safe to fight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Apply the PASS method to operate the extinguisher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399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399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firefighter in uniform demonstrates the PASS method by aiming and discharging a fire extinguisher at the base of a fire in a smoke-filled room. The extinguisher is actively spraying, and the environment shows visible smoke. Two chairs are visible in the background.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Evacuate if the fire cannot be controlled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3990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399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are seen from behind walking out of a smoke-filled room toward a bright exit, illustrating evacuation during a fire emergency. The environment is hazy with smoke, and the exit is clearly illuminated.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 of key actions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