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Read a Safety Data Sheet (SDS)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Confirm you have the correct SDS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Identify the chemical and manufacturer (Section 1)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view of an SDS with the chemical name, manufacturer, and emergency contact information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Review the hazard identification section (Section 2)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section displaying hazard classes, the signal word "DANGER," and pictograms for isopropyl alcohol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Interpret the signal word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excerpt with the "Signal Word: DANGER" field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Recognize the pictograms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section showing pictograms for flammability and irritation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Reference the full set of standard pictograms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Grid of the nine standard hazard pictograms, including flame, exclamation mark, gas cylinder, corrosion, and skull and crossbones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Match pictograms to specific hazard text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text stating "Isopropyl alcohol will burn" next to the flame pictogram, and "Other potential hazards" next to the exclamation mark pictogram, both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Review the principal hazards in detail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section listing detailed hazard classes for isopropyl alcohol, covering flammability, skin and eye irritation, and narcotic effects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Check the hazard category ratings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hazard identification section with skin and eye irritation hazard classes highlighted in yellow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Locate composition information (Section 3)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₃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₈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section listing composition and ingredient information, including CAS number, formula, and synonyms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Follow first aid measures (Section 4)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+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section showing first aid measures for inhalation, eye, and skin exposure highlighted in yellow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Follow handling and storage guidance (Section 7)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#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™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Section 7 showing storage pattern, compatible chemicals, flammables cabinet requirement, and storage precautions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13. Apply exposure controls and PPE (Section 8)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³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³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³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Section 8 showing PPE requirements, hand-washing instructions, ventilation requirements, and exposure limits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14. Reference physical and chemical properties (Section 9)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°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Section 9 listing appearance, odor, solubility, boiling and melting points, and specific gravity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15. Review stability and reactivity information (Section 10)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Section 10 showing incompatible chemicals, shelf life, peroxide formation risk, and storage warnings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16. Interpret toxicological information (Section 11)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₅</w:t>
      </w:r>
      <w:r>
        <w:rPr>
          <w:color w:val="404040"/>
          <w:sz w:val="24"/>
          <w:rFonts w:ascii="Inter" w:hAnsi="Inter" w:eastAsia="Noto Sans CJK JP" w:cs="Noto Sans CJK JP"/>
        </w:rPr>
        <w:t>₀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₅</w:t>
      </w:r>
      <w:r>
        <w:rPr>
          <w:color w:val="404040"/>
          <w:sz w:val="24"/>
          <w:rFonts w:ascii="Inter" w:hAnsi="Inter" w:eastAsia="Noto Sans CJK JP" w:cs="Noto Sans CJK JP"/>
        </w:rPr>
        <w:t>₀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₅</w:t>
      </w:r>
      <w:r>
        <w:rPr>
          <w:color w:val="404040"/>
          <w:sz w:val="24"/>
          <w:rFonts w:ascii="Inter" w:hAnsi="Inter" w:eastAsia="Noto Sans CJK JP" w:cs="Noto Sans CJK JP"/>
        </w:rPr>
        <w:t>₀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Section 11 showing acute effects, target organs, LD50/LC50 values, and chronic effects marked as not available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17. Check ecological and disposal information (Sections 12–13)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#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Sections 11–13 showing toxicological, ecological, and disposal information with acute and chronic effects and target organs highlighted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18. Review transport and regulatory information (Sections 14–16)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SDS Sections 13–16 showing disposal, transport, regulatory, and other information for isopropyl alcohol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19. Confirm required PPE and equipment before handling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Laboratory setup showing an Erlenmeyer flask, graduated cylinder, bottle of 99% isopropyl alcohol, and hot plate, with a lab coat and goggles in use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20. Confirm your understanding of the SDS's 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Reference text summarizing that Safety Data Sheets provide information about a chemical's properties, hazards, and protective measures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21. Confirm the three ways hazards are identified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Reference text summarizing the three ways an SDS identifies chemical hazards: signal word, pictograms, and hazard statements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Acknowledgement slide thanking Jim Blizzard for his contribution to chemical safety resources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Acknowledgement slide listing contributors and supporters for the safety resources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Final acknowledgement slide with contributors and a "Thank you" message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End credits screen listing executive producer, host, sound mixer, director &amp; editor, camera, and production assistants, with a digital blue background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Black screen with white text: "© 2019 American Chemical Society. All Rights Reserved."</w:t>
      </w:r>
    </w:p>
    <w:p>
      <w:pPr/>
      <w:r>
        <w:br w:type="page"/>
      </w:r>
    </w:p>
    <w:sectPr w:rsidR="00FC693F" w:rsidRPr="0006063C" w:rsidSect="00034616">
      <w:headerReference w:type="default" r:id="rId26"/>
      <w:footerReference w:type="default" r:id="rId2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header" Target="header1.xm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