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Make an Emergency Evacuation Plan for Your Workplace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Bold text reading "EMERGENCY ACTION PLAN" against a dramatic backdrop, emphasizing the importance of building a formal plan.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safety trainer stands in a professional office hallway, reinforcing the importance of being familiar with the emergency action plan and staying prepared.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Purpose and Planning Area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black screen with "THANK YOU FOR WATCHING!", "SUBSCRIBE FOR MORE", and "STREAM 1800+ SAFETY VIDEOS FOR NO CHARGE" in white text, indicating the end of the training and encouraging further learning.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An employee crouches under a desk with her hands over her head, demonstrating a protective action to take during certain emergencies.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Evacuation triggers and decision process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safety trainer stands in front of a wall of video thumbnails, with large text "1800+ SAFETY VIDEOS" and a subtitle about the extensive video library.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Storm damage seen from above, with debris scattered across a residential street and rooftops torn away, showing the scale of disruption an alert system must account for.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Storm-damaged homes with collapsed roofs and scattered debris, illustrating the kind of natural disaster impact an EAP must plan for.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Zones, routes, and traffic control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group of employees reviews documents together at a table, representing the process of working out and assigning evacuation routes.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Employees gather in a meeting room to review plans, representing the process of assigning and understanding emergency evacuation routes for their areas.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Public warning and notifications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safety trainer stands in a news studio setting, with an inset image of palm trees bending in strong winds, representing hurricanes or severe storms. The lower third displays "KATIE SAFETY TRAINER" and "GOT NEWS".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Transportation and assistance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close-up of a telephone being used, representing the importance of documented procedures for reporting an emergency.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Shelters and reception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Employees exit a modern office building and move toward an assembly area, following evacuation procedures.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Reentry and recovery transition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safety trainer stands in the office, smiling and presenting, with the text "KATIE SAFETY TRAINER" displayed, emphasizing the importance of ongoing safety awareness and training.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What's next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safety trainer named Katie stands in an office environment, introducing herself as the safety trainer. The background shows a typical office with desks, chairs, plants, and wall posters. The text "KATIE SAFETY TRAINER" is prominently displayed.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The safety trainer stands in a spacious office hallway, reinforcing the importance of being familiar with emergency procedures throughout the entire workplace.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The safety trainer gestures while speaking in the office environment, encouraging viewers to learn about emergency action plans.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The safety trainer stands in front of a digital library of safety training videos, with categories such as Agriculture, Automotive, Construction, and Education visible. The text "THERE'S MORE WHERE THAT CAME FROM" is displayed.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The words "WORKPLACE EMERGENCIES" are displayed in bold white text on a blurred background of an office environment, emphasizing the topic.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The safety trainer stands in an office environment, emphasizing the importance of knowing who to contact for more information about the emergency action plan.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The safety trainer stands in the office, reinforcing the need for a reliable alarm system and regular employee training as part of the emergency action plan.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Employees listen attentively to a trainer in a meeting room, taking notes as part of a workplace safety training session.</w:t>
      </w:r>
    </w:p>
    <w:p>
      <w:pPr/>
      <w:r>
        <w:br w:type="page"/>
      </w:r>
    </w:p>
    <w:sectPr w:rsidR="00FC693F" w:rsidRPr="0006063C" w:rsidSect="00034616">
      <w:headerReference w:type="default" r:id="rId19"/>
      <w:footerReference w:type="default" r:id="rId2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header" Target="header1.xm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