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Inspect a Safety Harness: Vest-Style Fall Protection Harness SOP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inspection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Understand the importance of inspection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displaying "Inspection and Donning of a Vest-Style Fall Protection Harness"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Prepare the harness for inspection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 red harness by the back dorsal D-ring, demonstrating how to raise and shake it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Inspect the impact indicators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yellow webbing labeled "STOP! REMOVE FROM SERVICE IMPACT INDICATOR" with visible red threads, showing an exposed impact indicator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Check the labels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white label on red webbing showing style number, date of manufacture (05-14-2014), capacity (130-425 lbs), material (polyester), and serial number (1879854)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Inspect the hardware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quick connect buckle with a visible green dot, indicating it is properly locked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Inspect the adjusters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Inspect hardware with springs or rollers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checking a harness buckle with a roller, confirming the roller spins freely and the webbing passes through the adjuster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Inspect the leg straps and buckles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tongue and buckle leg strap showing intact grommets and the tongue properly set against the gate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Inspect the webbing thoroughly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bending red harness webbing into an inverted U shape, closely inspecting both sides for damage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Inspect both sides of the webbing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up a section of red harness webbing, showing both sides for inspection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Identify signs of webbing damage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red harness webbing showing visible wear and thinning, indicating possible fall damage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Remove the harness from service if excessive wear is found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Inspect all stitching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red harness webbing showing intact stitching against a blue FallTech shirt, highlighting the importance of checking for loose or missing stitches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Check the sub-pelvic strap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holding a brown sub-pelvic strap on a harness, showing visible fraying and damage to the webbing and stitching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Donning the harness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Prepare to don the harness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 harness by the dorsal D-ring, with the harness hanging down and the chest strap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Put on the harness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the harness with the dorsal D-ring centered on their back, arms through both shoulder straps, chest strap not yet secured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Adjust the harness from the bottom 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sub-pelvic strap positioned just below the buttocks, showing proper placement and adjustment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Secure the leg straps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fastening a tongue buckle leg strap, demonstrating correct tightness by fitting two to three fingers between the strap and the leg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Double-check torso and sub-pelvic strap adjustment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adjusting and checking both leg straps and the position of the sub-pelvic strap to ensure proper fit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20. Position and secure the chest strap correctly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person wearing a harness with the chest strap positioned correctly across the center of the chest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21. Double-check chest strap placement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adjusting the chest strap on a harness, ensuring it is not too high and is properly centered on the chest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Harness care and maintenance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22. Store the harness properly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a harness, illustrating proper storage and care with a clear view of the harness and FallTech branding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23. Clean the harness when needed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24. Contact for questions or product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f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h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wearing a harness, providing information about contacting FallTech for questions or additional product information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the website URL "FALLTECH.COM" for further information and support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f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h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22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4"/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yperlink" Target="https://falltech.com" TargetMode="External"/><Relationship Id="rId23" Type="http://schemas.openxmlformats.org/officeDocument/2006/relationships/image" Target="media/image14.jpg"/><Relationship Id="rId24" Type="http://schemas.openxmlformats.org/officeDocument/2006/relationships/header" Target="header1.xm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