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Fire Extinguisher Inspection Checklist: One-Year Maintenance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supplies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Prepare the work area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fire extinguisher placed upright on a workbench in a maintenance area, surrounded by tools, gauges, hoses, and inspection tags.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Inspect the exterior labels and instructions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fire extinguisher, showing the instruction and safety labels for inspection.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Check for physical damage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visually inspecting the fire extinguisher for dents, deformities, or corrosion.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Remove and inspect the hose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removing the hose from the fire extinguisher for inspection.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Check the inside of the hose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the detached hose, inspecting it for blockages and deformities.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Inspect the pressure gauge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pointing to the pressure gauge on the fire extinguisher, confirming the needle is in the green zone.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Remove the old inspection tag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removing the yellow inspection tag from the fire extinguisher, with the extinguisher upright on a workbench. Gauges, tools, and hoses are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Fluff the extinguisher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the fire extinguisher upside down, performing the fluffing procedure to loosen the internal agent.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Return the extinguisher upright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returning the fire extinguisher to an upright position after fluffing, preparing for the next maintenance step.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Remove the zip tie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preparing to remove the zip tie from the fire extinguisher after completing the fluffing procedure.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Reinsert the safety pin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reinserting the safety pin through the handle and base of the fire extinguisher, with the extinguisher upright on a workbench. Gauges, tools, and hoses are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Install a new zip tie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threading and securing a green zip tie through the pin and under the handle of the fire extinguisher.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Reattach the hose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reattaching the hose to the fire extinguisher, twisting it by hand to ensure a proper fit.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Attach a new inspection tag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new yellow inspection tag, preparing to punch and attach it to the fire extinguisher.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Punch the correct locations on the inspection tag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yellow inspection tag next to a fire extinguisher, preparing to punch the tag. The workbench has various tools, gauges, and hoses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Attach the inspection tag to the fire extinguisher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looping and securing the inspection tag wire around the pressure gauge of the fire extinguisher, pinching and wrapping it to hold the tag in place.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Position the tag for visibility and security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creasing and positioning the inspection tag so it sits flat and visible on the front of the fire extinguisher.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Final inspection and completion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completed fire extinguisher with a properly attached and positioned yellow inspection tag, ready for service. The workbench and tools are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7"/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