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Fill Out an Incident Report at the Family Health Center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18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18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Title slide with "How to Complete an Incident Report", Worcester Family Health Center, images of a healthcare worker, syringes, and a hand filling out a form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185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18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Final slide with "THE END" text, Worcester Family Health Center credit, Family Health Center logo, images of form completion, syringes, and a smiling healthcare worker.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Incident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185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18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Slide titled "What is an incident?" listing incident categories, with images of medication bottles, a clinic waiting area, syringes, and a healthcare worker walking.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185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18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Slide titled "Timeline of incident report" showing four steps: complete within 24 hours, inform the supervisor immediately, complete a witness statement, and send the report to the Quality Improvement Nurse, Administration, or Director of Medical Records.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People Involved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Hazard Description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185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18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Slide listing course objectives: identify types of incidents, determine what to do, document the incident on the Incident Report Form, contact supervisors or managers, and follow through. A smiling healthcare worker holds a clipboard.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Immediate Response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185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18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Incident Report form showing labeled sections: Patient or employee information, Type of incident, and Description of incident.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185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18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Slide showing four best practices: closing a curtain for privacy, staff guiding a patient to prevent falls, a hand with a needle stick, and a hand checking medication.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Exposure Assessment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!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185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18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Quiz question asking how long you have to complete an Incident Report, with "Within 24 hours" selected. The Incident Report form is shown.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Root Cause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185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18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Slide titled "Why report incidents?" listing three reasons: to improve quality, to trend occurrences of incidents, and because it is mandated by accreditation agencies.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Corrective Actions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185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18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Final slide with "THE END", Worcester Family Health Center logo, images of form completion, syringes, and a smiling healthcare worker.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185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18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Quiz question asking what to do first after a needle stick, with "Immediately discard the needle in a safe hazard repository" selected as the answer. A hand holds a needle.</w:t>
      </w:r>
    </w:p>
    <w:p>
      <w:pPr/>
      <w:r>
        <w:br w:type="page"/>
      </w:r>
    </w:p>
    <w:sectPr w:rsidR="00FC693F" w:rsidRPr="0006063C" w:rsidSect="00034616">
      <w:headerReference w:type="default" r:id="rId17"/>
      <w:footerReference w:type="default" r:id="rId1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header" Target="header1.xml"/><Relationship Id="rId1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