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Standard Operating Procedure: Donning and Doffing Personal Protective Equipment (PPE)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Purpose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Scope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Required equipment and PPE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Section 1: Donning PPE for Enhanced Airborne Droplet Contact Precautions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1: Review PPE requirements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Hospital door with signage, PPE supply station, and a healthcare worker in scrubs. The signage displays a "STOP" symbol and a list of required PPE. Text overlay: "Enhanced Airborne Droplet Contact Precautions"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2: Prepare yourself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3: Perform hand hygiene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Healthcare worker in scrubs performing hand hygiene in front of a patient room door and PPE supply station. Text overlay: "Enhanced Airborne Droplet Contact Precautions"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4: Don the gown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Healthcare worker in a yellow isolation gown tying the waist at the back, ensuring full coverage. PPE supply station visible.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hands tying the waist strap of a yellow isolation gown at the back.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5: Don the N95 respirator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Healthcare worker placing the bottom strap of an N95 respirator over the back of her neck, wearing a yellow gown, with hair tied back.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6: Perform a seal check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Healthcare worker in full gown and N95 respirator performing a seal check by placing hands around the mask.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7: Don the face shield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Healthcare worker in full PPE (gown and N95) preparing to don a face shield, hands positioned near the sides of the head.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8: Don gloves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Healthcare worker in full PPE (yellow gown, N95, face shield) donning blue gloves in front of a patient room door. PPE supply station and signage visible.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9: Enter the negative pressure room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Healthcare worker in full PPE facing the door, reaching to open or close it. Room signage and PPE station visible.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Healthcare worker in full PPE entering the negative pressure room, ensuring the door is closed behind.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Section 2: Doffing PPE (After Leaving a Negative Pressure Room)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10: Step into the ante room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11: Remove gloves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Healthcare worker in full PPE (gown, gloves, face shield, N95) standing in ante room, preparing to remove gloves.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Healthcare worker in full PPE using a gloved finger to remove the second glove, following proper technique.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Healthcare worker holding balled-up gloves, extending arm to dispose of them in the garbage.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12: Remove gown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Healthcare worker in scrubs, face shield, and N95 removing a yellow isolation gown by rolling it up.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Healthcare worker continuing to roll up and remove the yellow gown, ensuring only the inside is touched.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13: Perform hand hygiene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14: Remove face shield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Healthcare worker in scrubs and N95, preparing to remove the face shield by leaning forward.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15: Remove N95 respirator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Healthcare worker in scrubs removing the N95 respirator by pulling straps over the head, following proper doffing technique.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Section 3: Donning and Doffing for Droplet Contact Precautions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1: Dispose of used PPE and perform hand hygiene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Healthcare worker in scrubs performing hand hygiene, rubbing hands together. Text overlay: "Droplet Contact Precautions"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2: Don PPE for Droplet Contact Precautions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Healthcare worker tying the waist of a yellow isolation gown. Text overlay: "Droplet Contact Precautions"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Healthcare worker in a yellow gown placing procedure mask elastics around ears, forming the mask to the nose and chin. Text overlay: "Droplet Contact Precautions"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3: Doff PPE for Droplet Contact Precautions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Healthcare worker in a yellow gown, untying at the neck as the first step of gown removal.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Healthcare worker in scrubs and mask, rolling up the yellow gown after removal, standing in front of a patient room door with PPE supply station visible.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Healthcare worker in scrubs and mask, finishing removal of the yellow gown, preparing for hand hygiene.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Verification and summary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Additional resources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Trillium Health Partners logo and website, listing Credit Valley Hospital, Mississauga Hospital, and Queensway Health Centre, with the URL thp.ca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Trillium Health Partners logo and website, listing Credit Valley Hospital, Mississauga Hospital, and Queensway Health Centre, with the URL thp.ca</w:t>
      </w:r>
    </w:p>
    <w:p>
      <w:pPr/>
      <w:r>
        <w:br w:type="page"/>
      </w:r>
    </w:p>
    <w:sectPr w:rsidR="00FC693F" w:rsidRPr="0006063C" w:rsidSect="00034616">
      <w:headerReference w:type="default" r:id="rId23"/>
      <w:footerReference w:type="default" r:id="rId24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b/>
      <w:bCs/>
      <w:color w:val="404040"/>
      <w:sz w:val="26"/>
      <w:szCs w:val="26"/>
      <w:rFonts w:ascii="Inter" w:hAnsi="Inter" w:eastAsia="Noto Sans CJK JP" w:cs="Noto Sans CJK 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jpg"/><Relationship Id="rId22" Type="http://schemas.openxmlformats.org/officeDocument/2006/relationships/image" Target="media/image14.jpg"/><Relationship Id="rId23" Type="http://schemas.openxmlformats.org/officeDocument/2006/relationships/header" Target="header1.xml"/><Relationship Id="rId2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