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Do a Respirator Fit Test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bottles labeled 3M FT-31 (Bitter/Amer) Sensitivity Solution and 3M FT-32 (Bitter/Amer) Fit Test Solution, both 55 mL, marked "Bitter."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Yellow warning label with text about respirator use, OSHA/CSA requirements, and contact information for 3M technical service, including a warning icon and a graphic of lungs.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Worker at a construction site wearing a hard hat, safety vest, safety glasses, and a tight-fitting respirator mask, standing near heavy machinery.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displaying the message: "Video for demonstration purposes only; always read and follow all 3M User Instructions before use."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Various types of 3M respirators and masks displayed in a circle, with a note that qualitative fit tests are appropriate for all tight-fitting respirators except negative-pressure full facepiece respirators used above 10 times the occupational exposure limit.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 and PPE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3M Online Respirator Medical Evaluation webpage with options for Administrators and Employees, and a message stating that a medical evaluation must be completed prior to fit testing.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3M N95 particulate respirator and a 3M half-facepiece respirator with pink particulate filters.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Procedure: Performing the sensitivity check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placing a clear hood over a participant's head, with a note showing 6 inches (15 cm) of space required between the face and the hood window.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z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Screen with text stating the taste threshold will be noted as 10 regardless of the number of squeezes actually completed.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Screen with text stating that if the taste is detected during the second set of 10 squeezes, the test is completed and recorded as 20.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with text stating that if the taste is detected during the third set of squeezes, the test is completed and recorded as 30.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Procedure: Conducting the fit test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nebulizer and bottles labeled FT-11 and FT-12, used for the sensitivity solution.</w:t>
      </w:r>
    </w:p>
    <w:p>
      <w:pPr/>
      <w:r>
        <w:br/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Participant drinking water from a paper cup to clear the taste from her mouth after the sensitivity check.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Participant putting on a half-face respirator with pink filters, adjusting the straps for a secure fit.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Instructor preparing to place the test hood over the participant's head, who is now wearing a respirator.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Instructor spraying fit test agent into the hood while the participant wears a respirator.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explaining that the instructor injects half the initial number of squeezes every 30 seconds to maintain solution concentration during the test.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Procedure: Completing the fit test exercises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listing the fit test exercises to be performed for 60 seconds each, as directed by the instructor.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spraying sensitivity solution into the hood through the window while the participant stands with mouth open.</w:t>
      </w:r>
    </w:p>
    <w:p>
      <w:pPr/>
      <w:r>
        <w:br/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Screen displaying "Deep Breathing" with a note to add additional solution at the beginning and 30 seconds into the test.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Screen displaying "Deep Breathing" in large orange text, with a note to add additional solution at the beginning and 30 seconds into the test.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Screen displaying "Turning head side to side" with instruction to add additional solution at the beginning and 30 seconds into the test.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Screen displaying "Nodding Head" with instruction to add additional solution at the beginning and 30 seconds into the test.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Screen displaying "Speak loudly for 60 seconds" with instruction to add additional solution at the beginning and 30 seconds into the test.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Screen displaying "Speak loudly for 60 seconds" with instruction to add additional solution at the beginning and 30 seconds into the test.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Screen displaying "Bending at Waist" with instruction to add additional solution at the beginning and 30 seconds into the test.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displaying "Normal Breathing" with instruction to add additional solution at the beginning and 30 seconds into the test.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Responding if you detect the test agent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Test administrator facing a test subject wearing a respirator and fit test hood.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Test subject drinking from a small paper cup to clear the taste of the test agent.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Completing the fit test and cleaning up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Test administrator cleaning the inside of the fit test hood with a disposable wipe.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Close-up of a test subject wearing a respirator and fit test hood, indicating a successful fit.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safety reminders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displaying the message: "When it comes to respiratory protection, you must have the proper fit."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displaying the 3M logo and the slogan "Science. Applied to Life." on a white background.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9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&amp;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7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 holding a 3M facepiece respirator with a pink particulate filter attached, with a note that positive-pressure facepieces must be converted to negative pressure before the fit test.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30"/>
      <w:footerReference w:type="default" r:id="rId3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image" Target="media/image19.jpg"/><Relationship Id="rId28" Type="http://schemas.openxmlformats.org/officeDocument/2006/relationships/image" Target="media/image20.jpg"/><Relationship Id="rId29" Type="http://schemas.openxmlformats.org/officeDocument/2006/relationships/image" Target="media/image21.jpg"/><Relationship Id="rId30" Type="http://schemas.openxmlformats.org/officeDocument/2006/relationships/header" Target="header1.xml"/><Relationship Id="rId3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