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 Pre-Trip Inspection: Vehicle Inspection Checklist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holding a printed checklist next to the front of a commercial truck, showing the importance of using the checklist correctly.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Vehicle Details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Exterior Checks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front lights and body condition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under the front of the truck showing no visible leaks or puddles on the ground.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for leaks and vehicle stance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pointing out that the vehicle is sitting level and not leaning to any side.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Accessing and inspecting the engine compartment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Front view of the truck showing the clearance lights, headlights, turn signals, and high beams as the instructor points them out.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at the front of the truck with the hood open, ready to inspect the visible engine components.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oil dipstick and oil fill cap in the engine compartment.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Instructor's hand demonstrating how to check the oil dipstick.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unscrewing the power steering fluid reservoir cap.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Checklist pointed at the coolant reservoir on the passenger side of the engine compartment, with the coolant level visible through the translucent housing.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power steering box with hoses and mounting bolts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explaining the steering system and linkage next to the open engine compartment, with the power steering reservoir and hoses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front tires and wheels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next to the front tire and open engine compartment, preparing to inspect tread depth and tire condition.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next to the tire explaining the inflation check using a tire gauge.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bent down closely inspecting the valve stem area on the wheel with a pointer.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lug nuts on the truck wheel.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closely examining and pointing at individual lug nuts on the wheel.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brakes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explaining brake hoses and lines inspection next to the open engine compartment.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explaining the need to check for brake contaminants.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suspension (front)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introducing the suspension inspection next to the truck engine.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cab exterior lights, reflectors, and mirrors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shock absorber assembly.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exterior lights on the truck cab next to the door.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out the reflectors on the truck cab.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holding the mirror bracket to demonstrate secure mounting.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fuel tank and battery box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spring hanger mounting area, with bolts and nuts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toward the fuel tank area on the side of the truck.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battery box on the side of the truck.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explaining the battery inspection criteria at the battery box.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the frame and coupling area between tractor and trailer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discussing the bushings next to the engine compartment.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sitting on the truck step, holding a checklist and preparing to discuss the frame between tractor and trailer.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seated on the truck step, pointing to the frame area, with the metal steps, air and electric lines, and trailer front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next to the tractor-trailer connection with the trailer tandem release lever labeled.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air and electric lines connecting tractor and trailer.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connection points where the green air line and electric cable attach between tractor and trailer.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gesturing toward the air and electric lines to emphasize proper routing.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explaining the fifth wheel skid plate next to the coupling area.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rear tires, rim, brakes, and rear suspension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next to the front of a commercial truck, holding a checklist and explaining the need to adapt the inspection to the specific vehicle being tested.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tire with an overlay reading "Tire inflation: 90–100 psi."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discussing the importance of inspecting the rear tires in front of the trailer.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inspecting the area near the landing gear, with the trailer wall and landing gear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the fifth wheel assembly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/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crouching under the trailer near the landing gear, preparing for inspection.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view under the trailer of the fifth wheel skid plate area.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under the trailer showing the kingpin, apron, and the gap between them.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apron under the trailer to check for damage.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fifth wheel locking jaws area.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release arm mechanism under the trailer.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under the trailer explaining the need to check all coupling components.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under the trailer emphasizing thoroughness during the inspection.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standing beside the trailer after completing the fifth wheel inspection.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landing gear and tandem axle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in front of trailer, discussing rear tire inspection. Rear tire and trailer wall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beside the trailer emphasizing thorough inspection of the landing gear.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pointing at the landing gear to confirm it is not damaged.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holding the landing gear crank handle to demonstrate clearance between the landing gear and the axle.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crouched with a hand under the trailer, showing the clearance gap.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with a hand on the trailer explaining that the landing gear must be securely attached and operating correctly.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looking at the tandem release area, noting that this vehicle uses pins to lock the tandem axle in place.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the tandem pins showing secure mounting.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under the trailer inspecting the tandem release lever and confirming all parts are present.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rear lights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at the rear of the trailer preparing to discuss the rear lights.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pointing at the rear light clusters, checking top and bottom lights.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Checking rear doors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emphasizing the importance of studying all inspection steps and procedures.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demonstrating the rear trailer door lock with a hand on the locking handle.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Interior Checks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 Equipment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Defects and Restrictions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Instructor pointing at the tire tread area with an overlay reading "No less than 4/32 inch."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Operator and Maintenance Sign-Off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standing next to a large commercial truck, wearing a Driving Academy shirt and hat, with the Driving Academy logo, phone number (908-525-3609), and website (CDLdrivingacademy.com) prominently displayed on the screen. The setting is an outdoor parking lot with other vehicles and a trailer labeled "DRIVING SCHOOL" in the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explaining the importance of following the correct inspection script for the local test location.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Overlay showing the phone number 908-525-3609 and website cdldrivingacademy.com for further CDL training support.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Instructor in gray pullover pointing to "Website!" and "Subscribe!" prompts, white and red gradient background.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Driving Academy logo with "The Road to Freedom" slogan, "Website!" and "Subscribe!" prompts, white and red gradient background.</w:t>
      </w:r>
    </w:p>
    <w:p>
      <w:pPr/>
      <w:r>
        <w:br w:type="page"/>
      </w:r>
    </w:p>
    <w:sectPr w:rsidR="00FC693F" w:rsidRPr="0006063C" w:rsidSect="00034616">
      <w:headerReference w:type="default" r:id="rId42"/>
      <w:footerReference w:type="default" r:id="rId4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header" Target="header1.xm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