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Do a Lockout Tagout Procedure for Oil and Gas Equipment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Three workers in safety gear discuss industrial machinery in a facility.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in a high-visibility jacket and hard hat inspects industrial equipment while using a laptop.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workers in safety vests and hard hats discuss procedures in front of industrial machinery.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Text "8-STEP LOCKOUT TAGOUT PROCEDURE" is displayed with a worker in a hard hat visible in the background.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documents machinery energy sources during inspection.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Two workers in lab coats and hairnets stand at an industrial control panel, one holding a clipboard and gesturing toward the equipment.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Energy sources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in a yellow hard hat inspects machinery while referencing a clipboard.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close-up of a hand turning a red valve on industrial piping.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gloved hand operates a valve near blue tanks to release residual pressure.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Isolation points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in a hard hat and gloves turns off a machine in an industrial setting.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worker's hands attach a "DANGER" tag to a red lockout device on a pipe.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Lockout steps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in a workshop, one operating a lathe while the other observes.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Two workers in lab coats and hairnets review documents at a control panel.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opens an electrical panel and reaches to operate a switch.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faces a control panel while following manufacturer shutdown instructions.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hand holds a "DANGER" lockout tag, preparing to attach it to a red lockout device.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worker's hands attach a striped "DANGER" lockout tag to a red lockout device on an electrical panel.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hand operates a valve on a gas cylinder manifold with blue-handled valves and copper tubing.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secures a valve on a large industrial filter or pressure vessel.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Zero-energy verification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in a mask and gloves operates a control panel with illuminated buttons and a digital display.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at a control panel attempts to operate the machine to confirm it is de-energized.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in safety glasses presses a button on a control panel as a final check.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close-up of a hand pressing a button on a control panel with labeled switches and indicator lights.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Shift handover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Restoration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in a yellow hard hat and hearing protection performs maintenance on a large industrial machine.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in a face shield uses a power tool at a workstation, remaining aware of the lockout status.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worker operates a lathe while completing maintenance tasks and communicating with the team.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closely inspects machinery components and wiring to understand the full system.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Hands apply a red lockout device to a black switch on an electrical panel.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Hands remove a red lockout device from a circuit breaker panel to restore the equipment.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Hands hold a red lockout hasp and "DANGER DO NOT OPERATE" tag, confirming the identity of the employee before removal.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Hands remove a red lockout hasp and "DANGER DO NOT OPERATE" tag from equipment.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holds a large red lockout device attached to a valve on a pipe in an industrial setting.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Text "8-STEP" is displayed over a worker in a hard hat operating machinery.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Hands finish removing a lockout/tagout device from equipment before reconnecting energy sources.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worker in a yellow hard hat and blue coveralls is in an industrial facility, with another worker in the background. The text "If you found this guide helpful," is at the bottom.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factory floor with workers in blue uniforms. Large red subscribe, like, and bell icons are displayed in the center. The text "and subscribe for more" is at the bottom.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"THANKS FOR WATCHING!" screen with placeholders for more videos, the Tradesafe logo, and website/social media information. The text "USA BASED, PREMIUM QUALITY, TRUSTED BY 1000'S DAILY. trdsf.com" is at the bottom.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"THANKS FOR WATCHING!" screen with placeholders for more videos, the Tradesafe logo, and website/social media information. The text "USA BASED, PREMIUM QUALITY, TRUSTED BY 1000'S DAILY. trdsf.com" is at the bottom.</w:t>
      </w:r>
    </w:p>
    <w:p>
      <w:pPr/>
      <w:r>
        <w:br w:type="page"/>
      </w:r>
    </w:p>
    <w:sectPr w:rsidR="00FC693F" w:rsidRPr="0006063C" w:rsidSect="00034616">
      <w:headerReference w:type="default" r:id="rId25"/>
      <w:footerReference w:type="default" r:id="rId2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header" Target="header1.xm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