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a Job Hazard Analysis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PPE (example task)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Assemble the JHA team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team consisting of a supervisor, a specialist, and workers standing around a box and a cart in a warehouse, illustrating the collaborative approach to conducting a JHA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Observe the job or task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in a warehouse bending down to lift a heavy box near a cart, demonstrating the observation phase of a JHA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Break the job into manageable steps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walking through a warehouse, with a JHA form overlay showing Step 1: "Check the intended route and point of placement"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Continue documenting the remaining steps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lifting a box onto a cart, with a JHA form overlay showing Steps 2 through 4: "Evaluate the load," "Bend to reach object," and "Lift load"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Document the JHA using a standardized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filled-out Job Hazard Analysis form showing steps, hazards, controls, and PPE requirements for manual lifting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List all steps in correct order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JHA form showing the correct sequence of steps for manual lifting, with each step clearly numbered and described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Identify potential hazards for each step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in a warehouse bending over a box, with a highlighted area on the back and the label "Identify Potential Hazards: Back Strain"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Classify each hazard as health or safety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slide listing health hazard categories—Physical, Chemical, Biological, and Psychological—each marked with a yellow icon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Number hazards according to step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JHA form with hazards listed and numbered for each step, showing detailed potential incidents or hazards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Assess the risk of each hazard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JHA form section showing the priority ranking system with severity and probability definitions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Recommend a control to reduce risk — examine the object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examining a box before lifting it, with the control "Examine object"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Recommend a control to reduce risk — keep back straight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worker lifting a box with a straight back, with the control "Keep back straight and upright"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Document controls in the JHA form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JHA form section showing controls in place for each step, categorized as Engineering, Administration, and PPE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Consider all types of hazard controls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JHA form section showing controls categorized as Engineering, Administration, and PPE, with examples such as "Use of cart to move load" and "Refer to SWP for Manual Lifting"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Explore multiple control options for each hazard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slide titled "HAZARD CONTROLS" listing Engineering Controls, Administrative Controls, and Personal Protective Equipment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Use the JHA for communication and training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JHA form with detailed controls and instructions, showing columns for Engineering, Administration, and PPE with specific recommendations for each step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Use the JHA to support investigations and reminders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warehouse scene with workers wearing PPE, a cart, and a JHA form overlay showing step-by-step safety instructions for manual lifting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Monitor implementation of the recommended controls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of a JHA form highlighting PPE requirements and step-by-step safety instructions, with certain text emphasized in red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Confirm safe practices are being followed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workers in a warehouse: one lifting a box with proper PPE and posture, the other supervising, demonstrating monitoring of safe practices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Review and update the JHA regularly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complete JHA form for manual lifting, showing all steps, hazards, priorities, controls, and detailed instructions for safe job procedures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Job Hazard Analysis (JHA) title screen, with bold yellow text on a dark background, emphasizing the importance of JHA in workplace safety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