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Conduct a Fire Drill: A Step-by-Step Emergency Drill Plan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$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Aerial view of a large building fire with thick black smoke and fire trucks on scene, illustrating the scale of risk fires represent.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Employee at a desk looking at a computer while reviewing fire drill expectations and evacuation routes.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Exercise scope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?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?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?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?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Slide listing fire-risk assessment questions: where a fire might start, whether certain areas are more prone to fires, whether wildfires threaten the business, and what the building's occupancy limit is.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Overlay reading "Step-by-step fire evacuation template in description below," referring to a downloadable planning resource.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person holding a clipboard and checking off names as employees exit a building during a fire drill.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Presenter Peter Steinfeld in an office, continuing to explain the importance of a comprehensive evacuation plan.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Split-screen graphic listing the drill topics covered — how to prepare for a fire drill, the five steps to conduct one, and ways to practice better fire safety — alongside employees exiting a room in an orderly line.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Objectives and success criteria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hands typing on a keyboard at a desk while planning drill goals.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Employee working on a laptop with documents and a phone on the table, tracking drill metrics.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Presenter in an office, overlay: "Step #3: Set goals for your fire drill"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Scenario and injects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4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Presenter in an office with a slide: "METRICS TO MEASURE: Time from drill activation to evacuation"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Presenter in an office, overlay: "Step #4: Rehearse the fire drill"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Employee in an office using a yellow smartphone, with overlay: "Step #2: Communicate your plan"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person in a purple checkered shirt seated in front of open-plan cubicles, with a banner reading "Step #4: Rehearse the fire drill."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Group of people walking through an office hallway holding papers, actively participating in a fire drill rehearsal.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Employees exiting a brick office building in an orderly line during a fire drill.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safety leader in an office environment explaining the importance of realistic fire drill scenarios.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Participants and roles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Four employees walking in a line through an office hallway, simulating an orderly fire drill evacuation.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Two employees in an office reviewing a clipboard together, confirming that the fire team is trained and executive buy-in is secured.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Two employees at a conference table discussing documents related to the fire drill plan.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Overlay reading "Step #2: Communicate your plan" over an office setting.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Presenter in an office with an overlay: "Step #2: Communicate your plan"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Employee in an office using a smartphone to receive fire drill communications.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5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Safety and real-world response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man in a red sweater exits a conference room labeled "01" while looking at his phone. A woman in the background gathers papers. The environment is a modern office with pendant lights and a conference table. Red alert icon in the lower right.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Slide titled "Other considerations," listing the value of realistic future scenarios and onboarding walk-throughs for new employees.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in a red sweater exits a conference room while looking at a phone, demonstrating how mobile devices are used to receive emergency alerts and instructions.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Evaluation plan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Two people in a meeting room discussing drill actions and responsibilities.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Slide titled "Metrics to measure," listing time from drill activation to evacuation, time to report completion of the drill, and successful shutdown of equipment where appropriate.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?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?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?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?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?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?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Overlay reading "Step #4: Rehearse the fire drill" over an office setting where drill logistics are being reviewed.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Slide listing what neutral observers should look for during a fire drill, including slow-moving groups, mobile phone use, unhelpful behavior, accessibility difficulties, and unexpected exit choices.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Slide listing additional deep-dive questions about the emergency notification system and building facility performance.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Debrief and improvement process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Four people seated around a conference table in a meeting room, discussing notes and observations shortly after the drill.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Slide listing deep-dive review questions about closed doors, employee composure, meeting-point compliance, and alarm reset procedures.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Same group in meeting room, focused on discussion and note-taking. Text overlay: "Step #5: Appoint observers"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Presenter Peter Steinfeld, labeled as Senior Vice President of Safety Solutions, sitting in a modern office environment.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Slide titled "Other considerations," listing random drill timing, regular scheduling, and prompt replacement of fire leaders.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Four people seated around a table reviewing documents and a laptop during a fire team review meeting.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person in a purple button-down shirt in an open office setting, with on-screen text stating that evacuation skills are a crucial component of employee training.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in a purple shirt in an office setting, with on-screen text encouraging viewers to access more employee safety tutorials.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0" name="Picture 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Presenter Peter Steinfeld in an office, emphasizing the reality of workplace disasters.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1" name="Picture 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The man continues speaking in the same office environment. No new on-screen text, red alert icon remains in the lower right.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2" name="Picture 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The same man continues speaking, with the same on-screen text and red alert icon as the previous frame.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3" name="Picture 4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white screen displays the AlertMedia logo, tagline "Keep Your People Safe, Informed, and Connected," and the website "alertmedia.com".</w:t>
      </w:r>
    </w:p>
    <w:p>
      <w:pPr/>
      <w:r>
        <w:br w:type="page"/>
      </w:r>
    </w:p>
    <w:sectPr w:rsidR="00FC693F" w:rsidRPr="0006063C" w:rsidSect="00034616">
      <w:headerReference w:type="default" r:id="rId37"/>
      <w:footerReference w:type="default" r:id="rId3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image" Target="media/image19.jpg"/><Relationship Id="rId28" Type="http://schemas.openxmlformats.org/officeDocument/2006/relationships/image" Target="media/image20.jpg"/><Relationship Id="rId29" Type="http://schemas.openxmlformats.org/officeDocument/2006/relationships/image" Target="media/image21.jpg"/><Relationship Id="rId30" Type="http://schemas.openxmlformats.org/officeDocument/2006/relationships/image" Target="media/image22.jpg"/><Relationship Id="rId31" Type="http://schemas.openxmlformats.org/officeDocument/2006/relationships/image" Target="media/image23.jpg"/><Relationship Id="rId32" Type="http://schemas.openxmlformats.org/officeDocument/2006/relationships/image" Target="media/image24.jpg"/><Relationship Id="rId33" Type="http://schemas.openxmlformats.org/officeDocument/2006/relationships/image" Target="media/image25.jpg"/><Relationship Id="rId34" Type="http://schemas.openxmlformats.org/officeDocument/2006/relationships/image" Target="media/image26.jpg"/><Relationship Id="rId35" Type="http://schemas.openxmlformats.org/officeDocument/2006/relationships/image" Target="media/image27.jpg"/><Relationship Id="rId36" Type="http://schemas.openxmlformats.org/officeDocument/2006/relationships/image" Target="media/image28.jpg"/><Relationship Id="rId37" Type="http://schemas.openxmlformats.org/officeDocument/2006/relationships/header" Target="header1.xml"/><Relationship Id="rId3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