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Clean Up a Mercury Spill: Laboratory Safety Incident Report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EH&amp;S staff member prepares to leave the laboratory as the worker stands nearby.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Incident summary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worker uses a pipette to collect mercury beads from the floor, with broken glass and the collection jar visible nearby.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People involved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worker places mercury-contaminated materials into a clear plastic bag and labels it as waste.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Hazard description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broken glass on the floor with the on-screen note confirming the spill is limited to one thermometer.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Immediate response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&amp;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&amp;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&amp;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lab coat and gloves writes "MERCURY SPILL DO NOT ENTER" on a clipboard to create a warning sign.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laboratory workers in PPE stand in a well-ventilated room, preparing to begin the cleanup.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uses two pieces of paper to scoop up mercury beads and broken glass, placing them into a glass jar.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uses a flashlight and glass jar to inspect the floor near a cabinet for remaining mercury beads and broken glass.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illuminates the floor with a flashlight to make small mercury beads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uses tape to dab the floor and collect small mercury beads.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laboratory workers in PPE discuss the cleanup and consider contacting EH&amp;S for a clearance evaluation.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laboratory workers in PPE prepare to contact EH&amp;S for a clearance evaluation.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worker secures and labels mercury waste in a sealable container.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worker places mercury waste into a secondary container to prepare it for pickup.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worker sits on a stool while an EH&amp;S staff member holds a mercury vapor detector nearby, in a lab with cabinets and an emergency shower.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EH&amp;S staff member and a laboratory worker discuss next steps regarding waste pickup.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Exposure assessment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 EH&amp;S staff member and a laboratory worker use a mercury vapor detector to check the floor and cabinet area for contamination.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close-up of the sealed glass jar containing the broken thermometer and collected mercury beads, with the vapor detector visible in the foreground.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 EH&amp;S staff member inspects the floor with a flashlight for remaining mercury beads while the laboratory worker observes.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EH&amp;S staff member continues inspecting the floor with a flashlight as the laboratory worker stands nearby.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Root cause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spill area listing the four self-cleanup criteria: small spill, well-ventilated room, not heated, and personnel comfort with the task.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Corrective actions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;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&amp;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;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EH&amp;S UC Berkeley logo is displayed, indicating the department responsible for hazardous waste management and further guidance.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the sealed glass jar containing the broken thermometer and mercury beads collected during cleanup.</w:t>
      </w:r>
    </w:p>
    <w:p>
      <w:pPr/>
      <w:r>
        <w:br w:type="page"/>
      </w:r>
    </w:p>
    <w:sectPr w:rsidR="00FC693F" w:rsidRPr="0006063C" w:rsidSect="00034616">
      <w:headerReference w:type="default" r:id="rId22"/>
      <w:footerReference w:type="default" r:id="rId2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header" Target="header1.xm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