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Up a Blood Spill: GV Health MJZ003 Biohazard Spill Kit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Pathogen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of fluids and tissues the MJZ003 kit is designed for, alongside an illustration of the Biohazard Spill Pack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Screening &amp; Identification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"For Acidic Spills: MJZ004 Spill Pack, MJZ020 Spill Kit" with a list of acidic spill types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Isolation Precautions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all MJZ003 kit contents, each item labeled: granules, scoop, scraper, apron, gloves, waste bag, paper towels, and chlorine tablets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positioned above the yellow clinical waste bag, ready to dispose of the first removed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a gloved hand removing the second glove by inserting fingers inside the cuff, labeled "Do not touch the outside of glove"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scrubs breaking the waist straps of a white apron, labeled "Avoid contact with outside of apron"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Hand Hygiene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Environmental Cleaning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Yellow clinical waste bag set up near a simulated spill, with a gloved hand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pouring SoChlor granules onto a spill, labeled "Pour no more than 15cm from spill"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Spill fully covered with granules and a timer showing 3 minutes, labeled "Ensure spill is completely covered"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224"/>
        <w:gridCol w:w="7416"/>
      </w:tblGrid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SoChlor granules container filled with water up to the fill line, with an arrow indicating the fill level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SoChlor container with dissolved tablets, labeled "10,000ppm recommended by the Health and Safety Executive, Department of Health and World Health Organisation" with EN Certified Efficacy standards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Yellow clinical waste bag with scoop and scraper inside, labeled "CLINICAL WASTE FOR INCINERATION ONLY MEDIUM DUTY UN APPROVED WEIGHT 5 KGS"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disposing of used paper towels into the yellow clinical waste bag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placing a sealed yellow clinical waste bag labeled "CLINICAL WASTE FOR INCINERATION ONLY" into a yellow bin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Surveillance &amp; Reporting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Staff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GV Health website address displayed on a plain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"MJZ003 How to use your Biohazard Spill Kit" with GV logo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