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5S Audit Checklist: Structure, Scoring, and Safety Extensions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Scope &amp; Purpose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Slide titled "WHAT IS THE 5S AUDIT?" showing icons for audit and control separated by a not-equal sign, alongside a "STOP CONTROL" sign.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Comparison slide contrasting "Continuous Improvement, Seeking Improvements, Objectivism, Understanding and Knowledge of the 5S System" with "Disposable Improvement, Looking for the Guilty, Subjectivism, Lack of Knowledge of Standards."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Reference Documents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Table titled "5S AUDIT SCHEDULE 2019" with areas listed on the left and calendar weeks across the top, using color-coded X marks: green for every two weeks, yellow for every four weeks, orange for every five weeks.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Presenter standing next to a projected "5S AUDIT SCHEDULE" table in a well-lit room.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Presenter gesturing while explaining the audit schedule and its link to continuous improvement, with the "5S AUDIT SCHEDULE" table visible on the slide.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Equipment Required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Slide titled "AUDIT FORM" showing an image of a person writing on a form, with the presenter standing to the right.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Presenter standing next to a projected slide titled "AUDIT FORM," showing a close-up of a person writing on a form.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Presenter standing next to a projected "5S AUDIT FORM" slide showing sections for categories, checkpoints, assessment, and comments.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the "5S AUDIT FORM" showing sections for categories, checkpoints, assessment, comments, and total score.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Inspection Points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the top section of the 5S audit form, showing fields for "AREA," "DATE," and a scoring guide with definitions for scores 0, 1, 3, and 5.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1S — Sort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Zoomed-in "1S SORT" category of the 5S audit form, with checkpoints, assessment, and comment fields, and the total score box for the section.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Zoomed-in view of the "1S SORT" section showing example checkpoints, assessment and comment fields, and the section's total score box.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2S — Set in Order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5S audit form with the "Set in Order" (2S) section enlarged, showing detailed checkpoints and fields for assessment and comments.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</w:tbl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3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3S — Shine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5S audit form with the "Shine" (3S) section enlarged, showing detailed checkpoints and fields for assessment and comments.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</w:tbl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3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4S — Standardize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5S audit form with the "Standardize" (4S) section enlarged, showing detailed checkpoints and fields for assessment and comments.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</w:tbl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5S — Sustain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5S audit form with the "Sustain" (5S) section enlarged, showing detailed checkpoints and fields for assessment and comments.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</w:tbl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5S Audit Form with the SUSTAIN section highlighted, showing checklist questions about schedules, employee knowledge, and meetings, with assessment and comment columns.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Adding safety and ergonomics checkpoints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5S Audit Form displayed on a presentation slide, divided into sections for each 5S category with columns for assessment and comments.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Presenter standing beside a projected 5S Audit Form, emphasizing safety as the main goal of the 5S system.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Presenter standing beside the 5S Audit Form, reiterating the need to include safety and ergonomics questions.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Presenter gesturing towards the 'Sort' section of the form, with an orange arrow pointing to the relevant area.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Presenter gesturing with both hands to reinforce the importance of unobstructed emergency exits, with an orange arrow pointing to the 'Sort' section.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5S Audit Form with two orange arrows pointing to the 'Sort' and 'Set in Order' sections, indicating where to add safety checks.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5S Audit Form with two large orange arrows pointing to the 'Sort' and 'Set in Order' sections, emphasizing where to add checks for fire extinguishers, hydrants, and emergency exits.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5S Audit Form with three orange arrows pointing to the 'Sort', 'Set in Order', and 'Shine' sections, highlighting the addition of safety-related damage checks.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5S Audit Form with four orange arrows pointing to the 'Sort', 'Set in Order', 'Shine', and 'Standardize' sections, indicating the inclusion of pictogram and ergonomics questions.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5S Audit Form with five orange arrows pointing to all five sections — 'Sort', 'Set in Order', 'Shine', 'Standardize', and 'Sustain' — showing comprehensive safety integration.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Extending to a dedicated 6S Safety section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Blank slide with the "5S AUDIT FORM" title and Opexity logo, signaling a transition to discussing the 6S system.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5S Audit Form displayed again without arrows, reinforcing the comprehensive integration of safety and ergonomics into all sections.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5S Audit Form with six sections labeled vertically on the left: Sort, Set in Order, Shine, Standardize, Sustain, and Safety, each with checkpoints, assessment, and comment columns.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5S Audit Form with an orange arrow pointing to the new "6S Safety" section at the bottom of the form.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6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overlay of the "6S Safety" section listing detailed safety checkpoints and scoring columns, with the main form visible in the background and an orange arrow pointing to the safety section.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Acceptance Criteria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the "6S Safety" section, reinforcing the importance of completing the new safety questions.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Non-Conformance Handling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Record Keeping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Full-page 5S Audit Form with all sections visible — Sort, Set in Order, Shine, Standardize, Sustain, and Safety — with assessment and comment columns.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completely blank white slide, marking the conclusion of the audit documentation process.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Opexity logo and slogan "Study better, not harder!" centered on a white background, with the logo featuring a stylized shield in orange and teal.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website address "www.opexity.com" centered on a plain white background as a resource for further information.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website address "www.opexity.com" centered on a plain white background, reinforcing the resource for further information.</w:t>
      </w:r>
    </w:p>
    <w:p>
      <w:pPr/>
      <w:r>
        <w:br w:type="page"/>
      </w:r>
    </w:p>
    <w:sectPr w:rsidR="00FC693F" w:rsidRPr="0006063C" w:rsidSect="00034616">
      <w:headerReference w:type="default" r:id="rId36"/>
      <w:footerReference w:type="default" r:id="rId3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Relationship Id="rId30" Type="http://schemas.openxmlformats.org/officeDocument/2006/relationships/image" Target="media/image22.jpg"/><Relationship Id="rId31" Type="http://schemas.openxmlformats.org/officeDocument/2006/relationships/image" Target="media/image23.jpg"/><Relationship Id="rId32" Type="http://schemas.openxmlformats.org/officeDocument/2006/relationships/image" Target="media/image24.jpg"/><Relationship Id="rId33" Type="http://schemas.openxmlformats.org/officeDocument/2006/relationships/image" Target="media/image25.jpg"/><Relationship Id="rId34" Type="http://schemas.openxmlformats.org/officeDocument/2006/relationships/image" Target="media/image26.jpg"/><Relationship Id="rId35" Type="http://schemas.openxmlformats.org/officeDocument/2006/relationships/image" Target="media/image27.jpg"/><Relationship Id="rId36" Type="http://schemas.openxmlformats.org/officeDocument/2006/relationships/header" Target="header1.xml"/><Relationship Id="rId3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