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take attendance in PowerSchool SIS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shows you how to take attendance in PowerSchool SIS. You can record attendance for a single day, mark extended absences with Multi-Day attendance, or use a seating chart. It also covers how to correct attendance after you submit it.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make sure you have the following: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the PowerSchool SIS link through Clever.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Your TCS login credentials.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seating chart set up in PowerSchool SIS, if you want to use Seating Chart attendance.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Start page and attendance options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1: Log in to PowerSchool SIS</w:t>
      </w:r>
    </w:p>
    <w:p>
      <w:pPr>
        <w:pStyle w:val="ListNumber2"/>
        <w:numPr>
          <w:ilvl w:val="0"/>
          <w:numId w:val="10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Open the PowerSchool SIS link through Clever.</w:t>
      </w:r>
    </w:p>
    <w:p>
      <w:pPr>
        <w:pStyle w:val="ListNumber2"/>
        <w:numPr>
          <w:ilvl w:val="0"/>
          <w:numId w:val="10"/>
        </w:numPr>
      </w:pPr>
      <w:r>
        <w:rPr>
          <w:color w:val="404040"/>
          <w:sz w:val="24"/>
          <w:rFonts w:ascii="Inter" w:hAnsi="Inter" w:eastAsia="Noto Sans CJK JP" w:cs="Noto Sans CJK JP"/>
        </w:rPr>
        <w:t>Sign in with your TCS login credentials.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2: Review the start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After you log in, the landing page shows </w:t>
      </w:r>
      <w:r>
        <w:rPr>
          <w:b/>
          <w:color w:val="404040"/>
          <w:sz w:val="24"/>
          <w:rFonts w:ascii="Inter" w:hAnsi="Inter" w:eastAsia="Noto Sans CJK JP" w:cs="Noto Sans CJK JP"/>
        </w:rPr>
        <w:t>Current Classes</w:t>
      </w:r>
      <w:r>
        <w:rPr>
          <w:color w:val="404040"/>
          <w:sz w:val="24"/>
          <w:rFonts w:ascii="Inter" w:hAnsi="Inter" w:eastAsia="Noto Sans CJK JP" w:cs="Noto Sans CJK JP"/>
        </w:rPr>
        <w:t>. Confirm that your homeroom and each section you teach appear in the list.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The left navigation menu includes Start Page, Daily Bulletin, Schedule, Staff Directory, Meals, Reports, and Recommendations. The top right shows your school (for example, Washington Elementary) and the current semester.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PowerSchool SIS start page showing current classes, navigation menu, and attendance icons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3: Check the attendance status indicators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Each class section has a row with several icons. The attendance icons sit to the right of the checkmark circles.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green checkmark in the circle means you have submitted attendance for that section today.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No checkmark means you have not yet submitted attendance for that section.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4: Identify the attendance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Each section has three attendance icons: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Single Day Attendance</w:t>
      </w:r>
      <w:r>
        <w:rPr>
          <w:color w:val="404040"/>
          <w:sz w:val="24"/>
          <w:rFonts w:ascii="Inter" w:hAnsi="Inter" w:eastAsia="Noto Sans CJK JP" w:cs="Noto Sans CJK JP"/>
        </w:rPr>
        <w:t>: Take attendance for one day.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Multi-Day Attendance</w:t>
      </w:r>
      <w:r>
        <w:rPr>
          <w:color w:val="404040"/>
          <w:sz w:val="24"/>
          <w:rFonts w:ascii="Inter" w:hAnsi="Inter" w:eastAsia="Noto Sans CJK JP" w:cs="Noto Sans CJK JP"/>
        </w:rPr>
        <w:t>: Use this when a student will be absent for multiple days, for example with a note for five days out.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Seating Chart Attendance</w:t>
      </w:r>
      <w:r>
        <w:rPr>
          <w:color w:val="404040"/>
          <w:sz w:val="24"/>
          <w:rFonts w:ascii="Inter" w:hAnsi="Inter" w:eastAsia="Noto Sans CJK JP" w:cs="Noto Sans CJK JP"/>
        </w:rPr>
        <w:t>: Available only if you have set up your seating chart in PowerSchool SIS.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Hover over an icon to see a tooltip with its function, such as "Multi-Day" or "Seating Chart."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Current Classes page with attendance icons highlighted and tooltip showing "Multi-Day"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Take single-day attendance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5: Open the attendance roster for a section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Single Day Attendance</w:t>
      </w:r>
      <w:r>
        <w:rPr>
          <w:color w:val="404040"/>
          <w:sz w:val="24"/>
          <w:rFonts w:ascii="Inter" w:hAnsi="Inter" w:eastAsia="Noto Sans CJK JP" w:cs="Noto Sans CJK JP"/>
        </w:rPr>
        <w:t xml:space="preserve"> icon (a person at a desk) for the section you want, such as Homeroom. The attendance roster for that section opens.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options with cursor over the Seating Chart icon and tooltip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6: Review the Record Meeting Attendance page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</w:t>
      </w:r>
      <w:r>
        <w:rPr>
          <w:b/>
          <w:color w:val="404040"/>
          <w:sz w:val="24"/>
          <w:rFonts w:ascii="Inter" w:hAnsi="Inter" w:eastAsia="Noto Sans CJK JP" w:cs="Noto Sans CJK JP"/>
        </w:rPr>
        <w:t>Record Meeting Attendance</w:t>
      </w:r>
      <w:r>
        <w:rPr>
          <w:color w:val="404040"/>
          <w:sz w:val="24"/>
          <w:rFonts w:ascii="Inter" w:hAnsi="Inter" w:eastAsia="Noto Sans CJK JP" w:cs="Noto Sans CJK JP"/>
        </w:rPr>
        <w:t xml:space="preserve"> page opens. Tabs at the top let you switch between Single Day, Multi-Day, Seating Chart, and Seating Chart Design.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The roster lists all students, any alerts, and attendance entry fields for the selected date. Confirm that the date is correct (for example, Tue 7/27).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Record Meeting Attendance page showing student roster, attendance codes, and tabs for attendance modes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7: Review student alerts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Make sure you are on the </w:t>
      </w:r>
      <w:r>
        <w:rPr>
          <w:b/>
          <w:color w:val="404040"/>
          <w:sz w:val="24"/>
          <w:rFonts w:ascii="Inter" w:hAnsi="Inter" w:eastAsia="Noto Sans CJK JP" w:cs="Noto Sans CJK JP"/>
        </w:rPr>
        <w:t>Single Day</w:t>
      </w:r>
      <w:r>
        <w:rPr>
          <w:color w:val="404040"/>
          <w:sz w:val="24"/>
          <w:rFonts w:ascii="Inter" w:hAnsi="Inter" w:eastAsia="Noto Sans CJK JP" w:cs="Noto Sans CJK JP"/>
        </w:rPr>
        <w:t xml:space="preserve"> tab. The </w:t>
      </w:r>
      <w:r>
        <w:rPr>
          <w:b/>
          <w:color w:val="404040"/>
          <w:sz w:val="24"/>
          <w:rFonts w:ascii="Inter" w:hAnsi="Inter" w:eastAsia="Noto Sans CJK JP" w:cs="Noto Sans CJK JP"/>
        </w:rPr>
        <w:t>Alerts</w:t>
      </w:r>
      <w:r>
        <w:rPr>
          <w:color w:val="404040"/>
          <w:sz w:val="24"/>
          <w:rFonts w:ascii="Inter" w:hAnsi="Inter" w:eastAsia="Noto Sans CJK JP" w:cs="Noto Sans CJK JP"/>
        </w:rPr>
        <w:t xml:space="preserve"> column next to each student's name uses icons for different alert types, such as medical, custody, and discipline.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Hover over an alert icon to see a tooltip with the alert type.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Click an alert icon to view detailed information about the alert.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roster with student names, alert icons, and attendance entry fields, with a medical alert tooltip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8: Mark all students present (quick method)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all students are present, use the quick method:</w:t>
      </w:r>
    </w:p>
    <w:p>
      <w:pPr>
        <w:pStyle w:val="ListNumber2"/>
        <w:numPr>
          <w:ilvl w:val="0"/>
          <w:numId w:val="11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Attendance Code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at the top of the roster.</w:t>
      </w:r>
    </w:p>
    <w:p>
      <w:pPr>
        <w:pStyle w:val="ListNumber2"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Make sure the code is set to </w:t>
      </w:r>
      <w:r>
        <w:rPr>
          <w:b/>
          <w:color w:val="404040"/>
          <w:sz w:val="24"/>
          <w:rFonts w:ascii="Inter" w:hAnsi="Inter" w:eastAsia="Noto Sans CJK JP" w:cs="Noto Sans CJK JP"/>
        </w:rPr>
        <w:t>Present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1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to mark all students as present for the selected date (for example, Tue 7/27).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Code dropdown set to Present and Submit button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9: Mark individual students absent</w:t>
      </w:r>
    </w:p>
    <w:p>
      <w:pPr>
        <w:pStyle w:val="ListNumber2"/>
        <w:numPr>
          <w:ilvl w:val="0"/>
          <w:numId w:val="12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Select </w:t>
      </w:r>
      <w:r>
        <w:rPr>
          <w:b/>
          <w:color w:val="404040"/>
          <w:sz w:val="24"/>
          <w:rFonts w:ascii="Inter" w:hAnsi="Inter" w:eastAsia="Noto Sans CJK JP" w:cs="Noto Sans CJK JP"/>
        </w:rPr>
        <w:t>A (Absent)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</w:t>
      </w:r>
      <w:r>
        <w:rPr>
          <w:b/>
          <w:color w:val="404040"/>
          <w:sz w:val="24"/>
          <w:rFonts w:ascii="Inter" w:hAnsi="Inter" w:eastAsia="Noto Sans CJK JP" w:cs="Noto Sans CJK JP"/>
        </w:rPr>
        <w:t>Attendance Code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in the attendance box next to the absent student's name (for example, Brown, Jessica C). The box updates to show </w:t>
      </w:r>
      <w:r>
        <w:rPr>
          <w:b/>
          <w:color w:val="404040"/>
          <w:sz w:val="24"/>
          <w:rFonts w:ascii="Inter" w:hAnsi="Inter" w:eastAsia="Noto Sans CJK JP" w:cs="Noto Sans CJK JP"/>
        </w:rPr>
        <w:t>A (Absent)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>Optionally, click the small comment icon next to the attendance box to add details about the absence.</w:t>
      </w:r>
    </w:p>
    <w:p>
      <w:pPr>
        <w:pStyle w:val="ListNumber2"/>
        <w:keepNext/>
        <w:keepLines/>
        <w:numPr>
          <w:ilvl w:val="0"/>
          <w:numId w:val="12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your attendance.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Code dropdown set to Absent, with a student marked Absent and the comment icon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10: Mark individual students tardy</w:t>
      </w:r>
    </w:p>
    <w:p>
      <w:pPr>
        <w:pStyle w:val="ListNumber2"/>
        <w:numPr>
          <w:ilvl w:val="0"/>
          <w:numId w:val="13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Click in the attendance box next to the student's name (for example, Bjorklund, Laura L).</w:t>
      </w:r>
    </w:p>
    <w:p>
      <w:pPr>
        <w:pStyle w:val="ListNumber2"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Use the dropdown arrow in the box to select </w:t>
      </w:r>
      <w:r>
        <w:rPr>
          <w:b/>
          <w:color w:val="404040"/>
          <w:sz w:val="24"/>
          <w:rFonts w:ascii="Inter" w:hAnsi="Inter" w:eastAsia="Noto Sans CJK JP" w:cs="Noto Sans CJK JP"/>
        </w:rPr>
        <w:t>T (Tardy)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3"/>
        </w:numPr>
      </w:pPr>
      <w:r>
        <w:rPr>
          <w:color w:val="404040"/>
          <w:sz w:val="24"/>
          <w:rFonts w:ascii="Inter" w:hAnsi="Inter" w:eastAsia="Noto Sans CJK JP" w:cs="Noto Sans CJK JP"/>
        </w:rPr>
        <w:t>Optionally, click the comment icon to add details about the tardy.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box dropdown open with Present, Absent, and Tardy options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Correct submitted attendance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11: Return to the attendance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you need to update attendance after you submit it, return to the attendance screen for the relevant class and date. For example, a student marked absent may arrive late and need to be marked tardy.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Current Classes</w:t>
      </w:r>
      <w:r>
        <w:rPr>
          <w:color w:val="404040"/>
          <w:sz w:val="24"/>
          <w:rFonts w:ascii="Inter" w:hAnsi="Inter" w:eastAsia="Noto Sans CJK JP" w:cs="Noto Sans CJK JP"/>
        </w:rPr>
        <w:t xml:space="preserve"> page, click the attendance icon for the class you want to update.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PowerSchool SIS Current Classes page with attendance icons for each class, ready for a class to be selected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12: Update the student's attendance code</w:t>
      </w:r>
    </w:p>
    <w:p>
      <w:pPr>
        <w:pStyle w:val="ListNumber2"/>
        <w:numPr>
          <w:ilvl w:val="0"/>
          <w:numId w:val="14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>Find the student whose attendance you need to correct (for example, Jessica, previously marked Absent).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>Click in the attendance box next to the student's name.</w:t>
      </w:r>
    </w:p>
    <w:p>
      <w:pPr>
        <w:pStyle w:val="ListNumber2"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Use the dropdown menu to change the code from </w:t>
      </w:r>
      <w:r>
        <w:rPr>
          <w:b/>
          <w:color w:val="404040"/>
          <w:sz w:val="24"/>
          <w:rFonts w:ascii="Inter" w:hAnsi="Inter" w:eastAsia="Noto Sans CJK JP" w:cs="Noto Sans CJK JP"/>
        </w:rPr>
        <w:t>A (Absent)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b/>
          <w:color w:val="404040"/>
          <w:sz w:val="24"/>
          <w:rFonts w:ascii="Inter" w:hAnsi="Inter" w:eastAsia="Noto Sans CJK JP" w:cs="Noto Sans CJK JP"/>
        </w:rPr>
        <w:t>T (Tardy)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  <w:numPr>
          <w:ilvl w:val="0"/>
          <w:numId w:val="14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correction for that day.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Record Meeting Attendance screen with the attendance code dropdown (Present, Absent, Tardy) open to update a student's status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Record multi-day attendance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13: Open Multi-Day attendance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a student provides a note for an extended absence, such as a trip, use the Multi-Day attendance feature. On the </w:t>
      </w:r>
      <w:r>
        <w:rPr>
          <w:b/>
          <w:color w:val="404040"/>
          <w:sz w:val="24"/>
          <w:rFonts w:ascii="Inter" w:hAnsi="Inter" w:eastAsia="Noto Sans CJK JP" w:cs="Noto Sans CJK JP"/>
        </w:rPr>
        <w:t>Current Classes</w:t>
      </w:r>
      <w:r>
        <w:rPr>
          <w:color w:val="404040"/>
          <w:sz w:val="24"/>
          <w:rFonts w:ascii="Inter" w:hAnsi="Inter" w:eastAsia="Noto Sans CJK JP" w:cs="Noto Sans CJK JP"/>
        </w:rPr>
        <w:t xml:space="preserve"> page, click the </w:t>
      </w:r>
      <w:r>
        <w:rPr>
          <w:b/>
          <w:color w:val="404040"/>
          <w:sz w:val="24"/>
          <w:rFonts w:ascii="Inter" w:hAnsi="Inter" w:eastAsia="Noto Sans CJK JP" w:cs="Noto Sans CJK JP"/>
        </w:rPr>
        <w:t>Multi-Day</w:t>
      </w:r>
      <w:r>
        <w:rPr>
          <w:color w:val="404040"/>
          <w:sz w:val="24"/>
          <w:rFonts w:ascii="Inter" w:hAnsi="Inter" w:eastAsia="Noto Sans CJK JP" w:cs="Noto Sans CJK JP"/>
        </w:rPr>
        <w:t xml:space="preserve"> attendance icon for the relevant class.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PowerSchool SIS Current Classes page with the Multi-Day attendance icon highlighted for a class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14: Adjust the date range</w:t>
      </w:r>
    </w:p>
    <w:p>
      <w:pPr>
        <w:pStyle w:val="ListNumber2"/>
        <w:numPr>
          <w:ilvl w:val="0"/>
          <w:numId w:val="15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Record Meeting Attendance</w:t>
      </w:r>
      <w:r>
        <w:rPr>
          <w:color w:val="404040"/>
          <w:sz w:val="24"/>
          <w:rFonts w:ascii="Inter" w:hAnsi="Inter" w:eastAsia="Noto Sans CJK JP" w:cs="Noto Sans CJK JP"/>
        </w:rPr>
        <w:t xml:space="preserve"> screen, switch to the </w:t>
      </w:r>
      <w:r>
        <w:rPr>
          <w:b/>
          <w:color w:val="404040"/>
          <w:sz w:val="24"/>
          <w:rFonts w:ascii="Inter" w:hAnsi="Inter" w:eastAsia="Noto Sans CJK JP" w:cs="Noto Sans CJK JP"/>
        </w:rPr>
        <w:t>Multi-Day</w:t>
      </w:r>
      <w:r>
        <w:rPr>
          <w:color w:val="404040"/>
          <w:sz w:val="24"/>
          <w:rFonts w:ascii="Inter" w:hAnsi="Inter" w:eastAsia="Noto Sans CJK JP" w:cs="Noto Sans CJK JP"/>
        </w:rPr>
        <w:t xml:space="preserve"> tab.</w:t>
      </w:r>
    </w:p>
    <w:p>
      <w:pPr>
        <w:pStyle w:val="ListNumber2"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Edit</w:t>
      </w:r>
      <w:r>
        <w:rPr>
          <w:color w:val="404040"/>
          <w:sz w:val="24"/>
          <w:rFonts w:ascii="Inter" w:hAnsi="Inter" w:eastAsia="Noto Sans CJK JP" w:cs="Noto Sans CJK JP"/>
        </w:rPr>
        <w:t xml:space="preserve"> next to the date range.</w:t>
      </w:r>
    </w:p>
    <w:p>
      <w:pPr>
        <w:pStyle w:val="ListNumber2"/>
        <w:keepNext/>
        <w:keepLines/>
        <w:numPr>
          <w:ilvl w:val="0"/>
          <w:numId w:val="15"/>
        </w:numPr>
      </w:pPr>
      <w:r>
        <w:rPr>
          <w:color w:val="404040"/>
          <w:sz w:val="24"/>
          <w:rFonts w:ascii="Inter" w:hAnsi="Inter" w:eastAsia="Noto Sans CJK JP" w:cs="Noto Sans CJK JP"/>
        </w:rPr>
        <w:t>Select the weeks or days that match the student's absence period.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Multi-Day attendance screen with the Edit button for the date range highlighted and the multi-week attendance grid visible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15: Mark the student absent for multiple days</w:t>
      </w:r>
    </w:p>
    <w:p>
      <w:pPr>
        <w:pStyle w:val="ListNumber2"/>
        <w:numPr>
          <w:ilvl w:val="0"/>
          <w:numId w:val="16"/>
        </w:numPr>
        <w:spacing w:before="120"/>
      </w:pPr>
      <w:r>
        <w:rPr>
          <w:color w:val="404040"/>
          <w:sz w:val="24"/>
          <w:rFonts w:ascii="Inter" w:hAnsi="Inter" w:eastAsia="Noto Sans CJK JP" w:cs="Noto Sans CJK JP"/>
        </w:rPr>
        <w:t xml:space="preserve">Set the </w:t>
      </w:r>
      <w:r>
        <w:rPr>
          <w:b/>
          <w:color w:val="404040"/>
          <w:sz w:val="24"/>
          <w:rFonts w:ascii="Inter" w:hAnsi="Inter" w:eastAsia="Noto Sans CJK JP" w:cs="Noto Sans CJK JP"/>
        </w:rPr>
        <w:t>Attendance Code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to </w:t>
      </w:r>
      <w:r>
        <w:rPr>
          <w:b/>
          <w:color w:val="404040"/>
          <w:sz w:val="24"/>
          <w:rFonts w:ascii="Inter" w:hAnsi="Inter" w:eastAsia="Noto Sans CJK JP" w:cs="Noto Sans CJK JP"/>
        </w:rPr>
        <w:t>A (Absent)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Click the attendance boxes for the student (for example, Raul Coffey) for each day they will be absent.</w:t>
      </w:r>
    </w:p>
    <w:p>
      <w:pPr>
        <w:pStyle w:val="ListNumber2"/>
        <w:keepNext/>
        <w:keepLines/>
        <w:numPr>
          <w:ilvl w:val="0"/>
          <w:numId w:val="16"/>
        </w:numPr>
      </w:pPr>
      <w:r>
        <w:rPr>
          <w:color w:val="404040"/>
          <w:sz w:val="24"/>
          <w:rFonts w:ascii="Inter" w:hAnsi="Inter" w:eastAsia="Noto Sans CJK JP" w:cs="Noto Sans CJK JP"/>
        </w:rPr>
        <w:t>Make sure all relevant days are marked with "A."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Multi-Day attendance grid with the Attendance Code set to Absent and multiple days selected for a student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16: Submit the multi-day changes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After you mark all necessary days, 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of the screen to save your changes. A confirmation message or indicator confirms your updates.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Multi-Day attendance screen with multiple absences marked, the Submit button highlighted, and a yellow banner indicating unsaved changes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Take attendance with a seating chart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17: Open the seating chart for your class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Go to the </w:t>
      </w:r>
      <w:r>
        <w:rPr>
          <w:b/>
          <w:color w:val="404040"/>
          <w:sz w:val="24"/>
          <w:rFonts w:ascii="Inter" w:hAnsi="Inter" w:eastAsia="Noto Sans CJK JP" w:cs="Noto Sans CJK JP"/>
        </w:rPr>
        <w:t>Seating Chart</w:t>
      </w:r>
      <w:r>
        <w:rPr>
          <w:color w:val="404040"/>
          <w:sz w:val="24"/>
          <w:rFonts w:ascii="Inter" w:hAnsi="Inter" w:eastAsia="Noto Sans CJK JP" w:cs="Noto Sans CJK JP"/>
        </w:rPr>
        <w:t xml:space="preserve"> tab for your homeroom or class (for example, Homeroom - 1(A)). Make sure you are on the correct date (for example, Tue 7/27).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The seating chart shows student photos and names arranged according to your classroom layout. The </w:t>
      </w:r>
      <w:r>
        <w:rPr>
          <w:b/>
          <w:color w:val="404040"/>
          <w:sz w:val="24"/>
          <w:rFonts w:ascii="Inter" w:hAnsi="Inter" w:eastAsia="Noto Sans CJK JP" w:cs="Noto Sans CJK JP"/>
        </w:rPr>
        <w:t>Attendance Code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and the date selector are above the chart.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PowerSchool SIS Seating Chart screen showing the seating layout, Attendance Code dropdown, and date selector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18: Select an attendance code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Attendance Code</w:t>
      </w:r>
      <w:r>
        <w:rPr>
          <w:color w:val="404040"/>
          <w:sz w:val="24"/>
          <w:rFonts w:ascii="Inter" w:hAnsi="Inter" w:eastAsia="Noto Sans CJK JP" w:cs="Noto Sans CJK JP"/>
        </w:rPr>
        <w:t xml:space="preserve"> dropdown above the seating chart and choose the code that matches the student's status: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Present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 (Absent)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 (Tardy)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You can switch between codes as needed.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Attendance Code dropdown open above the seating chart, showing Present, Absent, and Tardy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19: Mark students and add comments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students in the seating chart who match the code you selected. For example, if Maria and Joshua are absent, select </w:t>
      </w:r>
      <w:r>
        <w:rPr>
          <w:b/>
          <w:color w:val="404040"/>
          <w:sz w:val="24"/>
          <w:rFonts w:ascii="Inter" w:hAnsi="Inter" w:eastAsia="Noto Sans CJK JP" w:cs="Noto Sans CJK JP"/>
        </w:rPr>
        <w:t>A (Absent)</w:t>
      </w:r>
      <w:r>
        <w:rPr>
          <w:color w:val="404040"/>
          <w:sz w:val="24"/>
          <w:rFonts w:ascii="Inter" w:hAnsi="Inter" w:eastAsia="Noto Sans CJK JP" w:cs="Noto Sans CJK JP"/>
        </w:rPr>
        <w:t xml:space="preserve"> and click their seats. You can check which students have each code by looking at the seating chart rows.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you want to add information about a student's attendance, enter comments in the provided field. This step is optional.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20: Submit seating chart attendance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When all students are marked, click the blue </w:t>
      </w:r>
      <w:r>
        <w:rPr>
          <w:b/>
          <w:color w:val="404040"/>
          <w:sz w:val="24"/>
          <w:rFonts w:ascii="Inter" w:hAnsi="Inter" w:eastAsia="Noto Sans CJK JP" w:cs="Noto Sans CJK JP"/>
        </w:rPr>
        <w:t>Submit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above the seating chart to save your attendance for the day. The system updates the attendance records.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Seating Chart screen with the Attendance Code set to Absent and the Submit button highlighted</w:t>
      </w:r>
    </w:p>
    <w:p>
      <w:pPr>
        <w:pStyle w:val="Heading3"/>
        <w:keepNext/>
        <w:keepLines/>
        <w:ind w:left="0"/>
        <w:outlineLvl w:val="2"/>
      </w:pPr>
      <w:r>
        <w:rPr>
          <w:b/>
          <w:color w:val="404040"/>
          <w:sz w:val="28"/>
          <w:rFonts w:ascii="Inter" w:hAnsi="Inter" w:eastAsia="Noto Sans CJK JP" w:cs="Noto Sans CJK JP"/>
        </w:rPr>
        <w:t>Step 21: Verify the submission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After you submit, review the seating chart to make sure all attendance codes are applied correctly. The attendance code and date should reflect your selections.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Seating Chart screen after submission, showing students marked absent and the attendance code and date set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You now know how to take attendance in PowerSchool SIS using Single Day, Multi-Day, and Seating Chart attendance. You can also correct attendance after you submit it. Use the green checkmarks on the </w:t>
      </w:r>
      <w:r>
        <w:rPr>
          <w:b/>
          <w:color w:val="404040"/>
          <w:sz w:val="24"/>
          <w:rFonts w:ascii="Inter" w:hAnsi="Inter" w:eastAsia="Noto Sans CJK JP" w:cs="Noto Sans CJK JP"/>
        </w:rPr>
        <w:t>Current Classes</w:t>
      </w:r>
      <w:r>
        <w:rPr>
          <w:color w:val="404040"/>
          <w:sz w:val="24"/>
          <w:rFonts w:ascii="Inter" w:hAnsi="Inter" w:eastAsia="Noto Sans CJK JP" w:cs="Noto Sans CJK JP"/>
        </w:rPr>
        <w:t xml:space="preserve"> page to confirm that each section's attendance is submitted for the day.</w:t>
      </w:r>
    </w:p>
    <w:p>
      <w:pPr/>
      <w:r>
        <w:br w:type="page"/>
      </w:r>
    </w:p>
    <w:sectPr w:rsidR="00FC693F" w:rsidRPr="0006063C" w:rsidSect="00034616">
      <w:headerReference w:type="default" r:id="rId25"/>
      <w:footerReference w:type="default" r:id="rId2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4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5"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rFonts w:ascii="Inter" w:hAnsi="Inter" w:eastAsia="Noto Sans CJK JP" w:cs="Noto Sans CJK JP"/>
      <w:color w:val="4040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header" Target="header1.xm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