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Find Your W-2 in Paylocity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Paylocity W-2 Online Preview screen with the Back button visible at the top left, showing the list of W-2 forms and the 2015 preview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0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Paylocity dashboard with the Pay box, View Checks button, and surrounding Announcements, Time Entry, and Benefits sections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Log in to Paylocity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Open the Self Service Portal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Paylocity Pay section showing the Checks and Tax Forms tabs with a "No Checks Selected" message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Locate the Pay box and view your checks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Switch to the Tax Forms tab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Select the year for your W-2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W-2 Online Preview for 2015 with employer and employee details, wages, and tax withholdings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Download your W-2 form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Password protection screen with the password field ready for entry and the View PDF button below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Choose your password protection settings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Paylocity W-2 Online Preview listing W-2 forms by year, with a detailed preview of the 2015 form on the right and the Download W-2 button in the top right corner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Enter a password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W-2 Online Preview with the Download W-2 button highlighted in the top right corner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Skip password protection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Password protection screen for the W-2 download, showing a password field, a "do not password protect" checkbox, and a View PDF button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Generate and view your PDF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Password protection screen with the "do not password protect" checkbox checked and the View PDF button below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Review your W-2 PDF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W-2 PDF document open, showing two copies of the 2015 W-2 form with all tax details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Save or print your W-2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Password protection screen with the checkbox checked and the View PDF button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Close the PDF and return to Paylocity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W-2 PDF document open with two copies of the 2015 form, ready to be closed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Return to the Self Service Portal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Paylocity W-2 Online Preview screen confirming the return to the Self Service Portal, with the Back button and 2015 preview still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Return to the main dashboard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#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Paylocity Self Service Portal dashboard showing the Announcements, Pay, Time Entry, Benefits, and Company sections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Closing screen with the Independence Center logo and the message "People with disabilities building community" over a background image of the center's building and sign.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W-2 PDF document open with two copies of the 2015 form showing full tax details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hyperlink" Target="https://independencecenter.org" TargetMode="External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