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Create and Post a Revenue Accrual Journal Entry in Oracle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Prerequisites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1: Access the Oracle home page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6911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691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Oracle dashboard showing navigation tabs and app tiles.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2: Open the Navigator menu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6911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691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Navigator button highlighted on the Oracle dashboard.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3: Navigate to General Accounting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4: Open the Journals task pane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6911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691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Journals page showing the Tasks icon and journal list.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5: Select "Create Journal"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6911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691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Tasks pane open with "Create Journal" highlighted.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6: Enter journal header information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</w:p>
    <w:p>
      <w:pPr>
        <w:pStyle w:val="ListBullet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6911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691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Create Journal form highlighting the Journal Batch, Description, Balance Type, and Accounting Period fields.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7: Follow organizational naming conventions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6911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691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Journal Batch section with blank fields for batch name and description.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8: Verify the source and accounting period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6911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691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Journal Batch section with Balance Type set to Actual and Accounting Period set to 03-20.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9: Enter journal details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R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472C4"/>
          <w:sz w:val="24"/>
          <w:rFonts w:ascii="Times New Roman" w:hAnsi="Times New Roman" w:eastAsia="Noto Sans CJK JP" w:cs="Noto Sans CJK JP"/>
        </w:rPr>
        <w:t>v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472C4"/>
          <w:sz w:val="24"/>
          <w:rFonts w:ascii="Times New Roman" w:hAnsi="Times New Roman" w:eastAsia="Noto Sans CJK JP" w:cs="Noto Sans CJK JP"/>
        </w:rPr>
        <w:t>n</w:t>
      </w:r>
      <w:r>
        <w:rPr>
          <w:color w:val="4472C4"/>
          <w:sz w:val="24"/>
          <w:rFonts w:ascii="Times New Roman" w:hAnsi="Times New Roman" w:eastAsia="Noto Sans CJK JP" w:cs="Noto Sans CJK JP"/>
        </w:rPr>
        <w:t>u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472C4"/>
          <w:sz w:val="24"/>
          <w:rFonts w:ascii="Times New Roman" w:hAnsi="Times New Roman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A</w:t>
      </w:r>
      <w:r>
        <w:rPr>
          <w:color w:val="4472C4"/>
          <w:sz w:val="24"/>
          <w:rFonts w:ascii="Times New Roman" w:hAnsi="Times New Roman" w:eastAsia="Noto Sans CJK JP" w:cs="Noto Sans CJK JP"/>
        </w:rPr>
        <w:t>c</w:t>
      </w:r>
      <w:r>
        <w:rPr>
          <w:color w:val="4472C4"/>
          <w:sz w:val="24"/>
          <w:rFonts w:ascii="Times New Roman" w:hAnsi="Times New Roman" w:eastAsia="Noto Sans CJK JP" w:cs="Noto Sans CJK JP"/>
        </w:rPr>
        <w:t>c</w:t>
      </w:r>
      <w:r>
        <w:rPr>
          <w:color w:val="4472C4"/>
          <w:sz w:val="24"/>
          <w:rFonts w:ascii="Times New Roman" w:hAnsi="Times New Roman" w:eastAsia="Noto Sans CJK JP" w:cs="Noto Sans CJK JP"/>
        </w:rPr>
        <w:t>r</w:t>
      </w:r>
      <w:r>
        <w:rPr>
          <w:color w:val="4472C4"/>
          <w:sz w:val="24"/>
          <w:rFonts w:ascii="Times New Roman" w:hAnsi="Times New Roman" w:eastAsia="Noto Sans CJK JP" w:cs="Noto Sans CJK JP"/>
        </w:rPr>
        <w:t>u</w:t>
      </w:r>
      <w:r>
        <w:rPr>
          <w:color w:val="4472C4"/>
          <w:sz w:val="24"/>
          <w:rFonts w:ascii="Times New Roman" w:hAnsi="Times New Roman" w:eastAsia="Noto Sans CJK JP" w:cs="Noto Sans CJK JP"/>
        </w:rPr>
        <w:t>a</w:t>
      </w:r>
      <w:r>
        <w:rPr>
          <w:color w:val="4472C4"/>
          <w:sz w:val="24"/>
          <w:rFonts w:ascii="Times New Roman" w:hAnsi="Times New Roman" w:eastAsia="Noto Sans CJK JP" w:cs="Noto Sans CJK JP"/>
        </w:rPr>
        <w:t>l</w:t>
      </w:r>
      <w:r>
        <w:rPr>
          <w:color w:val="4472C4"/>
          <w:sz w:val="24"/>
          <w:rFonts w:ascii="Times New Roman" w:hAnsi="Times New Roman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-</w:t>
      </w:r>
      <w:r>
        <w:rPr>
          <w:color w:val="4472C4"/>
          <w:sz w:val="24"/>
          <w:rFonts w:ascii="Times New Roman" w:hAnsi="Times New Roman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C</w:t>
      </w:r>
      <w:r>
        <w:rPr>
          <w:color w:val="4472C4"/>
          <w:sz w:val="24"/>
          <w:rFonts w:ascii="Times New Roman" w:hAnsi="Times New Roman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U</w:t>
      </w:r>
      <w:r>
        <w:rPr>
          <w:color w:val="4472C4"/>
          <w:sz w:val="24"/>
          <w:rFonts w:ascii="Times New Roman" w:hAnsi="Times New Roman" w:eastAsia="Noto Sans CJK JP" w:cs="Noto Sans CJK JP"/>
        </w:rPr>
        <w:t>S</w:t>
      </w:r>
      <w:r>
        <w:rPr>
          <w:color w:val="4472C4"/>
          <w:sz w:val="24"/>
          <w:rFonts w:ascii="Times New Roman" w:hAnsi="Times New Roman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P</w:t>
      </w:r>
      <w:r>
        <w:rPr>
          <w:color w:val="4472C4"/>
          <w:sz w:val="24"/>
          <w:rFonts w:ascii="Times New Roman" w:hAnsi="Times New Roman" w:eastAsia="Noto Sans CJK JP" w:cs="Noto Sans CJK JP"/>
        </w:rPr>
        <w:t>r</w:t>
      </w:r>
      <w:r>
        <w:rPr>
          <w:color w:val="4472C4"/>
          <w:sz w:val="24"/>
          <w:rFonts w:ascii="Times New Roman" w:hAnsi="Times New Roman" w:eastAsia="Noto Sans CJK JP" w:cs="Noto Sans CJK JP"/>
        </w:rPr>
        <w:t>i</w:t>
      </w:r>
      <w:r>
        <w:rPr>
          <w:color w:val="4472C4"/>
          <w:sz w:val="24"/>
          <w:rFonts w:ascii="Times New Roman" w:hAnsi="Times New Roman" w:eastAsia="Noto Sans CJK JP" w:cs="Noto Sans CJK JP"/>
        </w:rPr>
        <w:t>m</w:t>
      </w:r>
      <w:r>
        <w:rPr>
          <w:color w:val="4472C4"/>
          <w:sz w:val="24"/>
          <w:rFonts w:ascii="Times New Roman" w:hAnsi="Times New Roman" w:eastAsia="Noto Sans CJK JP" w:cs="Noto Sans CJK JP"/>
        </w:rPr>
        <w:t>a</w:t>
      </w:r>
      <w:r>
        <w:rPr>
          <w:color w:val="4472C4"/>
          <w:sz w:val="24"/>
          <w:rFonts w:ascii="Times New Roman" w:hAnsi="Times New Roman" w:eastAsia="Noto Sans CJK JP" w:cs="Noto Sans CJK JP"/>
        </w:rPr>
        <w:t>r</w:t>
      </w:r>
      <w:r>
        <w:rPr>
          <w:color w:val="4472C4"/>
          <w:sz w:val="24"/>
          <w:rFonts w:ascii="Times New Roman" w:hAnsi="Times New Roman" w:eastAsia="Noto Sans CJK JP" w:cs="Noto Sans CJK JP"/>
        </w:rPr>
        <w:t>y</w:t>
      </w:r>
      <w:r>
        <w:rPr>
          <w:color w:val="4472C4"/>
          <w:sz w:val="24"/>
          <w:rFonts w:ascii="Times New Roman" w:hAnsi="Times New Roman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L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472C4"/>
          <w:sz w:val="24"/>
          <w:rFonts w:ascii="Times New Roman" w:hAnsi="Times New Roman" w:eastAsia="Noto Sans CJK JP" w:cs="Noto Sans CJK JP"/>
        </w:rPr>
        <w:t>d</w:t>
      </w:r>
      <w:r>
        <w:rPr>
          <w:color w:val="4472C4"/>
          <w:sz w:val="24"/>
          <w:rFonts w:ascii="Times New Roman" w:hAnsi="Times New Roman" w:eastAsia="Noto Sans CJK JP" w:cs="Noto Sans CJK JP"/>
        </w:rPr>
        <w:t>g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472C4"/>
          <w:sz w:val="24"/>
          <w:rFonts w:ascii="Times New Roman" w:hAnsi="Times New Roman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2</w:t>
      </w:r>
      <w:r>
        <w:rPr>
          <w:color w:val="4472C4"/>
          <w:sz w:val="24"/>
          <w:rFonts w:ascii="Times New Roman" w:hAnsi="Times New Roman" w:eastAsia="Noto Sans CJK JP" w:cs="Noto Sans CJK JP"/>
        </w:rPr>
        <w:t>4</w:t>
      </w:r>
      <w:r>
        <w:rPr>
          <w:color w:val="4472C4"/>
          <w:sz w:val="24"/>
          <w:rFonts w:ascii="Times New Roman" w:hAnsi="Times New Roman" w:eastAsia="Noto Sans CJK JP" w:cs="Noto Sans CJK JP"/>
        </w:rPr>
        <w:t>/</w:t>
      </w:r>
      <w:r>
        <w:rPr>
          <w:color w:val="4472C4"/>
          <w:sz w:val="24"/>
          <w:rFonts w:ascii="Times New Roman" w:hAnsi="Times New Roman" w:eastAsia="Noto Sans CJK JP" w:cs="Noto Sans CJK JP"/>
        </w:rPr>
        <w:t>3</w:t>
      </w:r>
      <w:r>
        <w:rPr>
          <w:color w:val="4472C4"/>
          <w:sz w:val="24"/>
          <w:rFonts w:ascii="Times New Roman" w:hAnsi="Times New Roman" w:eastAsia="Noto Sans CJK JP" w:cs="Noto Sans CJK JP"/>
        </w:rPr>
        <w:t>/</w:t>
      </w:r>
      <w:r>
        <w:rPr>
          <w:color w:val="4472C4"/>
          <w:sz w:val="24"/>
          <w:rFonts w:ascii="Times New Roman" w:hAnsi="Times New Roman" w:eastAsia="Noto Sans CJK JP" w:cs="Noto Sans CJK JP"/>
        </w:rPr>
        <w:t>2</w:t>
      </w:r>
      <w:r>
        <w:rPr>
          <w:color w:val="4472C4"/>
          <w:sz w:val="24"/>
          <w:rFonts w:ascii="Times New Roman" w:hAnsi="Times New Roman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1</w:t>
      </w:r>
      <w:r>
        <w:rPr>
          <w:color w:val="4472C4"/>
          <w:sz w:val="24"/>
          <w:rFonts w:ascii="Times New Roman" w:hAnsi="Times New Roman" w:eastAsia="Noto Sans CJK JP" w:cs="Noto Sans CJK JP"/>
        </w:rPr>
        <w:t>/</w:t>
      </w:r>
      <w:r>
        <w:rPr>
          <w:color w:val="4472C4"/>
          <w:sz w:val="24"/>
          <w:rFonts w:ascii="Times New Roman" w:hAnsi="Times New Roman" w:eastAsia="Noto Sans CJK JP" w:cs="Noto Sans CJK JP"/>
        </w:rPr>
        <w:t>3</w:t>
      </w:r>
      <w:r>
        <w:rPr>
          <w:color w:val="4472C4"/>
          <w:sz w:val="24"/>
          <w:rFonts w:ascii="Times New Roman" w:hAnsi="Times New Roman" w:eastAsia="Noto Sans CJK JP" w:cs="Noto Sans CJK JP"/>
        </w:rPr>
        <w:t>/</w:t>
      </w:r>
      <w:r>
        <w:rPr>
          <w:color w:val="4472C4"/>
          <w:sz w:val="24"/>
          <w:rFonts w:ascii="Times New Roman" w:hAnsi="Times New Roman" w:eastAsia="Noto Sans CJK JP" w:cs="Noto Sans CJK JP"/>
        </w:rPr>
        <w:t>2</w:t>
      </w:r>
      <w:r>
        <w:rPr>
          <w:color w:val="4472C4"/>
          <w:sz w:val="24"/>
          <w:rFonts w:ascii="Times New Roman" w:hAnsi="Times New Roman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3</w:t>
      </w:r>
      <w:r>
        <w:rPr>
          <w:color w:val="4472C4"/>
          <w:sz w:val="24"/>
          <w:rFonts w:ascii="Times New Roman" w:hAnsi="Times New Roman" w:eastAsia="Noto Sans CJK JP" w:cs="Noto Sans CJK JP"/>
        </w:rPr>
        <w:t>1</w:t>
      </w:r>
      <w:r>
        <w:rPr>
          <w:color w:val="4472C4"/>
          <w:sz w:val="24"/>
          <w:rFonts w:ascii="Times New Roman" w:hAnsi="Times New Roman" w:eastAsia="Noto Sans CJK JP" w:cs="Noto Sans CJK JP"/>
        </w:rPr>
        <w:t>/</w:t>
      </w:r>
      <w:r>
        <w:rPr>
          <w:color w:val="4472C4"/>
          <w:sz w:val="24"/>
          <w:rFonts w:ascii="Times New Roman" w:hAnsi="Times New Roman" w:eastAsia="Noto Sans CJK JP" w:cs="Noto Sans CJK JP"/>
        </w:rPr>
        <w:t>3</w:t>
      </w:r>
      <w:r>
        <w:rPr>
          <w:color w:val="4472C4"/>
          <w:sz w:val="24"/>
          <w:rFonts w:ascii="Times New Roman" w:hAnsi="Times New Roman" w:eastAsia="Noto Sans CJK JP" w:cs="Noto Sans CJK JP"/>
        </w:rPr>
        <w:t>/</w:t>
      </w:r>
      <w:r>
        <w:rPr>
          <w:color w:val="4472C4"/>
          <w:sz w:val="24"/>
          <w:rFonts w:ascii="Times New Roman" w:hAnsi="Times New Roman" w:eastAsia="Noto Sans CJK JP" w:cs="Noto Sans CJK JP"/>
        </w:rPr>
        <w:t>2</w:t>
      </w:r>
      <w:r>
        <w:rPr>
          <w:color w:val="4472C4"/>
          <w:sz w:val="24"/>
          <w:rFonts w:ascii="Times New Roman" w:hAnsi="Times New Roman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a</w:t>
      </w:r>
      <w:r>
        <w:rPr>
          <w:color w:val="4472C4"/>
          <w:sz w:val="24"/>
          <w:rFonts w:ascii="Times New Roman" w:hAnsi="Times New Roman" w:eastAsia="Noto Sans CJK JP" w:cs="Noto Sans CJK JP"/>
        </w:rPr>
        <w:t>c</w:t>
      </w:r>
      <w:r>
        <w:rPr>
          <w:color w:val="4472C4"/>
          <w:sz w:val="24"/>
          <w:rFonts w:ascii="Times New Roman" w:hAnsi="Times New Roman" w:eastAsia="Noto Sans CJK JP" w:cs="Noto Sans CJK JP"/>
        </w:rPr>
        <w:t>c</w:t>
      </w:r>
      <w:r>
        <w:rPr>
          <w:color w:val="4472C4"/>
          <w:sz w:val="24"/>
          <w:rFonts w:ascii="Times New Roman" w:hAnsi="Times New Roman" w:eastAsia="Noto Sans CJK JP" w:cs="Noto Sans CJK JP"/>
        </w:rPr>
        <w:t>r</w:t>
      </w:r>
      <w:r>
        <w:rPr>
          <w:color w:val="4472C4"/>
          <w:sz w:val="24"/>
          <w:rFonts w:ascii="Times New Roman" w:hAnsi="Times New Roman" w:eastAsia="Noto Sans CJK JP" w:cs="Noto Sans CJK JP"/>
        </w:rPr>
        <w:t>u</w:t>
      </w:r>
      <w:r>
        <w:rPr>
          <w:color w:val="4472C4"/>
          <w:sz w:val="24"/>
          <w:rFonts w:ascii="Times New Roman" w:hAnsi="Times New Roman" w:eastAsia="Noto Sans CJK JP" w:cs="Noto Sans CJK JP"/>
        </w:rPr>
        <w:t>a</w:t>
      </w:r>
      <w:r>
        <w:rPr>
          <w:color w:val="4472C4"/>
          <w:sz w:val="24"/>
          <w:rFonts w:ascii="Times New Roman" w:hAnsi="Times New Roman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U</w:t>
      </w:r>
      <w:r>
        <w:rPr>
          <w:color w:val="4472C4"/>
          <w:sz w:val="24"/>
          <w:rFonts w:ascii="Times New Roman" w:hAnsi="Times New Roman" w:eastAsia="Noto Sans CJK JP" w:cs="Noto Sans CJK JP"/>
        </w:rPr>
        <w:t>S</w:t>
      </w:r>
      <w:r>
        <w:rPr>
          <w:color w:val="4472C4"/>
          <w:sz w:val="24"/>
          <w:rFonts w:ascii="Times New Roman" w:hAnsi="Times New Roman" w:eastAsia="Noto Sans CJK JP" w:cs="Noto Sans CJK JP"/>
        </w:rPr>
        <w:t>D</w:t>
      </w:r>
      <w:r>
        <w:rPr>
          <w:color w:val="4472C4"/>
          <w:sz w:val="24"/>
          <w:rFonts w:ascii="Times New Roman" w:hAnsi="Times New Roman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U</w:t>
      </w:r>
      <w:r>
        <w:rPr>
          <w:color w:val="4472C4"/>
          <w:sz w:val="24"/>
          <w:rFonts w:ascii="Times New Roman" w:hAnsi="Times New Roman" w:eastAsia="Noto Sans CJK JP" w:cs="Noto Sans CJK JP"/>
        </w:rPr>
        <w:t>S</w:t>
      </w:r>
      <w:r>
        <w:rPr>
          <w:color w:val="4472C4"/>
          <w:sz w:val="24"/>
          <w:rFonts w:ascii="Times New Roman" w:hAnsi="Times New Roman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D</w:t>
      </w:r>
      <w:r>
        <w:rPr>
          <w:color w:val="4472C4"/>
          <w:sz w:val="24"/>
          <w:rFonts w:ascii="Times New Roman" w:hAnsi="Times New Roman" w:eastAsia="Noto Sans CJK JP" w:cs="Noto Sans CJK JP"/>
        </w:rPr>
        <w:t>o</w:t>
      </w:r>
      <w:r>
        <w:rPr>
          <w:color w:val="4472C4"/>
          <w:sz w:val="24"/>
          <w:rFonts w:ascii="Times New Roman" w:hAnsi="Times New Roman" w:eastAsia="Noto Sans CJK JP" w:cs="Noto Sans CJK JP"/>
        </w:rPr>
        <w:t>l</w:t>
      </w:r>
      <w:r>
        <w:rPr>
          <w:color w:val="4472C4"/>
          <w:sz w:val="24"/>
          <w:rFonts w:ascii="Times New Roman" w:hAnsi="Times New Roman" w:eastAsia="Noto Sans CJK JP" w:cs="Noto Sans CJK JP"/>
        </w:rPr>
        <w:t>l</w:t>
      </w:r>
      <w:r>
        <w:rPr>
          <w:color w:val="4472C4"/>
          <w:sz w:val="24"/>
          <w:rFonts w:ascii="Times New Roman" w:hAnsi="Times New Roman" w:eastAsia="Noto Sans CJK JP" w:cs="Noto Sans CJK JP"/>
        </w:rPr>
        <w:t>a</w:t>
      </w:r>
      <w:r>
        <w:rPr>
          <w:color w:val="4472C4"/>
          <w:sz w:val="24"/>
          <w:rFonts w:ascii="Times New Roman" w:hAnsi="Times New Roman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6911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691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Create Journal form with Journal, Description, Ledger, Accounting Date, and Category fields being filled for a Revenue Accrual entry, with the Category dropdown filtered by "acc."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10: Review currency and conversion settings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U</w:t>
      </w:r>
      <w:r>
        <w:rPr>
          <w:color w:val="4472C4"/>
          <w:sz w:val="24"/>
          <w:rFonts w:ascii="Times New Roman" w:hAnsi="Times New Roman" w:eastAsia="Noto Sans CJK JP" w:cs="Noto Sans CJK JP"/>
        </w:rPr>
        <w:t>S</w:t>
      </w:r>
      <w:r>
        <w:rPr>
          <w:color w:val="4472C4"/>
          <w:sz w:val="24"/>
          <w:rFonts w:ascii="Times New Roman" w:hAnsi="Times New Roman" w:eastAsia="Noto Sans CJK JP" w:cs="Noto Sans CJK JP"/>
        </w:rPr>
        <w:t>D</w:t>
      </w:r>
      <w:r>
        <w:rPr>
          <w:color w:val="4472C4"/>
          <w:sz w:val="24"/>
          <w:rFonts w:ascii="Times New Roman" w:hAnsi="Times New Roman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U</w:t>
      </w:r>
      <w:r>
        <w:rPr>
          <w:color w:val="4472C4"/>
          <w:sz w:val="24"/>
          <w:rFonts w:ascii="Times New Roman" w:hAnsi="Times New Roman" w:eastAsia="Noto Sans CJK JP" w:cs="Noto Sans CJK JP"/>
        </w:rPr>
        <w:t>S</w:t>
      </w:r>
      <w:r>
        <w:rPr>
          <w:color w:val="4472C4"/>
          <w:sz w:val="24"/>
          <w:rFonts w:ascii="Times New Roman" w:hAnsi="Times New Roman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D</w:t>
      </w:r>
      <w:r>
        <w:rPr>
          <w:color w:val="4472C4"/>
          <w:sz w:val="24"/>
          <w:rFonts w:ascii="Times New Roman" w:hAnsi="Times New Roman" w:eastAsia="Noto Sans CJK JP" w:cs="Noto Sans CJK JP"/>
        </w:rPr>
        <w:t>o</w:t>
      </w:r>
      <w:r>
        <w:rPr>
          <w:color w:val="4472C4"/>
          <w:sz w:val="24"/>
          <w:rFonts w:ascii="Times New Roman" w:hAnsi="Times New Roman" w:eastAsia="Noto Sans CJK JP" w:cs="Noto Sans CJK JP"/>
        </w:rPr>
        <w:t>l</w:t>
      </w:r>
      <w:r>
        <w:rPr>
          <w:color w:val="4472C4"/>
          <w:sz w:val="24"/>
          <w:rFonts w:ascii="Times New Roman" w:hAnsi="Times New Roman" w:eastAsia="Noto Sans CJK JP" w:cs="Noto Sans CJK JP"/>
        </w:rPr>
        <w:t>l</w:t>
      </w:r>
      <w:r>
        <w:rPr>
          <w:color w:val="4472C4"/>
          <w:sz w:val="24"/>
          <w:rFonts w:ascii="Times New Roman" w:hAnsi="Times New Roman" w:eastAsia="Noto Sans CJK JP" w:cs="Noto Sans CJK JP"/>
        </w:rPr>
        <w:t>a</w:t>
      </w:r>
      <w:r>
        <w:rPr>
          <w:color w:val="4472C4"/>
          <w:sz w:val="24"/>
          <w:rFonts w:ascii="Times New Roman" w:hAnsi="Times New Roman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2</w:t>
      </w:r>
      <w:r>
        <w:rPr>
          <w:color w:val="4472C4"/>
          <w:sz w:val="24"/>
          <w:rFonts w:ascii="Times New Roman" w:hAnsi="Times New Roman" w:eastAsia="Noto Sans CJK JP" w:cs="Noto Sans CJK JP"/>
        </w:rPr>
        <w:t>4</w:t>
      </w:r>
      <w:r>
        <w:rPr>
          <w:color w:val="4472C4"/>
          <w:sz w:val="24"/>
          <w:rFonts w:ascii="Times New Roman" w:hAnsi="Times New Roman" w:eastAsia="Noto Sans CJK JP" w:cs="Noto Sans CJK JP"/>
        </w:rPr>
        <w:t>/</w:t>
      </w:r>
      <w:r>
        <w:rPr>
          <w:color w:val="4472C4"/>
          <w:sz w:val="24"/>
          <w:rFonts w:ascii="Times New Roman" w:hAnsi="Times New Roman" w:eastAsia="Noto Sans CJK JP" w:cs="Noto Sans CJK JP"/>
        </w:rPr>
        <w:t>3</w:t>
      </w:r>
      <w:r>
        <w:rPr>
          <w:color w:val="4472C4"/>
          <w:sz w:val="24"/>
          <w:rFonts w:ascii="Times New Roman" w:hAnsi="Times New Roman" w:eastAsia="Noto Sans CJK JP" w:cs="Noto Sans CJK JP"/>
        </w:rPr>
        <w:t>/</w:t>
      </w:r>
      <w:r>
        <w:rPr>
          <w:color w:val="4472C4"/>
          <w:sz w:val="24"/>
          <w:rFonts w:ascii="Times New Roman" w:hAnsi="Times New Roman" w:eastAsia="Noto Sans CJK JP" w:cs="Noto Sans CJK JP"/>
        </w:rPr>
        <w:t>2</w:t>
      </w:r>
      <w:r>
        <w:rPr>
          <w:color w:val="4472C4"/>
          <w:sz w:val="24"/>
          <w:rFonts w:ascii="Times New Roman" w:hAnsi="Times New Roman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U</w:t>
      </w:r>
      <w:r>
        <w:rPr>
          <w:color w:val="4472C4"/>
          <w:sz w:val="24"/>
          <w:rFonts w:ascii="Times New Roman" w:hAnsi="Times New Roman" w:eastAsia="Noto Sans CJK JP" w:cs="Noto Sans CJK JP"/>
        </w:rPr>
        <w:t>s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472C4"/>
          <w:sz w:val="24"/>
          <w:rFonts w:ascii="Times New Roman" w:hAnsi="Times New Roman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6911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691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Create Journal form showing Currency, Conversion Date, Conversion Rate Type, Conversion Rate, and Inverse Conversion Rate auto-filled for USD.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11: Begin entering journal lines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6911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691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Journal Lines section with the Account selection icon highlighted.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12: Select or enter an account code combination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S</w:t>
      </w:r>
      <w:r>
        <w:rPr>
          <w:color w:val="4472C4"/>
          <w:sz w:val="24"/>
          <w:rFonts w:ascii="Times New Roman" w:hAnsi="Times New Roman" w:eastAsia="Noto Sans CJK JP" w:cs="Noto Sans CJK JP"/>
        </w:rPr>
        <w:t>F</w:t>
      </w:r>
      <w:r>
        <w:rPr>
          <w:color w:val="4472C4"/>
          <w:sz w:val="24"/>
          <w:rFonts w:ascii="Times New Roman" w:hAnsi="Times New Roman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C</w:t>
      </w:r>
      <w:r>
        <w:rPr>
          <w:color w:val="4472C4"/>
          <w:sz w:val="24"/>
          <w:rFonts w:ascii="Times New Roman" w:hAnsi="Times New Roman" w:eastAsia="Noto Sans CJK JP" w:cs="Noto Sans CJK JP"/>
        </w:rPr>
        <w:t>H</w:t>
      </w:r>
      <w:r>
        <w:rPr>
          <w:color w:val="4472C4"/>
          <w:sz w:val="24"/>
          <w:rFonts w:ascii="Times New Roman" w:hAnsi="Times New Roman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U</w:t>
      </w:r>
      <w:r>
        <w:rPr>
          <w:color w:val="4472C4"/>
          <w:sz w:val="24"/>
          <w:rFonts w:ascii="Times New Roman" w:hAnsi="Times New Roman" w:eastAsia="Noto Sans CJK JP" w:cs="Noto Sans CJK JP"/>
        </w:rPr>
        <w:t>t</w:t>
      </w:r>
      <w:r>
        <w:rPr>
          <w:color w:val="4472C4"/>
          <w:sz w:val="24"/>
          <w:rFonts w:ascii="Times New Roman" w:hAnsi="Times New Roman" w:eastAsia="Noto Sans CJK JP" w:cs="Noto Sans CJK JP"/>
        </w:rPr>
        <w:t>i</w:t>
      </w:r>
      <w:r>
        <w:rPr>
          <w:color w:val="4472C4"/>
          <w:sz w:val="24"/>
          <w:rFonts w:ascii="Times New Roman" w:hAnsi="Times New Roman" w:eastAsia="Noto Sans CJK JP" w:cs="Noto Sans CJK JP"/>
        </w:rPr>
        <w:t>l</w:t>
      </w:r>
      <w:r>
        <w:rPr>
          <w:color w:val="4472C4"/>
          <w:sz w:val="24"/>
          <w:rFonts w:ascii="Times New Roman" w:hAnsi="Times New Roman" w:eastAsia="Noto Sans CJK JP" w:cs="Noto Sans CJK JP"/>
        </w:rPr>
        <w:t>i</w:t>
      </w:r>
      <w:r>
        <w:rPr>
          <w:color w:val="4472C4"/>
          <w:sz w:val="24"/>
          <w:rFonts w:ascii="Times New Roman" w:hAnsi="Times New Roman" w:eastAsia="Noto Sans CJK JP" w:cs="Noto Sans CJK JP"/>
        </w:rPr>
        <w:t>t</w:t>
      </w:r>
      <w:r>
        <w:rPr>
          <w:color w:val="4472C4"/>
          <w:sz w:val="24"/>
          <w:rFonts w:ascii="Times New Roman" w:hAnsi="Times New Roman" w:eastAsia="Noto Sans CJK JP" w:cs="Noto Sans CJK JP"/>
        </w:rPr>
        <w:t>i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472C4"/>
          <w:sz w:val="24"/>
          <w:rFonts w:ascii="Times New Roman" w:hAnsi="Times New Roman" w:eastAsia="Noto Sans CJK JP" w:cs="Noto Sans CJK JP"/>
        </w:rPr>
        <w:t>s</w:t>
      </w:r>
      <w:r>
        <w:rPr>
          <w:color w:val="4472C4"/>
          <w:sz w:val="24"/>
          <w:rFonts w:ascii="Times New Roman" w:hAnsi="Times New Roman" w:eastAsia="Noto Sans CJK JP" w:cs="Noto Sans CJK JP"/>
        </w:rPr>
        <w:t>-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472C4"/>
          <w:sz w:val="24"/>
          <w:rFonts w:ascii="Times New Roman" w:hAnsi="Times New Roman" w:eastAsia="Noto Sans CJK JP" w:cs="Noto Sans CJK JP"/>
        </w:rPr>
        <w:t>l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472C4"/>
          <w:sz w:val="24"/>
          <w:rFonts w:ascii="Times New Roman" w:hAnsi="Times New Roman" w:eastAsia="Noto Sans CJK JP" w:cs="Noto Sans CJK JP"/>
        </w:rPr>
        <w:t>c</w:t>
      </w:r>
      <w:r>
        <w:rPr>
          <w:color w:val="4472C4"/>
          <w:sz w:val="24"/>
          <w:rFonts w:ascii="Times New Roman" w:hAnsi="Times New Roman" w:eastAsia="Noto Sans CJK JP" w:cs="Noto Sans CJK JP"/>
        </w:rPr>
        <w:t>t</w:t>
      </w:r>
      <w:r>
        <w:rPr>
          <w:color w:val="4472C4"/>
          <w:sz w:val="24"/>
          <w:rFonts w:ascii="Times New Roman" w:hAnsi="Times New Roman" w:eastAsia="Noto Sans CJK JP" w:cs="Noto Sans CJK JP"/>
        </w:rPr>
        <w:t>.</w:t>
      </w:r>
      <w:r>
        <w:rPr>
          <w:color w:val="4472C4"/>
          <w:sz w:val="24"/>
          <w:rFonts w:ascii="Times New Roman" w:hAnsi="Times New Roman" w:eastAsia="Noto Sans CJK JP" w:cs="Noto Sans CJK JP"/>
        </w:rPr>
        <w:t>.</w:t>
      </w:r>
      <w:r>
        <w:rPr>
          <w:color w:val="4472C4"/>
          <w:sz w:val="24"/>
          <w:rFonts w:ascii="Times New Roman" w:hAnsi="Times New Roman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S</w:t>
      </w:r>
      <w:r>
        <w:rPr>
          <w:color w:val="4472C4"/>
          <w:sz w:val="24"/>
          <w:rFonts w:ascii="Times New Roman" w:hAnsi="Times New Roman" w:eastAsia="Noto Sans CJK JP" w:cs="Noto Sans CJK JP"/>
        </w:rPr>
        <w:t>F</w:t>
      </w:r>
      <w:r>
        <w:rPr>
          <w:color w:val="4472C4"/>
          <w:sz w:val="24"/>
          <w:rFonts w:ascii="Times New Roman" w:hAnsi="Times New Roman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C</w:t>
      </w:r>
      <w:r>
        <w:rPr>
          <w:color w:val="4472C4"/>
          <w:sz w:val="24"/>
          <w:rFonts w:ascii="Times New Roman" w:hAnsi="Times New Roman" w:eastAsia="Noto Sans CJK JP" w:cs="Noto Sans CJK JP"/>
        </w:rPr>
        <w:t>a</w:t>
      </w:r>
      <w:r>
        <w:rPr>
          <w:color w:val="4472C4"/>
          <w:sz w:val="24"/>
          <w:rFonts w:ascii="Times New Roman" w:hAnsi="Times New Roman" w:eastAsia="Noto Sans CJK JP" w:cs="Noto Sans CJK JP"/>
        </w:rPr>
        <w:t>r</w:t>
      </w:r>
      <w:r>
        <w:rPr>
          <w:color w:val="4472C4"/>
          <w:sz w:val="24"/>
          <w:rFonts w:ascii="Times New Roman" w:hAnsi="Times New Roman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S</w:t>
      </w:r>
      <w:r>
        <w:rPr>
          <w:color w:val="4472C4"/>
          <w:sz w:val="24"/>
          <w:rFonts w:ascii="Times New Roman" w:hAnsi="Times New Roman" w:eastAsia="Noto Sans CJK JP" w:cs="Noto Sans CJK JP"/>
        </w:rPr>
        <w:t>F</w:t>
      </w:r>
      <w:r>
        <w:rPr>
          <w:color w:val="4472C4"/>
          <w:sz w:val="24"/>
          <w:rFonts w:ascii="Times New Roman" w:hAnsi="Times New Roman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A</w:t>
      </w:r>
      <w:r>
        <w:rPr>
          <w:color w:val="4472C4"/>
          <w:sz w:val="24"/>
          <w:rFonts w:ascii="Times New Roman" w:hAnsi="Times New Roman" w:eastAsia="Noto Sans CJK JP" w:cs="Noto Sans CJK JP"/>
        </w:rPr>
        <w:t>s</w:t>
      </w:r>
      <w:r>
        <w:rPr>
          <w:color w:val="4472C4"/>
          <w:sz w:val="24"/>
          <w:rFonts w:ascii="Times New Roman" w:hAnsi="Times New Roman" w:eastAsia="Noto Sans CJK JP" w:cs="Noto Sans CJK JP"/>
        </w:rPr>
        <w:t>s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472C4"/>
          <w:sz w:val="24"/>
          <w:rFonts w:ascii="Times New Roman" w:hAnsi="Times New Roman" w:eastAsia="Noto Sans CJK JP" w:cs="Noto Sans CJK JP"/>
        </w:rPr>
        <w:t>t</w:t>
      </w:r>
      <w:r>
        <w:rPr>
          <w:color w:val="4472C4"/>
          <w:sz w:val="24"/>
          <w:rFonts w:ascii="Times New Roman" w:hAnsi="Times New Roman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C</w:t>
      </w:r>
      <w:r>
        <w:rPr>
          <w:color w:val="4472C4"/>
          <w:sz w:val="24"/>
          <w:rFonts w:ascii="Times New Roman" w:hAnsi="Times New Roman" w:eastAsia="Noto Sans CJK JP" w:cs="Noto Sans CJK JP"/>
        </w:rPr>
        <w:t>l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472C4"/>
          <w:sz w:val="24"/>
          <w:rFonts w:ascii="Times New Roman" w:hAnsi="Times New Roman" w:eastAsia="Noto Sans CJK JP" w:cs="Noto Sans CJK JP"/>
        </w:rPr>
        <w:t>a</w:t>
      </w:r>
      <w:r>
        <w:rPr>
          <w:color w:val="4472C4"/>
          <w:sz w:val="24"/>
          <w:rFonts w:ascii="Times New Roman" w:hAnsi="Times New Roman" w:eastAsia="Noto Sans CJK JP" w:cs="Noto Sans CJK JP"/>
        </w:rPr>
        <w:t>r</w:t>
      </w:r>
      <w:r>
        <w:rPr>
          <w:color w:val="4472C4"/>
          <w:sz w:val="24"/>
          <w:rFonts w:ascii="Times New Roman" w:hAnsi="Times New Roman" w:eastAsia="Noto Sans CJK JP" w:cs="Noto Sans CJK JP"/>
        </w:rPr>
        <w:t>i</w:t>
      </w:r>
      <w:r>
        <w:rPr>
          <w:color w:val="4472C4"/>
          <w:sz w:val="24"/>
          <w:rFonts w:ascii="Times New Roman" w:hAnsi="Times New Roman" w:eastAsia="Noto Sans CJK JP" w:cs="Noto Sans CJK JP"/>
        </w:rPr>
        <w:t>n</w:t>
      </w:r>
      <w:r>
        <w:rPr>
          <w:color w:val="4472C4"/>
          <w:sz w:val="24"/>
          <w:rFonts w:ascii="Times New Roman" w:hAnsi="Times New Roman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S</w:t>
      </w:r>
      <w:r>
        <w:rPr>
          <w:color w:val="4472C4"/>
          <w:sz w:val="24"/>
          <w:rFonts w:ascii="Times New Roman" w:hAnsi="Times New Roman" w:eastAsia="Noto Sans CJK JP" w:cs="Noto Sans CJK JP"/>
        </w:rPr>
        <w:t>F</w:t>
      </w:r>
      <w:r>
        <w:rPr>
          <w:color w:val="4472C4"/>
          <w:sz w:val="24"/>
          <w:rFonts w:ascii="Times New Roman" w:hAnsi="Times New Roman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M</w:t>
      </w:r>
      <w:r>
        <w:rPr>
          <w:color w:val="4472C4"/>
          <w:sz w:val="24"/>
          <w:rFonts w:ascii="Times New Roman" w:hAnsi="Times New Roman" w:eastAsia="Noto Sans CJK JP" w:cs="Noto Sans CJK JP"/>
        </w:rPr>
        <w:t>i</w:t>
      </w:r>
      <w:r>
        <w:rPr>
          <w:color w:val="4472C4"/>
          <w:sz w:val="24"/>
          <w:rFonts w:ascii="Times New Roman" w:hAnsi="Times New Roman" w:eastAsia="Noto Sans CJK JP" w:cs="Noto Sans CJK JP"/>
        </w:rPr>
        <w:t>s</w:t>
      </w:r>
      <w:r>
        <w:rPr>
          <w:color w:val="4472C4"/>
          <w:sz w:val="24"/>
          <w:rFonts w:ascii="Times New Roman" w:hAnsi="Times New Roman" w:eastAsia="Noto Sans CJK JP" w:cs="Noto Sans CJK JP"/>
        </w:rPr>
        <w:t>c</w:t>
      </w:r>
      <w:r>
        <w:rPr>
          <w:color w:val="4472C4"/>
          <w:sz w:val="24"/>
          <w:rFonts w:ascii="Times New Roman" w:hAnsi="Times New Roman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R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472C4"/>
          <w:sz w:val="24"/>
          <w:rFonts w:ascii="Times New Roman" w:hAnsi="Times New Roman" w:eastAsia="Noto Sans CJK JP" w:cs="Noto Sans CJK JP"/>
        </w:rPr>
        <w:t>v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472C4"/>
          <w:sz w:val="24"/>
          <w:rFonts w:ascii="Times New Roman" w:hAnsi="Times New Roman" w:eastAsia="Noto Sans CJK JP" w:cs="Noto Sans CJK JP"/>
        </w:rPr>
        <w:t>n</w:t>
      </w:r>
      <w:r>
        <w:rPr>
          <w:color w:val="4472C4"/>
          <w:sz w:val="24"/>
          <w:rFonts w:ascii="Times New Roman" w:hAnsi="Times New Roman" w:eastAsia="Noto Sans CJK JP" w:cs="Noto Sans CJK JP"/>
        </w:rPr>
        <w:t>u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6911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691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Account code selector dialog showing available aliases and account segment fields.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13: Understand account aliases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472C4"/>
          <w:sz w:val="24"/>
          <w:rFonts w:ascii="Times New Roman" w:hAnsi="Times New Roman" w:eastAsia="Noto Sans CJK JP" w:cs="Noto Sans CJK JP"/>
        </w:rPr>
        <w:t>S</w:t>
      </w:r>
      <w:r>
        <w:rPr>
          <w:color w:val="4472C4"/>
          <w:sz w:val="24"/>
          <w:rFonts w:ascii="Times New Roman" w:hAnsi="Times New Roman" w:eastAsia="Noto Sans CJK JP" w:cs="Noto Sans CJK JP"/>
        </w:rPr>
        <w:t>F</w:t>
      </w:r>
      <w:r>
        <w:rPr>
          <w:color w:val="4472C4"/>
          <w:sz w:val="24"/>
          <w:rFonts w:ascii="Times New Roman" w:hAnsi="Times New Roman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C</w:t>
      </w:r>
      <w:r>
        <w:rPr>
          <w:color w:val="4472C4"/>
          <w:sz w:val="24"/>
          <w:rFonts w:ascii="Times New Roman" w:hAnsi="Times New Roman" w:eastAsia="Noto Sans CJK JP" w:cs="Noto Sans CJK JP"/>
        </w:rPr>
        <w:t>H</w:t>
      </w:r>
      <w:r>
        <w:rPr>
          <w:color w:val="4472C4"/>
          <w:sz w:val="24"/>
          <w:rFonts w:ascii="Times New Roman" w:hAnsi="Times New Roman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U</w:t>
      </w:r>
      <w:r>
        <w:rPr>
          <w:color w:val="4472C4"/>
          <w:sz w:val="24"/>
          <w:rFonts w:ascii="Times New Roman" w:hAnsi="Times New Roman" w:eastAsia="Noto Sans CJK JP" w:cs="Noto Sans CJK JP"/>
        </w:rPr>
        <w:t>t</w:t>
      </w:r>
      <w:r>
        <w:rPr>
          <w:color w:val="4472C4"/>
          <w:sz w:val="24"/>
          <w:rFonts w:ascii="Times New Roman" w:hAnsi="Times New Roman" w:eastAsia="Noto Sans CJK JP" w:cs="Noto Sans CJK JP"/>
        </w:rPr>
        <w:t>i</w:t>
      </w:r>
      <w:r>
        <w:rPr>
          <w:color w:val="4472C4"/>
          <w:sz w:val="24"/>
          <w:rFonts w:ascii="Times New Roman" w:hAnsi="Times New Roman" w:eastAsia="Noto Sans CJK JP" w:cs="Noto Sans CJK JP"/>
        </w:rPr>
        <w:t>l</w:t>
      </w:r>
      <w:r>
        <w:rPr>
          <w:color w:val="4472C4"/>
          <w:sz w:val="24"/>
          <w:rFonts w:ascii="Times New Roman" w:hAnsi="Times New Roman" w:eastAsia="Noto Sans CJK JP" w:cs="Noto Sans CJK JP"/>
        </w:rPr>
        <w:t>i</w:t>
      </w:r>
      <w:r>
        <w:rPr>
          <w:color w:val="4472C4"/>
          <w:sz w:val="24"/>
          <w:rFonts w:ascii="Times New Roman" w:hAnsi="Times New Roman" w:eastAsia="Noto Sans CJK JP" w:cs="Noto Sans CJK JP"/>
        </w:rPr>
        <w:t>t</w:t>
      </w:r>
      <w:r>
        <w:rPr>
          <w:color w:val="4472C4"/>
          <w:sz w:val="24"/>
          <w:rFonts w:ascii="Times New Roman" w:hAnsi="Times New Roman" w:eastAsia="Noto Sans CJK JP" w:cs="Noto Sans CJK JP"/>
        </w:rPr>
        <w:t>i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472C4"/>
          <w:sz w:val="24"/>
          <w:rFonts w:ascii="Times New Roman" w:hAnsi="Times New Roman" w:eastAsia="Noto Sans CJK JP" w:cs="Noto Sans CJK JP"/>
        </w:rPr>
        <w:t>s</w:t>
      </w:r>
      <w:r>
        <w:rPr>
          <w:color w:val="4472C4"/>
          <w:sz w:val="24"/>
          <w:rFonts w:ascii="Times New Roman" w:hAnsi="Times New Roman" w:eastAsia="Noto Sans CJK JP" w:cs="Noto Sans CJK JP"/>
        </w:rPr>
        <w:t>-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472C4"/>
          <w:sz w:val="24"/>
          <w:rFonts w:ascii="Times New Roman" w:hAnsi="Times New Roman" w:eastAsia="Noto Sans CJK JP" w:cs="Noto Sans CJK JP"/>
        </w:rPr>
        <w:t>l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472C4"/>
          <w:sz w:val="24"/>
          <w:rFonts w:ascii="Times New Roman" w:hAnsi="Times New Roman" w:eastAsia="Noto Sans CJK JP" w:cs="Noto Sans CJK JP"/>
        </w:rPr>
        <w:t>c</w:t>
      </w:r>
      <w:r>
        <w:rPr>
          <w:color w:val="4472C4"/>
          <w:sz w:val="24"/>
          <w:rFonts w:ascii="Times New Roman" w:hAnsi="Times New Roman" w:eastAsia="Noto Sans CJK JP" w:cs="Noto Sans CJK JP"/>
        </w:rPr>
        <w:t>t</w:t>
      </w:r>
      <w:r>
        <w:rPr>
          <w:color w:val="4472C4"/>
          <w:sz w:val="24"/>
          <w:rFonts w:ascii="Times New Roman" w:hAnsi="Times New Roman" w:eastAsia="Noto Sans CJK JP" w:cs="Noto Sans CJK JP"/>
        </w:rPr>
        <w:t>.</w:t>
      </w:r>
      <w:r>
        <w:rPr>
          <w:color w:val="4472C4"/>
          <w:sz w:val="24"/>
          <w:rFonts w:ascii="Times New Roman" w:hAnsi="Times New Roman" w:eastAsia="Noto Sans CJK JP" w:cs="Noto Sans CJK JP"/>
        </w:rPr>
        <w:t>.</w:t>
      </w:r>
      <w:r>
        <w:rPr>
          <w:color w:val="4472C4"/>
          <w:sz w:val="24"/>
          <w:rFonts w:ascii="Times New Roman" w:hAnsi="Times New Roman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472C4"/>
          <w:sz w:val="24"/>
          <w:rFonts w:ascii="Times New Roman" w:hAnsi="Times New Roman" w:eastAsia="Noto Sans CJK JP" w:cs="Noto Sans CJK JP"/>
        </w:rPr>
        <w:t>S</w:t>
      </w:r>
      <w:r>
        <w:rPr>
          <w:color w:val="4472C4"/>
          <w:sz w:val="24"/>
          <w:rFonts w:ascii="Times New Roman" w:hAnsi="Times New Roman" w:eastAsia="Noto Sans CJK JP" w:cs="Noto Sans CJK JP"/>
        </w:rPr>
        <w:t>F</w:t>
      </w:r>
      <w:r>
        <w:rPr>
          <w:color w:val="4472C4"/>
          <w:sz w:val="24"/>
          <w:rFonts w:ascii="Times New Roman" w:hAnsi="Times New Roman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C</w:t>
      </w:r>
      <w:r>
        <w:rPr>
          <w:color w:val="4472C4"/>
          <w:sz w:val="24"/>
          <w:rFonts w:ascii="Times New Roman" w:hAnsi="Times New Roman" w:eastAsia="Noto Sans CJK JP" w:cs="Noto Sans CJK JP"/>
        </w:rPr>
        <w:t>a</w:t>
      </w:r>
      <w:r>
        <w:rPr>
          <w:color w:val="4472C4"/>
          <w:sz w:val="24"/>
          <w:rFonts w:ascii="Times New Roman" w:hAnsi="Times New Roman" w:eastAsia="Noto Sans CJK JP" w:cs="Noto Sans CJK JP"/>
        </w:rPr>
        <w:t>r</w:t>
      </w:r>
      <w:r>
        <w:rPr>
          <w:color w:val="4472C4"/>
          <w:sz w:val="24"/>
          <w:rFonts w:ascii="Times New Roman" w:hAnsi="Times New Roman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472C4"/>
          <w:sz w:val="24"/>
          <w:rFonts w:ascii="Times New Roman" w:hAnsi="Times New Roman" w:eastAsia="Noto Sans CJK JP" w:cs="Noto Sans CJK JP"/>
        </w:rPr>
        <w:t>S</w:t>
      </w:r>
      <w:r>
        <w:rPr>
          <w:color w:val="4472C4"/>
          <w:sz w:val="24"/>
          <w:rFonts w:ascii="Times New Roman" w:hAnsi="Times New Roman" w:eastAsia="Noto Sans CJK JP" w:cs="Noto Sans CJK JP"/>
        </w:rPr>
        <w:t>F</w:t>
      </w:r>
      <w:r>
        <w:rPr>
          <w:color w:val="4472C4"/>
          <w:sz w:val="24"/>
          <w:rFonts w:ascii="Times New Roman" w:hAnsi="Times New Roman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A</w:t>
      </w:r>
      <w:r>
        <w:rPr>
          <w:color w:val="4472C4"/>
          <w:sz w:val="24"/>
          <w:rFonts w:ascii="Times New Roman" w:hAnsi="Times New Roman" w:eastAsia="Noto Sans CJK JP" w:cs="Noto Sans CJK JP"/>
        </w:rPr>
        <w:t>s</w:t>
      </w:r>
      <w:r>
        <w:rPr>
          <w:color w:val="4472C4"/>
          <w:sz w:val="24"/>
          <w:rFonts w:ascii="Times New Roman" w:hAnsi="Times New Roman" w:eastAsia="Noto Sans CJK JP" w:cs="Noto Sans CJK JP"/>
        </w:rPr>
        <w:t>s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472C4"/>
          <w:sz w:val="24"/>
          <w:rFonts w:ascii="Times New Roman" w:hAnsi="Times New Roman" w:eastAsia="Noto Sans CJK JP" w:cs="Noto Sans CJK JP"/>
        </w:rPr>
        <w:t>t</w:t>
      </w:r>
      <w:r>
        <w:rPr>
          <w:color w:val="4472C4"/>
          <w:sz w:val="24"/>
          <w:rFonts w:ascii="Times New Roman" w:hAnsi="Times New Roman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C</w:t>
      </w:r>
      <w:r>
        <w:rPr>
          <w:color w:val="4472C4"/>
          <w:sz w:val="24"/>
          <w:rFonts w:ascii="Times New Roman" w:hAnsi="Times New Roman" w:eastAsia="Noto Sans CJK JP" w:cs="Noto Sans CJK JP"/>
        </w:rPr>
        <w:t>l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472C4"/>
          <w:sz w:val="24"/>
          <w:rFonts w:ascii="Times New Roman" w:hAnsi="Times New Roman" w:eastAsia="Noto Sans CJK JP" w:cs="Noto Sans CJK JP"/>
        </w:rPr>
        <w:t>a</w:t>
      </w:r>
      <w:r>
        <w:rPr>
          <w:color w:val="4472C4"/>
          <w:sz w:val="24"/>
          <w:rFonts w:ascii="Times New Roman" w:hAnsi="Times New Roman" w:eastAsia="Noto Sans CJK JP" w:cs="Noto Sans CJK JP"/>
        </w:rPr>
        <w:t>r</w:t>
      </w:r>
      <w:r>
        <w:rPr>
          <w:color w:val="4472C4"/>
          <w:sz w:val="24"/>
          <w:rFonts w:ascii="Times New Roman" w:hAnsi="Times New Roman" w:eastAsia="Noto Sans CJK JP" w:cs="Noto Sans CJK JP"/>
        </w:rPr>
        <w:t>i</w:t>
      </w:r>
      <w:r>
        <w:rPr>
          <w:color w:val="4472C4"/>
          <w:sz w:val="24"/>
          <w:rFonts w:ascii="Times New Roman" w:hAnsi="Times New Roman" w:eastAsia="Noto Sans CJK JP" w:cs="Noto Sans CJK JP"/>
        </w:rPr>
        <w:t>n</w:t>
      </w:r>
      <w:r>
        <w:rPr>
          <w:color w:val="4472C4"/>
          <w:sz w:val="24"/>
          <w:rFonts w:ascii="Times New Roman" w:hAnsi="Times New Roman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472C4"/>
          <w:sz w:val="24"/>
          <w:rFonts w:ascii="Times New Roman" w:hAnsi="Times New Roman" w:eastAsia="Noto Sans CJK JP" w:cs="Noto Sans CJK JP"/>
        </w:rPr>
        <w:t>S</w:t>
      </w:r>
      <w:r>
        <w:rPr>
          <w:color w:val="4472C4"/>
          <w:sz w:val="24"/>
          <w:rFonts w:ascii="Times New Roman" w:hAnsi="Times New Roman" w:eastAsia="Noto Sans CJK JP" w:cs="Noto Sans CJK JP"/>
        </w:rPr>
        <w:t>F</w:t>
      </w:r>
      <w:r>
        <w:rPr>
          <w:color w:val="4472C4"/>
          <w:sz w:val="24"/>
          <w:rFonts w:ascii="Times New Roman" w:hAnsi="Times New Roman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S</w:t>
      </w:r>
      <w:r>
        <w:rPr>
          <w:color w:val="4472C4"/>
          <w:sz w:val="24"/>
          <w:rFonts w:ascii="Times New Roman" w:hAnsi="Times New Roman" w:eastAsia="Noto Sans CJK JP" w:cs="Noto Sans CJK JP"/>
        </w:rPr>
        <w:t>u</w:t>
      </w:r>
      <w:r>
        <w:rPr>
          <w:color w:val="4472C4"/>
          <w:sz w:val="24"/>
          <w:rFonts w:ascii="Times New Roman" w:hAnsi="Times New Roman" w:eastAsia="Noto Sans CJK JP" w:cs="Noto Sans CJK JP"/>
        </w:rPr>
        <w:t>s</w:t>
      </w:r>
      <w:r>
        <w:rPr>
          <w:color w:val="4472C4"/>
          <w:sz w:val="24"/>
          <w:rFonts w:ascii="Times New Roman" w:hAnsi="Times New Roman" w:eastAsia="Noto Sans CJK JP" w:cs="Noto Sans CJK JP"/>
        </w:rPr>
        <w:t>p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472C4"/>
          <w:sz w:val="24"/>
          <w:rFonts w:ascii="Times New Roman" w:hAnsi="Times New Roman" w:eastAsia="Noto Sans CJK JP" w:cs="Noto Sans CJK JP"/>
        </w:rPr>
        <w:t>n</w:t>
      </w:r>
      <w:r>
        <w:rPr>
          <w:color w:val="4472C4"/>
          <w:sz w:val="24"/>
          <w:rFonts w:ascii="Times New Roman" w:hAnsi="Times New Roman" w:eastAsia="Noto Sans CJK JP" w:cs="Noto Sans CJK JP"/>
        </w:rPr>
        <w:t>s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472C4"/>
          <w:sz w:val="24"/>
          <w:rFonts w:ascii="Times New Roman" w:hAnsi="Times New Roman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P</w:t>
      </w:r>
      <w:r>
        <w:rPr>
          <w:color w:val="4472C4"/>
          <w:sz w:val="24"/>
          <w:rFonts w:ascii="Times New Roman" w:hAnsi="Times New Roman" w:eastAsia="Noto Sans CJK JP" w:cs="Noto Sans CJK JP"/>
        </w:rPr>
        <w:t>&amp;</w:t>
      </w:r>
      <w:r>
        <w:rPr>
          <w:color w:val="4472C4"/>
          <w:sz w:val="24"/>
          <w:rFonts w:ascii="Times New Roman" w:hAnsi="Times New Roman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472C4"/>
          <w:sz w:val="24"/>
          <w:rFonts w:ascii="Times New Roman" w:hAnsi="Times New Roman" w:eastAsia="Noto Sans CJK JP" w:cs="Noto Sans CJK JP"/>
        </w:rPr>
        <w:t>S</w:t>
      </w:r>
      <w:r>
        <w:rPr>
          <w:color w:val="4472C4"/>
          <w:sz w:val="24"/>
          <w:rFonts w:ascii="Times New Roman" w:hAnsi="Times New Roman" w:eastAsia="Noto Sans CJK JP" w:cs="Noto Sans CJK JP"/>
        </w:rPr>
        <w:t>F</w:t>
      </w:r>
      <w:r>
        <w:rPr>
          <w:color w:val="4472C4"/>
          <w:sz w:val="24"/>
          <w:rFonts w:ascii="Times New Roman" w:hAnsi="Times New Roman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C</w:t>
      </w:r>
      <w:r>
        <w:rPr>
          <w:color w:val="4472C4"/>
          <w:sz w:val="24"/>
          <w:rFonts w:ascii="Times New Roman" w:hAnsi="Times New Roman" w:eastAsia="Noto Sans CJK JP" w:cs="Noto Sans CJK JP"/>
        </w:rPr>
        <w:t>a</w:t>
      </w:r>
      <w:r>
        <w:rPr>
          <w:color w:val="4472C4"/>
          <w:sz w:val="24"/>
          <w:rFonts w:ascii="Times New Roman" w:hAnsi="Times New Roman" w:eastAsia="Noto Sans CJK JP" w:cs="Noto Sans CJK JP"/>
        </w:rPr>
        <w:t>s</w:t>
      </w:r>
      <w:r>
        <w:rPr>
          <w:color w:val="4472C4"/>
          <w:sz w:val="24"/>
          <w:rFonts w:ascii="Times New Roman" w:hAnsi="Times New Roman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472C4"/>
          <w:sz w:val="24"/>
          <w:rFonts w:ascii="Times New Roman" w:hAnsi="Times New Roman" w:eastAsia="Noto Sans CJK JP" w:cs="Noto Sans CJK JP"/>
        </w:rPr>
        <w:t>S</w:t>
      </w:r>
      <w:r>
        <w:rPr>
          <w:color w:val="4472C4"/>
          <w:sz w:val="24"/>
          <w:rFonts w:ascii="Times New Roman" w:hAnsi="Times New Roman" w:eastAsia="Noto Sans CJK JP" w:cs="Noto Sans CJK JP"/>
        </w:rPr>
        <w:t>F</w:t>
      </w:r>
      <w:r>
        <w:rPr>
          <w:color w:val="4472C4"/>
          <w:sz w:val="24"/>
          <w:rFonts w:ascii="Times New Roman" w:hAnsi="Times New Roman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M</w:t>
      </w:r>
      <w:r>
        <w:rPr>
          <w:color w:val="4472C4"/>
          <w:sz w:val="24"/>
          <w:rFonts w:ascii="Times New Roman" w:hAnsi="Times New Roman" w:eastAsia="Noto Sans CJK JP" w:cs="Noto Sans CJK JP"/>
        </w:rPr>
        <w:t>i</w:t>
      </w:r>
      <w:r>
        <w:rPr>
          <w:color w:val="4472C4"/>
          <w:sz w:val="24"/>
          <w:rFonts w:ascii="Times New Roman" w:hAnsi="Times New Roman" w:eastAsia="Noto Sans CJK JP" w:cs="Noto Sans CJK JP"/>
        </w:rPr>
        <w:t>s</w:t>
      </w:r>
      <w:r>
        <w:rPr>
          <w:color w:val="4472C4"/>
          <w:sz w:val="24"/>
          <w:rFonts w:ascii="Times New Roman" w:hAnsi="Times New Roman" w:eastAsia="Noto Sans CJK JP" w:cs="Noto Sans CJK JP"/>
        </w:rPr>
        <w:t>c</w:t>
      </w:r>
      <w:r>
        <w:rPr>
          <w:color w:val="4472C4"/>
          <w:sz w:val="24"/>
          <w:rFonts w:ascii="Times New Roman" w:hAnsi="Times New Roman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R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472C4"/>
          <w:sz w:val="24"/>
          <w:rFonts w:ascii="Times New Roman" w:hAnsi="Times New Roman" w:eastAsia="Noto Sans CJK JP" w:cs="Noto Sans CJK JP"/>
        </w:rPr>
        <w:t>v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472C4"/>
          <w:sz w:val="24"/>
          <w:rFonts w:ascii="Times New Roman" w:hAnsi="Times New Roman" w:eastAsia="Noto Sans CJK JP" w:cs="Noto Sans CJK JP"/>
        </w:rPr>
        <w:t>n</w:t>
      </w:r>
      <w:r>
        <w:rPr>
          <w:color w:val="4472C4"/>
          <w:sz w:val="24"/>
          <w:rFonts w:ascii="Times New Roman" w:hAnsi="Times New Roman" w:eastAsia="Noto Sans CJK JP" w:cs="Noto Sans CJK JP"/>
        </w:rPr>
        <w:t>u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472C4"/>
          <w:sz w:val="24"/>
          <w:rFonts w:ascii="Times New Roman" w:hAnsi="Times New Roman" w:eastAsia="Noto Sans CJK JP" w:cs="Noto Sans CJK JP"/>
        </w:rPr>
        <w:t>S</w:t>
      </w:r>
      <w:r>
        <w:rPr>
          <w:color w:val="4472C4"/>
          <w:sz w:val="24"/>
          <w:rFonts w:ascii="Times New Roman" w:hAnsi="Times New Roman" w:eastAsia="Noto Sans CJK JP" w:cs="Noto Sans CJK JP"/>
        </w:rPr>
        <w:t>F</w:t>
      </w:r>
      <w:r>
        <w:rPr>
          <w:color w:val="4472C4"/>
          <w:sz w:val="24"/>
          <w:rFonts w:ascii="Times New Roman" w:hAnsi="Times New Roman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F</w:t>
      </w:r>
      <w:r>
        <w:rPr>
          <w:color w:val="4472C4"/>
          <w:sz w:val="24"/>
          <w:rFonts w:ascii="Times New Roman" w:hAnsi="Times New Roman" w:eastAsia="Noto Sans CJK JP" w:cs="Noto Sans CJK JP"/>
        </w:rPr>
        <w:t>r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472C4"/>
          <w:sz w:val="24"/>
          <w:rFonts w:ascii="Times New Roman" w:hAnsi="Times New Roman" w:eastAsia="Noto Sans CJK JP" w:cs="Noto Sans CJK JP"/>
        </w:rPr>
        <w:t>i</w:t>
      </w:r>
      <w:r>
        <w:rPr>
          <w:color w:val="4472C4"/>
          <w:sz w:val="24"/>
          <w:rFonts w:ascii="Times New Roman" w:hAnsi="Times New Roman" w:eastAsia="Noto Sans CJK JP" w:cs="Noto Sans CJK JP"/>
        </w:rPr>
        <w:t>g</w:t>
      </w:r>
      <w:r>
        <w:rPr>
          <w:color w:val="4472C4"/>
          <w:sz w:val="24"/>
          <w:rFonts w:ascii="Times New Roman" w:hAnsi="Times New Roman" w:eastAsia="Noto Sans CJK JP" w:cs="Noto Sans CJK JP"/>
        </w:rPr>
        <w:t>h</w:t>
      </w:r>
      <w:r>
        <w:rPr>
          <w:color w:val="4472C4"/>
          <w:sz w:val="24"/>
          <w:rFonts w:ascii="Times New Roman" w:hAnsi="Times New Roman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472C4"/>
          <w:sz w:val="24"/>
          <w:rFonts w:ascii="Times New Roman" w:hAnsi="Times New Roman" w:eastAsia="Noto Sans CJK JP" w:cs="Noto Sans CJK JP"/>
        </w:rPr>
        <w:t>S</w:t>
      </w:r>
      <w:r>
        <w:rPr>
          <w:color w:val="4472C4"/>
          <w:sz w:val="24"/>
          <w:rFonts w:ascii="Times New Roman" w:hAnsi="Times New Roman" w:eastAsia="Noto Sans CJK JP" w:cs="Noto Sans CJK JP"/>
        </w:rPr>
        <w:t>F</w:t>
      </w:r>
      <w:r>
        <w:rPr>
          <w:color w:val="4472C4"/>
          <w:sz w:val="24"/>
          <w:rFonts w:ascii="Times New Roman" w:hAnsi="Times New Roman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S</w:t>
      </w:r>
      <w:r>
        <w:rPr>
          <w:color w:val="4472C4"/>
          <w:sz w:val="24"/>
          <w:rFonts w:ascii="Times New Roman" w:hAnsi="Times New Roman" w:eastAsia="Noto Sans CJK JP" w:cs="Noto Sans CJK JP"/>
        </w:rPr>
        <w:t>a</w:t>
      </w:r>
      <w:r>
        <w:rPr>
          <w:color w:val="4472C4"/>
          <w:sz w:val="24"/>
          <w:rFonts w:ascii="Times New Roman" w:hAnsi="Times New Roman" w:eastAsia="Noto Sans CJK JP" w:cs="Noto Sans CJK JP"/>
        </w:rPr>
        <w:t>l</w:t>
      </w:r>
      <w:r>
        <w:rPr>
          <w:color w:val="4472C4"/>
          <w:sz w:val="24"/>
          <w:rFonts w:ascii="Times New Roman" w:hAnsi="Times New Roman" w:eastAsia="Noto Sans CJK JP" w:cs="Noto Sans CJK JP"/>
        </w:rPr>
        <w:t>a</w:t>
      </w:r>
      <w:r>
        <w:rPr>
          <w:color w:val="4472C4"/>
          <w:sz w:val="24"/>
          <w:rFonts w:ascii="Times New Roman" w:hAnsi="Times New Roman" w:eastAsia="Noto Sans CJK JP" w:cs="Noto Sans CJK JP"/>
        </w:rPr>
        <w:t>r</w:t>
      </w:r>
      <w:r>
        <w:rPr>
          <w:color w:val="4472C4"/>
          <w:sz w:val="24"/>
          <w:rFonts w:ascii="Times New Roman" w:hAnsi="Times New Roman" w:eastAsia="Noto Sans CJK JP" w:cs="Noto Sans CJK JP"/>
        </w:rPr>
        <w:t>i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472C4"/>
          <w:sz w:val="24"/>
          <w:rFonts w:ascii="Times New Roman" w:hAnsi="Times New Roman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472C4"/>
          <w:sz w:val="24"/>
          <w:rFonts w:ascii="Times New Roman" w:hAnsi="Times New Roman" w:eastAsia="Noto Sans CJK JP" w:cs="Noto Sans CJK JP"/>
        </w:rPr>
        <w:t>S</w:t>
      </w:r>
      <w:r>
        <w:rPr>
          <w:color w:val="4472C4"/>
          <w:sz w:val="24"/>
          <w:rFonts w:ascii="Times New Roman" w:hAnsi="Times New Roman" w:eastAsia="Noto Sans CJK JP" w:cs="Noto Sans CJK JP"/>
        </w:rPr>
        <w:t>F</w:t>
      </w:r>
      <w:r>
        <w:rPr>
          <w:color w:val="4472C4"/>
          <w:sz w:val="24"/>
          <w:rFonts w:ascii="Times New Roman" w:hAnsi="Times New Roman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O</w:t>
      </w:r>
      <w:r>
        <w:rPr>
          <w:color w:val="4472C4"/>
          <w:sz w:val="24"/>
          <w:rFonts w:ascii="Times New Roman" w:hAnsi="Times New Roman" w:eastAsia="Noto Sans CJK JP" w:cs="Noto Sans CJK JP"/>
        </w:rPr>
        <w:t>f</w:t>
      </w:r>
      <w:r>
        <w:rPr>
          <w:color w:val="4472C4"/>
          <w:sz w:val="24"/>
          <w:rFonts w:ascii="Times New Roman" w:hAnsi="Times New Roman" w:eastAsia="Noto Sans CJK JP" w:cs="Noto Sans CJK JP"/>
        </w:rPr>
        <w:t>f</w:t>
      </w:r>
      <w:r>
        <w:rPr>
          <w:color w:val="4472C4"/>
          <w:sz w:val="24"/>
          <w:rFonts w:ascii="Times New Roman" w:hAnsi="Times New Roman" w:eastAsia="Noto Sans CJK JP" w:cs="Noto Sans CJK JP"/>
        </w:rPr>
        <w:t>i</w:t>
      </w:r>
      <w:r>
        <w:rPr>
          <w:color w:val="4472C4"/>
          <w:sz w:val="24"/>
          <w:rFonts w:ascii="Times New Roman" w:hAnsi="Times New Roman" w:eastAsia="Noto Sans CJK JP" w:cs="Noto Sans CJK JP"/>
        </w:rPr>
        <w:t>c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472C4"/>
          <w:sz w:val="24"/>
          <w:rFonts w:ascii="Times New Roman" w:hAnsi="Times New Roman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R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472C4"/>
          <w:sz w:val="24"/>
          <w:rFonts w:ascii="Times New Roman" w:hAnsi="Times New Roman" w:eastAsia="Noto Sans CJK JP" w:cs="Noto Sans CJK JP"/>
        </w:rPr>
        <w:t>n</w:t>
      </w:r>
      <w:r>
        <w:rPr>
          <w:color w:val="4472C4"/>
          <w:sz w:val="24"/>
          <w:rFonts w:ascii="Times New Roman" w:hAnsi="Times New Roman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472C4"/>
          <w:sz w:val="24"/>
          <w:rFonts w:ascii="Times New Roman" w:hAnsi="Times New Roman" w:eastAsia="Noto Sans CJK JP" w:cs="Noto Sans CJK JP"/>
        </w:rPr>
        <w:t>S</w:t>
      </w:r>
      <w:r>
        <w:rPr>
          <w:color w:val="4472C4"/>
          <w:sz w:val="24"/>
          <w:rFonts w:ascii="Times New Roman" w:hAnsi="Times New Roman" w:eastAsia="Noto Sans CJK JP" w:cs="Noto Sans CJK JP"/>
        </w:rPr>
        <w:t>F</w:t>
      </w:r>
      <w:r>
        <w:rPr>
          <w:color w:val="4472C4"/>
          <w:sz w:val="24"/>
          <w:rFonts w:ascii="Times New Roman" w:hAnsi="Times New Roman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D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472C4"/>
          <w:sz w:val="24"/>
          <w:rFonts w:ascii="Times New Roman" w:hAnsi="Times New Roman" w:eastAsia="Noto Sans CJK JP" w:cs="Noto Sans CJK JP"/>
        </w:rPr>
        <w:t>f</w:t>
      </w:r>
      <w:r>
        <w:rPr>
          <w:color w:val="4472C4"/>
          <w:sz w:val="24"/>
          <w:rFonts w:ascii="Times New Roman" w:hAnsi="Times New Roman" w:eastAsia="Noto Sans CJK JP" w:cs="Noto Sans CJK JP"/>
        </w:rPr>
        <w:t>a</w:t>
      </w:r>
      <w:r>
        <w:rPr>
          <w:color w:val="4472C4"/>
          <w:sz w:val="24"/>
          <w:rFonts w:ascii="Times New Roman" w:hAnsi="Times New Roman" w:eastAsia="Noto Sans CJK JP" w:cs="Noto Sans CJK JP"/>
        </w:rPr>
        <w:t>u</w:t>
      </w:r>
      <w:r>
        <w:rPr>
          <w:color w:val="4472C4"/>
          <w:sz w:val="24"/>
          <w:rFonts w:ascii="Times New Roman" w:hAnsi="Times New Roman" w:eastAsia="Noto Sans CJK JP" w:cs="Noto Sans CJK JP"/>
        </w:rPr>
        <w:t>l</w:t>
      </w:r>
      <w:r>
        <w:rPr>
          <w:color w:val="4472C4"/>
          <w:sz w:val="24"/>
          <w:rFonts w:ascii="Times New Roman" w:hAnsi="Times New Roman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6911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691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Account code selector dialog showing a list of frequently used aliases, account segment fields, and a Search option.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14: Search for the debit account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r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472C4"/>
          <w:sz w:val="24"/>
          <w:rFonts w:ascii="Times New Roman" w:hAnsi="Times New Roman" w:eastAsia="Noto Sans CJK JP" w:cs="Noto Sans CJK JP"/>
        </w:rPr>
        <w:t>v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472C4"/>
          <w:sz w:val="24"/>
          <w:rFonts w:ascii="Times New Roman" w:hAnsi="Times New Roman" w:eastAsia="Noto Sans CJK JP" w:cs="Noto Sans CJK JP"/>
        </w:rPr>
        <w:t>n</w:t>
      </w:r>
      <w:r>
        <w:rPr>
          <w:color w:val="4472C4"/>
          <w:sz w:val="24"/>
          <w:rFonts w:ascii="Times New Roman" w:hAnsi="Times New Roman" w:eastAsia="Noto Sans CJK JP" w:cs="Noto Sans CJK JP"/>
        </w:rPr>
        <w:t>u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C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4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6911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691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Account search dialog with "revenue" entered in the Description field, showing the list of revenue accounts with 12104 Revenue Clearing highlighted.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15: Enter the debit amount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472C4"/>
          <w:sz w:val="24"/>
          <w:rFonts w:ascii="Times New Roman" w:hAnsi="Times New Roman" w:eastAsia="Noto Sans CJK JP" w:cs="Noto Sans CJK JP"/>
        </w:rPr>
        <w:t>1</w:t>
      </w:r>
      <w:r>
        <w:rPr>
          <w:color w:val="4472C4"/>
          <w:sz w:val="24"/>
          <w:rFonts w:ascii="Times New Roman" w:hAnsi="Times New Roman" w:eastAsia="Noto Sans CJK JP" w:cs="Noto Sans CJK JP"/>
        </w:rPr>
        <w:t>0</w:t>
      </w:r>
      <w:r>
        <w:rPr>
          <w:color w:val="4472C4"/>
          <w:sz w:val="24"/>
          <w:rFonts w:ascii="Times New Roman" w:hAnsi="Times New Roman" w:eastAsia="Noto Sans CJK JP" w:cs="Noto Sans CJK JP"/>
        </w:rPr>
        <w:t>1</w:t>
      </w:r>
      <w:r>
        <w:rPr>
          <w:color w:val="4472C4"/>
          <w:sz w:val="24"/>
          <w:rFonts w:ascii="Times New Roman" w:hAnsi="Times New Roman" w:eastAsia="Noto Sans CJK JP" w:cs="Noto Sans CJK JP"/>
        </w:rPr>
        <w:t>.</w:t>
      </w:r>
      <w:r>
        <w:rPr>
          <w:color w:val="4472C4"/>
          <w:sz w:val="24"/>
          <w:rFonts w:ascii="Times New Roman" w:hAnsi="Times New Roman" w:eastAsia="Noto Sans CJK JP" w:cs="Noto Sans CJK JP"/>
        </w:rPr>
        <w:t>1</w:t>
      </w:r>
      <w:r>
        <w:rPr>
          <w:color w:val="4472C4"/>
          <w:sz w:val="24"/>
          <w:rFonts w:ascii="Times New Roman" w:hAnsi="Times New Roman" w:eastAsia="Noto Sans CJK JP" w:cs="Noto Sans CJK JP"/>
        </w:rPr>
        <w:t>0</w:t>
      </w:r>
      <w:r>
        <w:rPr>
          <w:color w:val="4472C4"/>
          <w:sz w:val="24"/>
          <w:rFonts w:ascii="Times New Roman" w:hAnsi="Times New Roman" w:eastAsia="Noto Sans CJK JP" w:cs="Noto Sans CJK JP"/>
        </w:rPr>
        <w:t>.</w:t>
      </w:r>
      <w:r>
        <w:rPr>
          <w:color w:val="4472C4"/>
          <w:sz w:val="24"/>
          <w:rFonts w:ascii="Times New Roman" w:hAnsi="Times New Roman" w:eastAsia="Noto Sans CJK JP" w:cs="Noto Sans CJK JP"/>
        </w:rPr>
        <w:t>1</w:t>
      </w:r>
      <w:r>
        <w:rPr>
          <w:color w:val="4472C4"/>
          <w:sz w:val="24"/>
          <w:rFonts w:ascii="Times New Roman" w:hAnsi="Times New Roman" w:eastAsia="Noto Sans CJK JP" w:cs="Noto Sans CJK JP"/>
        </w:rPr>
        <w:t>2</w:t>
      </w:r>
      <w:r>
        <w:rPr>
          <w:color w:val="4472C4"/>
          <w:sz w:val="24"/>
          <w:rFonts w:ascii="Times New Roman" w:hAnsi="Times New Roman" w:eastAsia="Noto Sans CJK JP" w:cs="Noto Sans CJK JP"/>
        </w:rPr>
        <w:t>1</w:t>
      </w:r>
      <w:r>
        <w:rPr>
          <w:color w:val="4472C4"/>
          <w:sz w:val="24"/>
          <w:rFonts w:ascii="Times New Roman" w:hAnsi="Times New Roman" w:eastAsia="Noto Sans CJK JP" w:cs="Noto Sans CJK JP"/>
        </w:rPr>
        <w:t>0</w:t>
      </w:r>
      <w:r>
        <w:rPr>
          <w:color w:val="4472C4"/>
          <w:sz w:val="24"/>
          <w:rFonts w:ascii="Times New Roman" w:hAnsi="Times New Roman" w:eastAsia="Noto Sans CJK JP" w:cs="Noto Sans CJK JP"/>
        </w:rPr>
        <w:t>4</w:t>
      </w:r>
      <w:r>
        <w:rPr>
          <w:color w:val="4472C4"/>
          <w:sz w:val="24"/>
          <w:rFonts w:ascii="Times New Roman" w:hAnsi="Times New Roman" w:eastAsia="Noto Sans CJK JP" w:cs="Noto Sans CJK JP"/>
        </w:rPr>
        <w:t>.</w:t>
      </w:r>
      <w:r>
        <w:rPr>
          <w:color w:val="4472C4"/>
          <w:sz w:val="24"/>
          <w:rFonts w:ascii="Times New Roman" w:hAnsi="Times New Roman" w:eastAsia="Noto Sans CJK JP" w:cs="Noto Sans CJK JP"/>
        </w:rPr>
        <w:t>0</w:t>
      </w:r>
      <w:r>
        <w:rPr>
          <w:color w:val="4472C4"/>
          <w:sz w:val="24"/>
          <w:rFonts w:ascii="Times New Roman" w:hAnsi="Times New Roman" w:eastAsia="Noto Sans CJK JP" w:cs="Noto Sans CJK JP"/>
        </w:rPr>
        <w:t>0</w:t>
      </w:r>
      <w:r>
        <w:rPr>
          <w:color w:val="4472C4"/>
          <w:sz w:val="24"/>
          <w:rFonts w:ascii="Times New Roman" w:hAnsi="Times New Roman" w:eastAsia="Noto Sans CJK JP" w:cs="Noto Sans CJK JP"/>
        </w:rPr>
        <w:t>0</w:t>
      </w:r>
      <w:r>
        <w:rPr>
          <w:color w:val="4472C4"/>
          <w:sz w:val="24"/>
          <w:rFonts w:ascii="Times New Roman" w:hAnsi="Times New Roman" w:eastAsia="Noto Sans CJK JP" w:cs="Noto Sans CJK JP"/>
        </w:rPr>
        <w:t>.</w:t>
      </w:r>
      <w:r>
        <w:rPr>
          <w:color w:val="4472C4"/>
          <w:sz w:val="24"/>
          <w:rFonts w:ascii="Times New Roman" w:hAnsi="Times New Roman" w:eastAsia="Noto Sans CJK JP" w:cs="Noto Sans CJK JP"/>
        </w:rPr>
        <w:t>0</w:t>
      </w:r>
      <w:r>
        <w:rPr>
          <w:color w:val="4472C4"/>
          <w:sz w:val="24"/>
          <w:rFonts w:ascii="Times New Roman" w:hAnsi="Times New Roman" w:eastAsia="Noto Sans CJK JP" w:cs="Noto Sans CJK JP"/>
        </w:rPr>
        <w:t>0</w:t>
      </w:r>
      <w:r>
        <w:rPr>
          <w:color w:val="4472C4"/>
          <w:sz w:val="24"/>
          <w:rFonts w:ascii="Times New Roman" w:hAnsi="Times New Roman" w:eastAsia="Noto Sans CJK JP" w:cs="Noto Sans CJK JP"/>
        </w:rPr>
        <w:t>0</w:t>
      </w:r>
      <w:r>
        <w:rPr>
          <w:color w:val="4472C4"/>
          <w:sz w:val="24"/>
          <w:rFonts w:ascii="Times New Roman" w:hAnsi="Times New Roman" w:eastAsia="Noto Sans CJK JP" w:cs="Noto Sans CJK JP"/>
        </w:rPr>
        <w:t>.</w:t>
      </w:r>
      <w:r>
        <w:rPr>
          <w:color w:val="4472C4"/>
          <w:sz w:val="24"/>
          <w:rFonts w:ascii="Times New Roman" w:hAnsi="Times New Roman" w:eastAsia="Noto Sans CJK JP" w:cs="Noto Sans CJK JP"/>
        </w:rPr>
        <w:t>0</w:t>
      </w:r>
      <w:r>
        <w:rPr>
          <w:color w:val="4472C4"/>
          <w:sz w:val="24"/>
          <w:rFonts w:ascii="Times New Roman" w:hAnsi="Times New Roman" w:eastAsia="Noto Sans CJK JP" w:cs="Noto Sans CJK JP"/>
        </w:rPr>
        <w:t>0</w:t>
      </w:r>
      <w:r>
        <w:rPr>
          <w:color w:val="4472C4"/>
          <w:sz w:val="24"/>
          <w:rFonts w:ascii="Times New Roman" w:hAnsi="Times New Roman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(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)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1</w:t>
      </w:r>
      <w:r>
        <w:rPr>
          <w:color w:val="4472C4"/>
          <w:sz w:val="24"/>
          <w:rFonts w:ascii="Times New Roman" w:hAnsi="Times New Roman" w:eastAsia="Noto Sans CJK JP" w:cs="Noto Sans CJK JP"/>
        </w:rPr>
        <w:t>,</w:t>
      </w:r>
      <w:r>
        <w:rPr>
          <w:color w:val="4472C4"/>
          <w:sz w:val="24"/>
          <w:rFonts w:ascii="Times New Roman" w:hAnsi="Times New Roman" w:eastAsia="Noto Sans CJK JP" w:cs="Noto Sans CJK JP"/>
        </w:rPr>
        <w:t>0</w:t>
      </w:r>
      <w:r>
        <w:rPr>
          <w:color w:val="4472C4"/>
          <w:sz w:val="24"/>
          <w:rFonts w:ascii="Times New Roman" w:hAnsi="Times New Roman" w:eastAsia="Noto Sans CJK JP" w:cs="Noto Sans CJK JP"/>
        </w:rPr>
        <w:t>0</w:t>
      </w:r>
      <w:r>
        <w:rPr>
          <w:color w:val="4472C4"/>
          <w:sz w:val="24"/>
          <w:rFonts w:ascii="Times New Roman" w:hAnsi="Times New Roman" w:eastAsia="Noto Sans CJK JP" w:cs="Noto Sans CJK JP"/>
        </w:rPr>
        <w:t>0</w:t>
      </w:r>
      <w:r>
        <w:rPr>
          <w:color w:val="4472C4"/>
          <w:sz w:val="24"/>
          <w:rFonts w:ascii="Times New Roman" w:hAnsi="Times New Roman" w:eastAsia="Noto Sans CJK JP" w:cs="Noto Sans CJK JP"/>
        </w:rPr>
        <w:t>.</w:t>
      </w:r>
      <w:r>
        <w:rPr>
          <w:color w:val="4472C4"/>
          <w:sz w:val="24"/>
          <w:rFonts w:ascii="Times New Roman" w:hAnsi="Times New Roman" w:eastAsia="Noto Sans CJK JP" w:cs="Noto Sans CJK JP"/>
        </w:rPr>
        <w:t>0</w:t>
      </w:r>
      <w:r>
        <w:rPr>
          <w:color w:val="4472C4"/>
          <w:sz w:val="24"/>
          <w:rFonts w:ascii="Times New Roman" w:hAnsi="Times New Roman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6911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691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Journal line 1 showing account 101.10.12104.000.000.000, USD currency, Debit 1,000.00, and the Additional Information field.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16: Add optional notes for the debit line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6911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691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Journal line 1 with Debit 1,000.00 and the Additional Information field available for input.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17: Select the account for the credit line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6911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691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Journal line 2 selected, with the Account field ready for input and search icon highlighted.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18: Search for the credit account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C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6911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691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Account search dialog with "4" entered in the Value field, showing accounts starting with 4.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19: Select the Revenue Domestic account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4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6911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691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Account search dialog with 41000 Revenue Domestic highlighted, ready for selection.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20: Enter the credit amount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472C4"/>
          <w:sz w:val="24"/>
          <w:rFonts w:ascii="Times New Roman" w:hAnsi="Times New Roman" w:eastAsia="Noto Sans CJK JP" w:cs="Noto Sans CJK JP"/>
        </w:rPr>
        <w:t>1</w:t>
      </w:r>
      <w:r>
        <w:rPr>
          <w:color w:val="4472C4"/>
          <w:sz w:val="24"/>
          <w:rFonts w:ascii="Times New Roman" w:hAnsi="Times New Roman" w:eastAsia="Noto Sans CJK JP" w:cs="Noto Sans CJK JP"/>
        </w:rPr>
        <w:t>0</w:t>
      </w:r>
      <w:r>
        <w:rPr>
          <w:color w:val="4472C4"/>
          <w:sz w:val="24"/>
          <w:rFonts w:ascii="Times New Roman" w:hAnsi="Times New Roman" w:eastAsia="Noto Sans CJK JP" w:cs="Noto Sans CJK JP"/>
        </w:rPr>
        <w:t>1</w:t>
      </w:r>
      <w:r>
        <w:rPr>
          <w:color w:val="4472C4"/>
          <w:sz w:val="24"/>
          <w:rFonts w:ascii="Times New Roman" w:hAnsi="Times New Roman" w:eastAsia="Noto Sans CJK JP" w:cs="Noto Sans CJK JP"/>
        </w:rPr>
        <w:t>.</w:t>
      </w:r>
      <w:r>
        <w:rPr>
          <w:color w:val="4472C4"/>
          <w:sz w:val="24"/>
          <w:rFonts w:ascii="Times New Roman" w:hAnsi="Times New Roman" w:eastAsia="Noto Sans CJK JP" w:cs="Noto Sans CJK JP"/>
        </w:rPr>
        <w:t>1</w:t>
      </w:r>
      <w:r>
        <w:rPr>
          <w:color w:val="4472C4"/>
          <w:sz w:val="24"/>
          <w:rFonts w:ascii="Times New Roman" w:hAnsi="Times New Roman" w:eastAsia="Noto Sans CJK JP" w:cs="Noto Sans CJK JP"/>
        </w:rPr>
        <w:t>0</w:t>
      </w:r>
      <w:r>
        <w:rPr>
          <w:color w:val="4472C4"/>
          <w:sz w:val="24"/>
          <w:rFonts w:ascii="Times New Roman" w:hAnsi="Times New Roman" w:eastAsia="Noto Sans CJK JP" w:cs="Noto Sans CJK JP"/>
        </w:rPr>
        <w:t>.</w:t>
      </w:r>
      <w:r>
        <w:rPr>
          <w:color w:val="4472C4"/>
          <w:sz w:val="24"/>
          <w:rFonts w:ascii="Times New Roman" w:hAnsi="Times New Roman" w:eastAsia="Noto Sans CJK JP" w:cs="Noto Sans CJK JP"/>
        </w:rPr>
        <w:t>4</w:t>
      </w:r>
      <w:r>
        <w:rPr>
          <w:color w:val="4472C4"/>
          <w:sz w:val="24"/>
          <w:rFonts w:ascii="Times New Roman" w:hAnsi="Times New Roman" w:eastAsia="Noto Sans CJK JP" w:cs="Noto Sans CJK JP"/>
        </w:rPr>
        <w:t>1</w:t>
      </w:r>
      <w:r>
        <w:rPr>
          <w:color w:val="4472C4"/>
          <w:sz w:val="24"/>
          <w:rFonts w:ascii="Times New Roman" w:hAnsi="Times New Roman" w:eastAsia="Noto Sans CJK JP" w:cs="Noto Sans CJK JP"/>
        </w:rPr>
        <w:t>0</w:t>
      </w:r>
      <w:r>
        <w:rPr>
          <w:color w:val="4472C4"/>
          <w:sz w:val="24"/>
          <w:rFonts w:ascii="Times New Roman" w:hAnsi="Times New Roman" w:eastAsia="Noto Sans CJK JP" w:cs="Noto Sans CJK JP"/>
        </w:rPr>
        <w:t>0</w:t>
      </w:r>
      <w:r>
        <w:rPr>
          <w:color w:val="4472C4"/>
          <w:sz w:val="24"/>
          <w:rFonts w:ascii="Times New Roman" w:hAnsi="Times New Roman" w:eastAsia="Noto Sans CJK JP" w:cs="Noto Sans CJK JP"/>
        </w:rPr>
        <w:t>0</w:t>
      </w:r>
      <w:r>
        <w:rPr>
          <w:color w:val="4472C4"/>
          <w:sz w:val="24"/>
          <w:rFonts w:ascii="Times New Roman" w:hAnsi="Times New Roman" w:eastAsia="Noto Sans CJK JP" w:cs="Noto Sans CJK JP"/>
        </w:rPr>
        <w:t>.</w:t>
      </w:r>
      <w:r>
        <w:rPr>
          <w:color w:val="4472C4"/>
          <w:sz w:val="24"/>
          <w:rFonts w:ascii="Times New Roman" w:hAnsi="Times New Roman" w:eastAsia="Noto Sans CJK JP" w:cs="Noto Sans CJK JP"/>
        </w:rPr>
        <w:t>0</w:t>
      </w:r>
      <w:r>
        <w:rPr>
          <w:color w:val="4472C4"/>
          <w:sz w:val="24"/>
          <w:rFonts w:ascii="Times New Roman" w:hAnsi="Times New Roman" w:eastAsia="Noto Sans CJK JP" w:cs="Noto Sans CJK JP"/>
        </w:rPr>
        <w:t>0</w:t>
      </w:r>
      <w:r>
        <w:rPr>
          <w:color w:val="4472C4"/>
          <w:sz w:val="24"/>
          <w:rFonts w:ascii="Times New Roman" w:hAnsi="Times New Roman" w:eastAsia="Noto Sans CJK JP" w:cs="Noto Sans CJK JP"/>
        </w:rPr>
        <w:t>0</w:t>
      </w:r>
      <w:r>
        <w:rPr>
          <w:color w:val="4472C4"/>
          <w:sz w:val="24"/>
          <w:rFonts w:ascii="Times New Roman" w:hAnsi="Times New Roman" w:eastAsia="Noto Sans CJK JP" w:cs="Noto Sans CJK JP"/>
        </w:rPr>
        <w:t>.</w:t>
      </w:r>
      <w:r>
        <w:rPr>
          <w:color w:val="4472C4"/>
          <w:sz w:val="24"/>
          <w:rFonts w:ascii="Times New Roman" w:hAnsi="Times New Roman" w:eastAsia="Noto Sans CJK JP" w:cs="Noto Sans CJK JP"/>
        </w:rPr>
        <w:t>0</w:t>
      </w:r>
      <w:r>
        <w:rPr>
          <w:color w:val="4472C4"/>
          <w:sz w:val="24"/>
          <w:rFonts w:ascii="Times New Roman" w:hAnsi="Times New Roman" w:eastAsia="Noto Sans CJK JP" w:cs="Noto Sans CJK JP"/>
        </w:rPr>
        <w:t>0</w:t>
      </w:r>
      <w:r>
        <w:rPr>
          <w:color w:val="4472C4"/>
          <w:sz w:val="24"/>
          <w:rFonts w:ascii="Times New Roman" w:hAnsi="Times New Roman" w:eastAsia="Noto Sans CJK JP" w:cs="Noto Sans CJK JP"/>
        </w:rPr>
        <w:t>0</w:t>
      </w:r>
      <w:r>
        <w:rPr>
          <w:color w:val="4472C4"/>
          <w:sz w:val="24"/>
          <w:rFonts w:ascii="Times New Roman" w:hAnsi="Times New Roman" w:eastAsia="Noto Sans CJK JP" w:cs="Noto Sans CJK JP"/>
        </w:rPr>
        <w:t>.</w:t>
      </w:r>
      <w:r>
        <w:rPr>
          <w:color w:val="4472C4"/>
          <w:sz w:val="24"/>
          <w:rFonts w:ascii="Times New Roman" w:hAnsi="Times New Roman" w:eastAsia="Noto Sans CJK JP" w:cs="Noto Sans CJK JP"/>
        </w:rPr>
        <w:t>0</w:t>
      </w:r>
      <w:r>
        <w:rPr>
          <w:color w:val="4472C4"/>
          <w:sz w:val="24"/>
          <w:rFonts w:ascii="Times New Roman" w:hAnsi="Times New Roman" w:eastAsia="Noto Sans CJK JP" w:cs="Noto Sans CJK JP"/>
        </w:rPr>
        <w:t>0</w:t>
      </w:r>
      <w:r>
        <w:rPr>
          <w:color w:val="4472C4"/>
          <w:sz w:val="24"/>
          <w:rFonts w:ascii="Times New Roman" w:hAnsi="Times New Roman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(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)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1</w:t>
      </w:r>
      <w:r>
        <w:rPr>
          <w:color w:val="4472C4"/>
          <w:sz w:val="24"/>
          <w:rFonts w:ascii="Times New Roman" w:hAnsi="Times New Roman" w:eastAsia="Noto Sans CJK JP" w:cs="Noto Sans CJK JP"/>
        </w:rPr>
        <w:t>,</w:t>
      </w:r>
      <w:r>
        <w:rPr>
          <w:color w:val="4472C4"/>
          <w:sz w:val="24"/>
          <w:rFonts w:ascii="Times New Roman" w:hAnsi="Times New Roman" w:eastAsia="Noto Sans CJK JP" w:cs="Noto Sans CJK JP"/>
        </w:rPr>
        <w:t>0</w:t>
      </w:r>
      <w:r>
        <w:rPr>
          <w:color w:val="4472C4"/>
          <w:sz w:val="24"/>
          <w:rFonts w:ascii="Times New Roman" w:hAnsi="Times New Roman" w:eastAsia="Noto Sans CJK JP" w:cs="Noto Sans CJK JP"/>
        </w:rPr>
        <w:t>0</w:t>
      </w:r>
      <w:r>
        <w:rPr>
          <w:color w:val="4472C4"/>
          <w:sz w:val="24"/>
          <w:rFonts w:ascii="Times New Roman" w:hAnsi="Times New Roman" w:eastAsia="Noto Sans CJK JP" w:cs="Noto Sans CJK JP"/>
        </w:rPr>
        <w:t>0</w:t>
      </w:r>
      <w:r>
        <w:rPr>
          <w:color w:val="4472C4"/>
          <w:sz w:val="24"/>
          <w:rFonts w:ascii="Times New Roman" w:hAnsi="Times New Roman" w:eastAsia="Noto Sans CJK JP" w:cs="Noto Sans CJK JP"/>
        </w:rPr>
        <w:t>.</w:t>
      </w:r>
      <w:r>
        <w:rPr>
          <w:color w:val="4472C4"/>
          <w:sz w:val="24"/>
          <w:rFonts w:ascii="Times New Roman" w:hAnsi="Times New Roman" w:eastAsia="Noto Sans CJK JP" w:cs="Noto Sans CJK JP"/>
        </w:rPr>
        <w:t>0</w:t>
      </w:r>
      <w:r>
        <w:rPr>
          <w:color w:val="4472C4"/>
          <w:sz w:val="24"/>
          <w:rFonts w:ascii="Times New Roman" w:hAnsi="Times New Roman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6911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691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Journal line 2 showing account 101.10.41000.000.000.000, USD currency, Credit 1,000.00, and the Additional Information field.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21: Add optional notes for the credit line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6911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691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Journal line 2 with Credit 1,000.00 and the Additional Information field available for input.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22: Save the journal entry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6911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691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Create Journal screen after saving, showing the Save button, Last Saved timestamp, and updated Journal Batch name.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23: Complete the journal entry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6911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691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Edit Journal screen with the Complete button highlighted and Completion Status set to Complete.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24: Review the completion status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6911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691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Edit Journal screen with the Completion Status field highlighted as Complete.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25: Post the journal entry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6911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691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Edit Journal screen with the Post button visible and Completion Status set to Complete.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Summary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 w:type="page"/>
      </w:r>
    </w:p>
    <w:sectPr w:rsidR="00FC693F" w:rsidRPr="0006063C" w:rsidSect="00034616">
      <w:headerReference w:type="default" r:id="rId29"/>
      <w:footerReference w:type="default" r:id="rId3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image" Target="media/image17.jpg"/><Relationship Id="rId26" Type="http://schemas.openxmlformats.org/officeDocument/2006/relationships/image" Target="media/image18.jpg"/><Relationship Id="rId27" Type="http://schemas.openxmlformats.org/officeDocument/2006/relationships/image" Target="media/image19.jpg"/><Relationship Id="rId28" Type="http://schemas.openxmlformats.org/officeDocument/2006/relationships/image" Target="media/image20.jpg"/><Relationship Id="rId29" Type="http://schemas.openxmlformats.org/officeDocument/2006/relationships/header" Target="header1.xml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