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an XML report in Oracle EBS using a data template</w:t>
      </w:r>
    </w:p>
    <w:p>
      <w:pPr/>
      <w:r>
        <w:rPr>
          <w:color w:val="404040"/>
          <w:sz w:val="24"/>
          <w:rFonts w:ascii="Inter" w:hAnsi="Inter" w:eastAsia="Noto Sans CJK JP" w:cs="Noto Sans CJK JP"/>
        </w:rPr>
        <w:t>This guide walks you through the complete process of how to create an XML report in Oracle EBS using XML Publisher and a data template. You will review a data template XML file, register a data definition, define a concurrent program, attach it to a request group, submit a request, review the XML output, build an RTF template in Microsoft Word, and confirm the final report output in PDF format.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an Oracle Applications (E-Business Suite) environment with the XML Publisher Administrator responsibility.</w:t>
      </w:r>
    </w:p>
    <w:p>
      <w:pPr>
        <w:pStyle w:val="ListBullet2"/>
      </w:pPr>
      <w:r>
        <w:rPr>
          <w:color w:val="404040"/>
          <w:sz w:val="24"/>
          <w:rFonts w:ascii="Inter" w:hAnsi="Inter" w:eastAsia="Noto Sans CJK JP" w:cs="Noto Sans CJK JP"/>
        </w:rPr>
        <w:t xml:space="preserve">A prepared XML data template file (for example, </w:t>
      </w:r>
      <w:r>
        <w:rPr>
          <w:color w:val="4472C4"/>
          <w:sz w:val="24"/>
          <w:rFonts w:ascii="Times New Roman" w:hAnsi="Times New Roman" w:eastAsia="Noto Sans CJK JP" w:cs="Noto Sans CJK JP"/>
        </w:rPr>
        <w:t>XXFIRST_REPORT_DATA_TEMPLATE.XML</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Microsoft Word with the XML Publisher Template Builder add-in installed, for building the RTF template.</w:t>
      </w:r>
    </w:p>
    <w:p>
      <w:pPr>
        <w:pStyle w:val="ListBullet2"/>
      </w:pPr>
      <w:r>
        <w:rPr>
          <w:color w:val="404040"/>
          <w:sz w:val="24"/>
          <w:rFonts w:ascii="Inter" w:hAnsi="Inter" w:eastAsia="Noto Sans CJK JP" w:cs="Noto Sans CJK JP"/>
        </w:rPr>
        <w:t>Administrator access or coordination with your Oracle Applications administrator for permissions related to responsibilities and concurrent programs.</w:t>
      </w:r>
    </w:p>
    <w:p>
      <w:pPr>
        <w:pStyle w:val="Heading1"/>
        <w:keepNext/>
        <w:keepLines/>
        <w:outlineLvl w:val="0"/>
      </w:pPr>
      <w:r>
        <w:rPr>
          <w:b/>
          <w:color w:val="404040"/>
          <w:sz w:val="32"/>
          <w:rFonts w:ascii="Inter" w:hAnsi="Inter" w:eastAsia="Noto Sans CJK JP" w:cs="Noto Sans CJK JP"/>
        </w:rPr>
        <w:t>Step 1: Review the data template XML file</w:t>
      </w:r>
    </w:p>
    <w:p>
      <w:pPr/>
      <w:r>
        <w:rPr>
          <w:color w:val="404040"/>
          <w:sz w:val="24"/>
          <w:rFonts w:ascii="Inter" w:hAnsi="Inter" w:eastAsia="Noto Sans CJK JP" w:cs="Noto Sans CJK JP"/>
        </w:rPr>
        <w:t>Before registering anything in Oracle Applications, open the XML data template file (</w:t>
      </w:r>
      <w:r>
        <w:rPr>
          <w:color w:val="4472C4"/>
          <w:sz w:val="24"/>
          <w:rFonts w:ascii="Times New Roman" w:hAnsi="Times New Roman" w:eastAsia="Noto Sans CJK JP" w:cs="Noto Sans CJK JP"/>
        </w:rPr>
        <w:t>XXFIRST_REPORT_DATA_TEMPLATE.XML</w:t>
      </w:r>
      <w:r>
        <w:rPr>
          <w:color w:val="404040"/>
          <w:sz w:val="24"/>
          <w:rFonts w:ascii="Inter" w:hAnsi="Inter" w:eastAsia="Noto Sans CJK JP" w:cs="Noto Sans CJK JP"/>
        </w:rPr>
        <w:t>) in a text editor and review its structure.</w:t>
      </w:r>
    </w:p>
    <w:p>
      <w:pPr>
        <w:pStyle w:val="ListBullet2"/>
      </w:pPr>
      <w:r>
        <w:rPr>
          <w:color w:val="404040"/>
          <w:sz w:val="24"/>
          <w:rFonts w:ascii="Inter" w:hAnsi="Inter" w:eastAsia="Noto Sans CJK JP" w:cs="Noto Sans CJK JP"/>
        </w:rPr>
        <w:t xml:space="preserve">The file begins with the XML declaration: </w:t>
      </w:r>
      <w:r>
        <w:rPr>
          <w:color w:val="4472C4"/>
          <w:sz w:val="24"/>
          <w:rFonts w:ascii="Times New Roman" w:hAnsi="Times New Roman" w:eastAsia="Noto Sans CJK JP" w:cs="Noto Sans CJK JP"/>
        </w:rPr>
        <w:t>&lt;?xml version="1.0" encoding="UTF-8"?&gt;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The </w:t>
      </w:r>
      <w:r>
        <w:rPr>
          <w:color w:val="4472C4"/>
          <w:sz w:val="24"/>
          <w:rFonts w:ascii="Times New Roman" w:hAnsi="Times New Roman" w:eastAsia="Noto Sans CJK JP" w:cs="Noto Sans CJK JP"/>
        </w:rPr>
        <w:t>&lt;dataTemplate&gt;</w:t>
      </w:r>
      <w:r>
        <w:rPr>
          <w:color w:val="404040"/>
          <w:sz w:val="24"/>
          <w:rFonts w:ascii="Inter" w:hAnsi="Inter" w:eastAsia="Noto Sans CJK JP" w:cs="Noto Sans CJK JP"/>
        </w:rPr>
        <w:t xml:space="preserve"> element includes the attributes </w:t>
      </w:r>
      <w:r>
        <w:rPr>
          <w:color w:val="4472C4"/>
          <w:sz w:val="24"/>
          <w:rFonts w:ascii="Times New Roman" w:hAnsi="Times New Roman" w:eastAsia="Noto Sans CJK JP" w:cs="Noto Sans CJK JP"/>
        </w:rPr>
        <w:t>name="Emp_Data_Template"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description="EMP_Data_Template_Report"</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version="1.0"</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A </w:t>
      </w:r>
      <w:r>
        <w:rPr>
          <w:color w:val="4472C4"/>
          <w:sz w:val="24"/>
          <w:rFonts w:ascii="Times New Roman" w:hAnsi="Times New Roman" w:eastAsia="Noto Sans CJK JP" w:cs="Noto Sans CJK JP"/>
        </w:rPr>
        <w:t>&lt;parameters&gt;</w:t>
      </w:r>
      <w:r>
        <w:rPr>
          <w:color w:val="404040"/>
          <w:sz w:val="24"/>
          <w:rFonts w:ascii="Inter" w:hAnsi="Inter" w:eastAsia="Noto Sans CJK JP" w:cs="Noto Sans CJK JP"/>
        </w:rPr>
        <w:t xml:space="preserve"> section and other XML nodes are defined according to your report requirements.</w:t>
      </w:r>
    </w:p>
    <w:p>
      <w:pPr>
        <w:keepNext/>
        <w:keepLines/>
      </w:pPr>
      <w:r>
        <w:rPr>
          <w:color w:val="404040"/>
          <w:sz w:val="24"/>
          <w:rFonts w:ascii="Inter" w:hAnsi="Inter" w:eastAsia="Noto Sans CJK JP" w:cs="Noto Sans CJK JP"/>
        </w:rPr>
        <w:t>Confirm the file is correctly formatted and ready for use before continuing.</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Text editor showing the XML data template with the XML declaration and root element highlighted</w:t>
      </w:r>
    </w:p>
    <w:p>
      <w:pPr>
        <w:pStyle w:val="Heading1"/>
        <w:keepNext/>
        <w:keepLines/>
        <w:outlineLvl w:val="0"/>
      </w:pPr>
      <w:r>
        <w:rPr>
          <w:b/>
          <w:color w:val="404040"/>
          <w:sz w:val="32"/>
          <w:rFonts w:ascii="Inter" w:hAnsi="Inter" w:eastAsia="Noto Sans CJK JP" w:cs="Noto Sans CJK JP"/>
        </w:rPr>
        <w:t>Step 2: Open the Oracle Applications environment</w:t>
      </w:r>
    </w:p>
    <w:p>
      <w:pPr/>
      <w:r>
        <w:rPr>
          <w:color w:val="404040"/>
          <w:sz w:val="24"/>
          <w:rFonts w:ascii="Inter" w:hAnsi="Inter" w:eastAsia="Noto Sans CJK JP" w:cs="Noto Sans CJK JP"/>
        </w:rPr>
        <w:t>Log in to your Oracle Applications environment and open the XML Publisher Administrator or the relevant responsibility.</w:t>
      </w:r>
    </w:p>
    <w:p>
      <w:pPr>
        <w:keepNext/>
        <w:keepLines/>
      </w:pPr>
      <w:r>
        <w:rPr>
          <w:color w:val="404040"/>
          <w:sz w:val="24"/>
          <w:rFonts w:ascii="Inter" w:hAnsi="Inter" w:eastAsia="Noto Sans CJK JP" w:cs="Noto Sans CJK JP"/>
        </w:rPr>
        <w:t xml:space="preserve">From the main menu, select the option that leads to the XML Publisher functions, then open the </w:t>
      </w:r>
      <w:r>
        <w:rPr>
          <w:b/>
          <w:color w:val="404040"/>
          <w:sz w:val="24"/>
          <w:rFonts w:ascii="Inter" w:hAnsi="Inter" w:eastAsia="Noto Sans CJK JP" w:cs="Noto Sans CJK JP"/>
        </w:rPr>
        <w:t>Templates</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Data Definitions</w:t>
      </w:r>
      <w:r>
        <w:rPr>
          <w:color w:val="404040"/>
          <w:sz w:val="24"/>
          <w:rFonts w:ascii="Inter" w:hAnsi="Inter" w:eastAsia="Noto Sans CJK JP" w:cs="Noto Sans CJK JP"/>
        </w:rPr>
        <w:t xml:space="preserve"> section.</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Oracle Applications main menu alongside a Notepad file listing the XML Publisher setup steps</w:t>
      </w:r>
    </w:p>
    <w:p>
      <w:pPr>
        <w:pStyle w:val="Heading1"/>
        <w:keepNext/>
        <w:keepLines/>
        <w:outlineLvl w:val="0"/>
      </w:pPr>
      <w:r>
        <w:rPr>
          <w:b/>
          <w:color w:val="404040"/>
          <w:sz w:val="32"/>
          <w:rFonts w:ascii="Inter" w:hAnsi="Inter" w:eastAsia="Noto Sans CJK JP" w:cs="Noto Sans CJK JP"/>
        </w:rPr>
        <w:t>Step 3: Add a new data definition layer</w:t>
      </w:r>
    </w:p>
    <w:p>
      <w:pPr>
        <w:keepNext/>
        <w:keepLines/>
      </w:pPr>
      <w:r>
        <w:rPr>
          <w:color w:val="404040"/>
          <w:sz w:val="24"/>
          <w:rFonts w:ascii="Inter" w:hAnsi="Inter" w:eastAsia="Noto Sans CJK JP" w:cs="Noto Sans CJK JP"/>
        </w:rPr>
        <w:t xml:space="preserve">In the XML Publisher interface, click the </w:t>
      </w:r>
      <w:r>
        <w:rPr>
          <w:b/>
          <w:color w:val="404040"/>
          <w:sz w:val="24"/>
          <w:rFonts w:ascii="Inter" w:hAnsi="Inter" w:eastAsia="Noto Sans CJK JP" w:cs="Noto Sans CJK JP"/>
        </w:rPr>
        <w:t>Data Definitions</w:t>
      </w:r>
      <w:r>
        <w:rPr>
          <w:color w:val="404040"/>
          <w:sz w:val="24"/>
          <w:rFonts w:ascii="Inter" w:hAnsi="Inter" w:eastAsia="Noto Sans CJK JP" w:cs="Noto Sans CJK JP"/>
        </w:rPr>
        <w:t xml:space="preserve"> tab, then click the button or link to create a new data definition (for example, </w:t>
      </w:r>
      <w:r>
        <w:rPr>
          <w:b/>
          <w:color w:val="404040"/>
          <w:sz w:val="24"/>
          <w:rFonts w:ascii="Inter" w:hAnsi="Inter" w:eastAsia="Noto Sans CJK JP" w:cs="Noto Sans CJK JP"/>
        </w:rPr>
        <w:t>Create Data Definition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XML Publisher interface with the Data Definitions tab selected, ready to create a new entry</w:t>
      </w:r>
    </w:p>
    <w:p>
      <w:pPr>
        <w:pStyle w:val="Heading1"/>
        <w:keepNext/>
        <w:keepLines/>
        <w:outlineLvl w:val="0"/>
      </w:pPr>
      <w:r>
        <w:rPr>
          <w:b/>
          <w:color w:val="404040"/>
          <w:sz w:val="32"/>
          <w:rFonts w:ascii="Inter" w:hAnsi="Inter" w:eastAsia="Noto Sans CJK JP" w:cs="Noto Sans CJK JP"/>
        </w:rPr>
        <w:t>Step 4: Enter the data definition details</w:t>
      </w:r>
    </w:p>
    <w:p>
      <w:pPr/>
      <w:r>
        <w:rPr>
          <w:color w:val="404040"/>
          <w:sz w:val="24"/>
          <w:rFonts w:ascii="Inter" w:hAnsi="Inter" w:eastAsia="Noto Sans CJK JP" w:cs="Noto Sans CJK JP"/>
        </w:rPr>
        <w:t>Fill in the required fields for the new data definition:</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XXFIRST_REPORT_DATA_TEMPLATE</w:t>
      </w:r>
    </w:p>
    <w:p>
      <w:pPr>
        <w:pStyle w:val="ListBullet2"/>
      </w:pP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Order Management</w:t>
      </w:r>
    </w:p>
    <w:p>
      <w:pPr>
        <w:pStyle w:val="ListBullet2"/>
      </w:pPr>
      <w:r>
        <w:rPr>
          <w:b/>
          <w:color w:val="404040"/>
          <w:sz w:val="24"/>
          <w:rFonts w:ascii="Inter" w:hAnsi="Inter" w:eastAsia="Noto Sans CJK JP" w:cs="Noto Sans CJK JP"/>
        </w:rPr>
        <w:t>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XXFIRST_REPORT_DATA_TEMPLATE</w:t>
      </w:r>
    </w:p>
    <w:p>
      <w:pPr>
        <w:pStyle w:val="ListBullet2"/>
      </w:pPr>
      <w:r>
        <w:rPr>
          <w:b/>
          <w:color w:val="404040"/>
          <w:sz w:val="24"/>
          <w:rFonts w:ascii="Inter" w:hAnsi="Inter" w:eastAsia="Noto Sans CJK JP" w:cs="Noto Sans CJK JP"/>
        </w:rPr>
        <w:t>Start Date:</w:t>
      </w:r>
      <w:r>
        <w:rPr>
          <w:color w:val="404040"/>
          <w:sz w:val="24"/>
          <w:rFonts w:ascii="Inter" w:hAnsi="Inter" w:eastAsia="Noto Sans CJK JP" w:cs="Noto Sans CJK JP"/>
        </w:rPr>
        <w:t xml:space="preserve"> a valid date (for example, </w:t>
      </w:r>
      <w:r>
        <w:rPr>
          <w:color w:val="4472C4"/>
          <w:sz w:val="24"/>
          <w:rFonts w:ascii="Times New Roman" w:hAnsi="Times New Roman" w:eastAsia="Noto Sans CJK JP" w:cs="Noto Sans CJK JP"/>
        </w:rPr>
        <w:t>10-Jul-2021</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End Date:</w:t>
      </w:r>
      <w:r>
        <w:rPr>
          <w:color w:val="404040"/>
          <w:sz w:val="24"/>
          <w:rFonts w:ascii="Inter" w:hAnsi="Inter" w:eastAsia="Noto Sans CJK JP" w:cs="Noto Sans CJK JP"/>
        </w:rPr>
        <w:t xml:space="preserve"> leave blank unless you want to set an expiration</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optional, for your own reference</w:t>
      </w:r>
    </w:p>
    <w:p>
      <w:pPr>
        <w:keepNext/>
        <w:keepLines/>
      </w:pPr>
      <w:r>
        <w:rPr>
          <w:color w:val="404040"/>
          <w:sz w:val="24"/>
          <w:rFonts w:ascii="Inter" w:hAnsi="Inter" w:eastAsia="Noto Sans CJK JP" w:cs="Noto Sans CJK JP"/>
        </w:rPr>
        <w:t xml:space="preserve">Double-check that the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Code</w:t>
      </w:r>
      <w:r>
        <w:rPr>
          <w:color w:val="404040"/>
          <w:sz w:val="24"/>
          <w:rFonts w:ascii="Inter" w:hAnsi="Inter" w:eastAsia="Noto Sans CJK JP" w:cs="Noto Sans CJK JP"/>
        </w:rPr>
        <w:t xml:space="preserve"> fields match exactly, then click </w:t>
      </w:r>
      <w:r>
        <w:rPr>
          <w:b/>
          <w:color w:val="404040"/>
          <w:sz w:val="24"/>
          <w:rFonts w:ascii="Inter" w:hAnsi="Inter" w:eastAsia="Noto Sans CJK JP" w:cs="Noto Sans CJK JP"/>
        </w:rPr>
        <w:t>Apply</w:t>
      </w:r>
      <w:r>
        <w:rPr>
          <w:color w:val="404040"/>
          <w:sz w:val="24"/>
          <w:rFonts w:ascii="Inter" w:hAnsi="Inter" w:eastAsia="Noto Sans CJK JP" w:cs="Noto Sans CJK JP"/>
        </w:rPr>
        <w:t xml:space="preserve"> to save the new data definition layer.</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Create Data Definition screen with Name, Application, Code, and Start Date fields completed</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5" name="Picture 5"/>
                  <wp:cNvGraphicFramePr>
                    <a:graphicFrameLocks noChangeAspect="1"/>
                  </wp:cNvGraphicFramePr>
                  <a:graphic>
                    <a:graphicData uri="http://schemas.openxmlformats.org/drawingml/2006/picture">
                      <pic:pic>
                        <pic:nvPicPr>
                          <pic:cNvPr id="0" name="info.png"/>
                          <pic:cNvPicPr/>
                        </pic:nvPicPr>
                        <pic:blipFill>
                          <a:blip r:embed="rId13"/>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Enter all field values exactly as specified to avoid inconsistencies. If anything is unclear, refer to the on-screen instructions or consult your administrator.</w:t>
            </w:r>
          </w:p>
        </w:tc>
      </w:tr>
    </w:tbl>
    <w:p>
      <w:pPr>
        <w:pStyle w:val="Heading1"/>
        <w:keepNext/>
        <w:keepLines/>
        <w:outlineLvl w:val="0"/>
      </w:pPr>
      <w:r>
        <w:rPr>
          <w:b/>
          <w:color w:val="404040"/>
          <w:sz w:val="32"/>
          <w:rFonts w:ascii="Inter" w:hAnsi="Inter" w:eastAsia="Noto Sans CJK JP" w:cs="Noto Sans CJK JP"/>
        </w:rPr>
        <w:t>Step 5: Confirm data definition creation and attach the data template file</w:t>
      </w:r>
    </w:p>
    <w:p>
      <w:pPr/>
      <w:r>
        <w:rPr>
          <w:color w:val="404040"/>
          <w:sz w:val="24"/>
          <w:rFonts w:ascii="Inter" w:hAnsi="Inter" w:eastAsia="Noto Sans CJK JP" w:cs="Noto Sans CJK JP"/>
        </w:rPr>
        <w:t>After saving, verify the confirmation message: "Data Definition XXFIRST_REPORT_DATA_TEMPLATE has been successfully created."</w:t>
      </w:r>
    </w:p>
    <w:p>
      <w:pPr/>
      <w:r>
        <w:rPr>
          <w:color w:val="404040"/>
          <w:sz w:val="24"/>
          <w:rFonts w:ascii="Inter" w:hAnsi="Inter" w:eastAsia="Noto Sans CJK JP" w:cs="Noto Sans CJK JP"/>
        </w:rPr>
        <w:t xml:space="preserve">Review the details under the </w:t>
      </w:r>
      <w:r>
        <w:rPr>
          <w:b/>
          <w:color w:val="404040"/>
          <w:sz w:val="24"/>
          <w:rFonts w:ascii="Inter" w:hAnsi="Inter" w:eastAsia="Noto Sans CJK JP" w:cs="Noto Sans CJK JP"/>
        </w:rPr>
        <w:t>General</w:t>
      </w:r>
      <w:r>
        <w:rPr>
          <w:color w:val="404040"/>
          <w:sz w:val="24"/>
          <w:rFonts w:ascii="Inter" w:hAnsi="Inter" w:eastAsia="Noto Sans CJK JP" w:cs="Noto Sans CJK JP"/>
        </w:rPr>
        <w:t xml:space="preserve"> section:</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XXFIRST_REPORT_DATA_TEMPLATE</w:t>
      </w:r>
    </w:p>
    <w:p>
      <w:pPr>
        <w:pStyle w:val="ListBullet2"/>
      </w:pP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Order Management</w:t>
      </w:r>
    </w:p>
    <w:p>
      <w:pPr>
        <w:pStyle w:val="ListBullet2"/>
      </w:pPr>
      <w:r>
        <w:rPr>
          <w:b/>
          <w:color w:val="404040"/>
          <w:sz w:val="24"/>
          <w:rFonts w:ascii="Inter" w:hAnsi="Inter" w:eastAsia="Noto Sans CJK JP" w:cs="Noto Sans CJK JP"/>
        </w:rPr>
        <w:t>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XXFIRST_REPORT_DATA_TEMPLATE</w:t>
      </w:r>
    </w:p>
    <w:p>
      <w:pPr>
        <w:pStyle w:val="ListBullet2"/>
      </w:pPr>
      <w:r>
        <w:rPr>
          <w:b/>
          <w:color w:val="404040"/>
          <w:sz w:val="24"/>
          <w:rFonts w:ascii="Inter" w:hAnsi="Inter" w:eastAsia="Noto Sans CJK JP" w:cs="Noto Sans CJK JP"/>
        </w:rPr>
        <w:t>Start Date: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10-Jul-2021</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Files</w:t>
      </w:r>
      <w:r>
        <w:rPr>
          <w:color w:val="404040"/>
          <w:sz w:val="24"/>
          <w:rFonts w:ascii="Inter" w:hAnsi="Inter" w:eastAsia="Noto Sans CJK JP" w:cs="Noto Sans CJK JP"/>
        </w:rPr>
        <w:t xml:space="preserve"> section, click </w:t>
      </w:r>
      <w:r>
        <w:rPr>
          <w:b/>
          <w:color w:val="404040"/>
          <w:sz w:val="24"/>
          <w:rFonts w:ascii="Inter" w:hAnsi="Inter" w:eastAsia="Noto Sans CJK JP" w:cs="Noto Sans CJK JP"/>
        </w:rPr>
        <w:t>Add File</w:t>
      </w:r>
      <w:r>
        <w:rPr>
          <w:color w:val="404040"/>
          <w:sz w:val="24"/>
          <w:rFonts w:ascii="Inter" w:hAnsi="Inter" w:eastAsia="Noto Sans CJK JP" w:cs="Noto Sans CJK JP"/>
        </w:rPr>
        <w:t xml:space="preserve"> next to </w:t>
      </w:r>
      <w:r>
        <w:rPr>
          <w:b/>
          <w:color w:val="404040"/>
          <w:sz w:val="24"/>
          <w:rFonts w:ascii="Inter" w:hAnsi="Inter" w:eastAsia="Noto Sans CJK JP" w:cs="Noto Sans CJK JP"/>
        </w:rPr>
        <w:t>Data Template</w:t>
      </w:r>
      <w:r>
        <w:rPr>
          <w:color w:val="404040"/>
          <w:sz w:val="24"/>
          <w:rFonts w:ascii="Inter" w:hAnsi="Inter" w:eastAsia="Noto Sans CJK JP" w:cs="Noto Sans CJK JP"/>
        </w:rPr>
        <w:t xml:space="preserve"> to upload your </w:t>
      </w:r>
      <w:r>
        <w:rPr>
          <w:color w:val="4472C4"/>
          <w:sz w:val="24"/>
          <w:rFonts w:ascii="Times New Roman" w:hAnsi="Times New Roman" w:eastAsia="Noto Sans CJK JP" w:cs="Noto Sans CJK JP"/>
        </w:rPr>
        <w:t>.xml</w:t>
      </w:r>
      <w:r>
        <w:rPr>
          <w:color w:val="404040"/>
          <w:sz w:val="24"/>
          <w:rFonts w:ascii="Inter" w:hAnsi="Inter" w:eastAsia="Noto Sans CJK JP" w:cs="Noto Sans CJK JP"/>
        </w:rPr>
        <w:t xml:space="preserve"> data template file. Once uploaded, confirm it appears as </w:t>
      </w:r>
      <w:r>
        <w:rPr>
          <w:color w:val="4472C4"/>
          <w:sz w:val="24"/>
          <w:rFonts w:ascii="Times New Roman" w:hAnsi="Times New Roman" w:eastAsia="Noto Sans CJK JP" w:cs="Noto Sans CJK JP"/>
        </w:rPr>
        <w:t>XXFIRST_REPORT_DATA_TEMPLATE.XML</w:t>
      </w:r>
      <w:r>
        <w:rPr>
          <w:color w:val="404040"/>
          <w:sz w:val="24"/>
          <w:rFonts w:ascii="Inter" w:hAnsi="Inter" w:eastAsia="Noto Sans CJK JP" w:cs="Noto Sans CJK JP"/>
        </w:rPr>
        <w:t xml:space="preserve"> with an </w:t>
      </w:r>
      <w:r>
        <w:rPr>
          <w:b/>
          <w:color w:val="404040"/>
          <w:sz w:val="24"/>
          <w:rFonts w:ascii="Inter" w:hAnsi="Inter" w:eastAsia="Noto Sans CJK JP" w:cs="Noto Sans CJK JP"/>
        </w:rPr>
        <w:t>Update file</w:t>
      </w:r>
      <w:r>
        <w:rPr>
          <w:color w:val="404040"/>
          <w:sz w:val="24"/>
          <w:rFonts w:ascii="Inter" w:hAnsi="Inter" w:eastAsia="Noto Sans CJK JP" w:cs="Noto Sans CJK JP"/>
        </w:rPr>
        <w:t xml:space="preserve"> option.</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Data Definition confirmation screen showing the file upload section with the data template attached</w:t>
      </w:r>
    </w:p>
    <w:p>
      <w:pPr>
        <w:pStyle w:val="Heading1"/>
        <w:keepNext/>
        <w:keepLines/>
        <w:outlineLvl w:val="0"/>
      </w:pPr>
      <w:r>
        <w:rPr>
          <w:b/>
          <w:color w:val="404040"/>
          <w:sz w:val="32"/>
          <w:rFonts w:ascii="Inter" w:hAnsi="Inter" w:eastAsia="Noto Sans CJK JP" w:cs="Noto Sans CJK JP"/>
        </w:rPr>
        <w:t>Step 6: Select the responsibility for the concurrent program</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Responsibilities</w:t>
      </w:r>
      <w:r>
        <w:rPr>
          <w:color w:val="404040"/>
          <w:sz w:val="24"/>
          <w:rFonts w:ascii="Inter" w:hAnsi="Inter" w:eastAsia="Noto Sans CJK JP" w:cs="Noto Sans CJK JP"/>
        </w:rPr>
        <w:t xml:space="preserve"> window, search for and select the appropriate responsibility (for example, </w:t>
      </w:r>
      <w:r>
        <w:rPr>
          <w:b/>
          <w:color w:val="404040"/>
          <w:sz w:val="24"/>
          <w:rFonts w:ascii="Inter" w:hAnsi="Inter" w:eastAsia="Noto Sans CJK JP" w:cs="Noto Sans CJK JP"/>
        </w:rPr>
        <w:t>ASSIGNMENT12_RESP</w:t>
      </w:r>
      <w:r>
        <w:rPr>
          <w:color w:val="404040"/>
          <w:sz w:val="24"/>
          <w:rFonts w:ascii="Inter" w:hAnsi="Inter" w:eastAsia="Noto Sans CJK JP" w:cs="Noto Sans CJK JP"/>
        </w:rPr>
        <w:t xml:space="preserve">),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Responsibilities selection window listing available responsibilities</w:t>
      </w:r>
    </w:p>
    <w:p>
      <w:pPr>
        <w:pStyle w:val="Heading1"/>
        <w:keepNext/>
        <w:keepLines/>
        <w:outlineLvl w:val="0"/>
      </w:pPr>
      <w:r>
        <w:rPr>
          <w:b/>
          <w:color w:val="404040"/>
          <w:sz w:val="32"/>
          <w:rFonts w:ascii="Inter" w:hAnsi="Inter" w:eastAsia="Noto Sans CJK JP" w:cs="Noto Sans CJK JP"/>
        </w:rPr>
        <w:t>Step 7: Define the concurrent program</w:t>
      </w:r>
    </w:p>
    <w:p>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Concurrent Programs</w:t>
      </w:r>
      <w:r>
        <w:rPr>
          <w:color w:val="404040"/>
          <w:sz w:val="24"/>
          <w:rFonts w:ascii="Inter" w:hAnsi="Inter" w:eastAsia="Noto Sans CJK JP" w:cs="Noto Sans CJK JP"/>
        </w:rPr>
        <w:t xml:space="preserve"> form and enter the following details:</w:t>
      </w:r>
    </w:p>
    <w:p>
      <w:pPr>
        <w:pStyle w:val="ListBullet2"/>
      </w:pPr>
      <w:r>
        <w:rPr>
          <w:b/>
          <w:color w:val="404040"/>
          <w:sz w:val="24"/>
          <w:rFonts w:ascii="Inter" w:hAnsi="Inter" w:eastAsia="Noto Sans CJK JP" w:cs="Noto Sans CJK JP"/>
        </w:rPr>
        <w:t>Program:</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XXFIRST_REPORT_DATA_TEMPLATE</w:t>
      </w:r>
    </w:p>
    <w:p>
      <w:pPr>
        <w:pStyle w:val="ListBullet2"/>
      </w:pPr>
      <w:r>
        <w:rPr>
          <w:b/>
          <w:color w:val="404040"/>
          <w:sz w:val="24"/>
          <w:rFonts w:ascii="Inter" w:hAnsi="Inter" w:eastAsia="Noto Sans CJK JP" w:cs="Noto Sans CJK JP"/>
        </w:rPr>
        <w:t>Short 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XXFIRST_REPORT_DATA_TEMPLATE</w:t>
      </w:r>
    </w:p>
    <w:p>
      <w:pPr>
        <w:pStyle w:val="ListBullet2"/>
      </w:pP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Order Management</w:t>
      </w:r>
    </w:p>
    <w:p>
      <w:pPr>
        <w:pStyle w:val="ListBullet2"/>
      </w:pPr>
      <w:r>
        <w:rPr>
          <w:b/>
          <w:color w:val="404040"/>
          <w:sz w:val="24"/>
          <w:rFonts w:ascii="Inter" w:hAnsi="Inter" w:eastAsia="Noto Sans CJK JP" w:cs="Noto Sans CJK JP"/>
        </w:rPr>
        <w:t>Executable: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xdo</w:t>
      </w:r>
    </w:p>
    <w:p>
      <w:pPr>
        <w:keepNext/>
        <w:keepLines/>
      </w:pPr>
      <w:r>
        <w:rPr>
          <w:color w:val="404040"/>
          <w:sz w:val="24"/>
          <w:rFonts w:ascii="Inter" w:hAnsi="Inter" w:eastAsia="Noto Sans CJK JP" w:cs="Noto Sans CJK JP"/>
        </w:rPr>
        <w:t xml:space="preserve">Ensure the </w:t>
      </w:r>
      <w:r>
        <w:rPr>
          <w:b/>
          <w:color w:val="404040"/>
          <w:sz w:val="24"/>
          <w:rFonts w:ascii="Inter" w:hAnsi="Inter" w:eastAsia="Noto Sans CJK JP" w:cs="Noto Sans CJK JP"/>
        </w:rPr>
        <w:t>Enabled</w:t>
      </w:r>
      <w:r>
        <w:rPr>
          <w:color w:val="404040"/>
          <w:sz w:val="24"/>
          <w:rFonts w:ascii="Inter" w:hAnsi="Inter" w:eastAsia="Noto Sans CJK JP" w:cs="Noto Sans CJK JP"/>
        </w:rPr>
        <w:t xml:space="preserve"> checkbox is selected, set the </w:t>
      </w:r>
      <w:r>
        <w:rPr>
          <w:b/>
          <w:color w:val="404040"/>
          <w:sz w:val="24"/>
          <w:rFonts w:ascii="Inter" w:hAnsi="Inter" w:eastAsia="Noto Sans CJK JP" w:cs="Noto Sans CJK JP"/>
        </w:rPr>
        <w:t>Output Format</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Text</w:t>
      </w:r>
      <w:r>
        <w:rPr>
          <w:color w:val="404040"/>
          <w:sz w:val="24"/>
          <w:rFonts w:ascii="Inter" w:hAnsi="Inter" w:eastAsia="Noto Sans CJK JP" w:cs="Noto Sans CJK JP"/>
        </w:rPr>
        <w:t xml:space="preserve"> initially, and check </w:t>
      </w:r>
      <w:r>
        <w:rPr>
          <w:b/>
          <w:color w:val="404040"/>
          <w:sz w:val="24"/>
          <w:rFonts w:ascii="Inter" w:hAnsi="Inter" w:eastAsia="Noto Sans CJK JP" w:cs="Noto Sans CJK JP"/>
        </w:rPr>
        <w:t>Use in SRS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Run Alone</w:t>
      </w:r>
      <w:r>
        <w:rPr>
          <w:color w:val="404040"/>
          <w:sz w:val="24"/>
          <w:rFonts w:ascii="Inter" w:hAnsi="Inter" w:eastAsia="Noto Sans CJK JP" w:cs="Noto Sans CJK JP"/>
        </w:rPr>
        <w:t xml:space="preserve"> as needed.</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Concurrent Programs form with the XXFIRST_REPORT_DATA_TEMPLATE details entered</w:t>
      </w:r>
    </w:p>
    <w:p>
      <w:pPr/>
      <w:r>
        <w:rPr>
          <w:color w:val="404040"/>
          <w:sz w:val="24"/>
          <w:rFonts w:ascii="Inter" w:hAnsi="Inter" w:eastAsia="Noto Sans CJK JP" w:cs="Noto Sans CJK JP"/>
        </w:rPr>
        <w:t>Next, complete the executable configuration:</w:t>
      </w:r>
    </w:p>
    <w:p>
      <w:pPr>
        <w:pStyle w:val="ListBullet2"/>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Executable</w:t>
      </w:r>
      <w:r>
        <w:rPr>
          <w:color w:val="404040"/>
          <w:sz w:val="24"/>
          <w:rFonts w:ascii="Inter" w:hAnsi="Inter" w:eastAsia="Noto Sans CJK JP" w:cs="Noto Sans CJK JP"/>
        </w:rPr>
        <w:t xml:space="preserve"> field, enter </w:t>
      </w:r>
      <w:r>
        <w:rPr>
          <w:color w:val="4472C4"/>
          <w:sz w:val="24"/>
          <w:rFonts w:ascii="Times New Roman" w:hAnsi="Times New Roman" w:eastAsia="Noto Sans CJK JP" w:cs="Noto Sans CJK JP"/>
        </w:rPr>
        <w:t>XDODTEXE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Method</w:t>
      </w:r>
      <w:r>
        <w:rPr>
          <w:color w:val="404040"/>
          <w:sz w:val="24"/>
          <w:rFonts w:ascii="Inter" w:hAnsi="Inter" w:eastAsia="Noto Sans CJK JP" w:cs="Noto Sans CJK JP"/>
        </w:rPr>
        <w:t xml:space="preserve"> field, enter </w:t>
      </w:r>
      <w:r>
        <w:rPr>
          <w:color w:val="4472C4"/>
          <w:sz w:val="24"/>
          <w:rFonts w:ascii="Times New Roman" w:hAnsi="Times New Roman" w:eastAsia="Noto Sans CJK JP" w:cs="Noto Sans CJK JP"/>
        </w:rPr>
        <w:t>Java Concurrent Program</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Output</w:t>
      </w:r>
      <w:r>
        <w:rPr>
          <w:color w:val="404040"/>
          <w:sz w:val="24"/>
          <w:rFonts w:ascii="Inter" w:hAnsi="Inter" w:eastAsia="Noto Sans CJK JP" w:cs="Noto Sans CJK JP"/>
        </w:rPr>
        <w:t xml:space="preserve"> section, select </w:t>
      </w:r>
      <w:r>
        <w:rPr>
          <w:color w:val="4472C4"/>
          <w:sz w:val="24"/>
          <w:rFonts w:ascii="Times New Roman" w:hAnsi="Times New Roman" w:eastAsia="Noto Sans CJK JP" w:cs="Noto Sans CJK JP"/>
        </w:rPr>
        <w:t>XML</w:t>
      </w:r>
      <w:r>
        <w:rPr>
          <w:color w:val="404040"/>
          <w:sz w:val="24"/>
          <w:rFonts w:ascii="Inter" w:hAnsi="Inter" w:eastAsia="Noto Sans CJK JP" w:cs="Noto Sans CJK JP"/>
        </w:rPr>
        <w:t xml:space="preserve"> from the format dropdown.</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Concurrent Programs form with Executable set to XDODTEXE and the Output Format dropdown open</w:t>
      </w:r>
    </w:p>
    <w:p>
      <w:pPr>
        <w:pStyle w:val="Heading1"/>
        <w:keepNext/>
        <w:keepLines/>
        <w:outlineLvl w:val="0"/>
      </w:pPr>
      <w:r>
        <w:rPr>
          <w:b/>
          <w:color w:val="404040"/>
          <w:sz w:val="32"/>
          <w:rFonts w:ascii="Inter" w:hAnsi="Inter" w:eastAsia="Noto Sans CJK JP" w:cs="Noto Sans CJK JP"/>
        </w:rPr>
        <w:t>Step 8: Attach the request group</w:t>
      </w:r>
    </w:p>
    <w:p>
      <w:pPr>
        <w:keepNext/>
        <w:keepLines/>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Request Group</w:t>
      </w:r>
      <w:r>
        <w:rPr>
          <w:color w:val="404040"/>
          <w:sz w:val="24"/>
          <w:rFonts w:ascii="Inter" w:hAnsi="Inter" w:eastAsia="Noto Sans CJK JP" w:cs="Noto Sans CJK JP"/>
        </w:rPr>
        <w:t xml:space="preserve"> assignment within the concurrent program definition and open the </w:t>
      </w:r>
      <w:r>
        <w:rPr>
          <w:b/>
          <w:color w:val="404040"/>
          <w:sz w:val="24"/>
          <w:rFonts w:ascii="Inter" w:hAnsi="Inter" w:eastAsia="Noto Sans CJK JP" w:cs="Noto Sans CJK JP"/>
        </w:rPr>
        <w:t>Request Groups</w:t>
      </w:r>
      <w:r>
        <w:rPr>
          <w:color w:val="404040"/>
          <w:sz w:val="24"/>
          <w:rFonts w:ascii="Inter" w:hAnsi="Inter" w:eastAsia="Noto Sans CJK JP" w:cs="Noto Sans CJK JP"/>
        </w:rPr>
        <w:t xml:space="preserve"> form. Enter or select the appropriate group, application, and code, then add the concurrent program so it can be run by users with the assigned responsibility.</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Request Groups form open with step-by-step instructions visible in a reference Notepad file</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11" name="Picture 11"/>
                  <wp:cNvGraphicFramePr>
                    <a:graphicFrameLocks noChangeAspect="1"/>
                  </wp:cNvGraphicFramePr>
                  <a:graphic>
                    <a:graphicData uri="http://schemas.openxmlformats.org/drawingml/2006/picture">
                      <pic:pic>
                        <pic:nvPicPr>
                          <pic:cNvPr id="0" name="info.png"/>
                          <pic:cNvPicPr/>
                        </pic:nvPicPr>
                        <pic:blipFill>
                          <a:blip r:embed="rId13"/>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Always verify that names, codes, and file attachments match exactly as specified. Coordinate with your Oracle Applications administrator if you encounter permission issues.</w:t>
            </w:r>
          </w:p>
        </w:tc>
      </w:tr>
    </w:tbl>
    <w:p>
      <w:pPr>
        <w:pStyle w:val="Heading1"/>
        <w:keepNext/>
        <w:keepLines/>
        <w:outlineLvl w:val="0"/>
      </w:pPr>
      <w:r>
        <w:rPr>
          <w:b/>
          <w:color w:val="404040"/>
          <w:sz w:val="32"/>
          <w:rFonts w:ascii="Inter" w:hAnsi="Inter" w:eastAsia="Noto Sans CJK JP" w:cs="Noto Sans CJK JP"/>
        </w:rPr>
        <w:t>Step 9: Open the Request Groups window and locate the program</w:t>
      </w:r>
    </w:p>
    <w:p>
      <w:pPr/>
      <w:r>
        <w:rPr>
          <w:color w:val="404040"/>
          <w:sz w:val="24"/>
          <w:rFonts w:ascii="Inter" w:hAnsi="Inter" w:eastAsia="Noto Sans CJK JP" w:cs="Noto Sans CJK JP"/>
        </w:rPr>
        <w:t xml:space="preserve">Launch Oracle Applications and navigate to the </w:t>
      </w:r>
      <w:r>
        <w:rPr>
          <w:b/>
          <w:color w:val="404040"/>
          <w:sz w:val="24"/>
          <w:rFonts w:ascii="Inter" w:hAnsi="Inter" w:eastAsia="Noto Sans CJK JP" w:cs="Noto Sans CJK JP"/>
        </w:rPr>
        <w:t>Request Groups</w:t>
      </w:r>
      <w:r>
        <w:rPr>
          <w:color w:val="404040"/>
          <w:sz w:val="24"/>
          <w:rFonts w:ascii="Inter" w:hAnsi="Inter" w:eastAsia="Noto Sans CJK JP" w:cs="Noto Sans CJK JP"/>
        </w:rPr>
        <w:t xml:space="preserve"> window. Enter the following:</w:t>
      </w:r>
    </w:p>
    <w:p>
      <w:pPr>
        <w:pStyle w:val="ListBullet2"/>
      </w:pPr>
      <w:r>
        <w:rPr>
          <w:b/>
          <w:color w:val="404040"/>
          <w:sz w:val="24"/>
          <w:rFonts w:ascii="Inter" w:hAnsi="Inter" w:eastAsia="Noto Sans CJK JP" w:cs="Noto Sans CJK JP"/>
        </w:rPr>
        <w:t>Group:</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OM Concurrent Programs</w:t>
      </w:r>
    </w:p>
    <w:p>
      <w:pPr>
        <w:pStyle w:val="ListBullet2"/>
      </w:pP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Order Management</w:t>
      </w:r>
    </w:p>
    <w:p>
      <w:pPr>
        <w:pStyle w:val="ListBullet2"/>
      </w:pPr>
      <w:r>
        <w:rPr>
          <w:b/>
          <w:color w:val="404040"/>
          <w:sz w:val="24"/>
          <w:rFonts w:ascii="Inter" w:hAnsi="Inter" w:eastAsia="Noto Sans CJK JP" w:cs="Noto Sans CJK JP"/>
        </w:rPr>
        <w:t>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OM_CONC_PROGRAMS</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Order Management Concurrent Programs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Requests</w:t>
      </w:r>
      <w:r>
        <w:rPr>
          <w:color w:val="404040"/>
          <w:sz w:val="24"/>
          <w:rFonts w:ascii="Inter" w:hAnsi="Inter" w:eastAsia="Noto Sans CJK JP" w:cs="Noto Sans CJK JP"/>
        </w:rPr>
        <w:t xml:space="preserve"> section, locate and highlight the row with </w:t>
      </w:r>
      <w:r>
        <w:rPr>
          <w:b/>
          <w:color w:val="404040"/>
          <w:sz w:val="24"/>
          <w:rFonts w:ascii="Inter" w:hAnsi="Inter" w:eastAsia="Noto Sans CJK JP" w:cs="Noto Sans CJK JP"/>
        </w:rPr>
        <w:t>Type: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Program</w:t>
      </w:r>
      <w:r>
        <w:rPr>
          <w:color w:val="404040"/>
          <w:sz w:val="24"/>
          <w:rFonts w:ascii="Inter" w:hAnsi="Inter" w:eastAsia="Noto Sans CJK JP" w:cs="Noto Sans CJK JP"/>
        </w:rPr>
        <w:t xml:space="preserv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XXFIRST_REPORT_DATA_TEMPLATE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Order Management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Request Groups window with XXFIRST_REPORT_DATA_TEMPLATE highlighted under Order Management</w:t>
      </w:r>
    </w:p>
    <w:p>
      <w:pPr>
        <w:pStyle w:val="Heading1"/>
        <w:keepNext/>
        <w:keepLines/>
        <w:outlineLvl w:val="0"/>
      </w:pPr>
      <w:r>
        <w:rPr>
          <w:b/>
          <w:color w:val="404040"/>
          <w:sz w:val="32"/>
          <w:rFonts w:ascii="Inter" w:hAnsi="Inter" w:eastAsia="Noto Sans CJK JP" w:cs="Noto Sans CJK JP"/>
        </w:rPr>
        <w:t>Step 10: Configure the concurrent program parameters</w:t>
      </w:r>
    </w:p>
    <w:p>
      <w:pPr>
        <w:keepNext/>
        <w:keepLines/>
      </w:pPr>
      <w:r>
        <w:rPr>
          <w:color w:val="404040"/>
          <w:sz w:val="24"/>
          <w:rFonts w:ascii="Inter" w:hAnsi="Inter" w:eastAsia="Noto Sans CJK JP" w:cs="Noto Sans CJK JP"/>
        </w:rPr>
        <w:t xml:space="preserve">Open the reference Notepad file and observe the highlighted parameter </w:t>
      </w:r>
      <w:r>
        <w:rPr>
          <w:color w:val="4472C4"/>
          <w:sz w:val="24"/>
          <w:rFonts w:ascii="Times New Roman" w:hAnsi="Times New Roman" w:eastAsia="Noto Sans CJK JP" w:cs="Noto Sans CJK JP"/>
        </w:rPr>
        <w:t>p_deptno</w:t>
      </w:r>
      <w:r>
        <w:rPr>
          <w:color w:val="404040"/>
          <w:sz w:val="24"/>
          <w:rFonts w:ascii="Inter" w:hAnsi="Inter" w:eastAsia="Noto Sans CJK JP" w:cs="Noto Sans CJK JP"/>
        </w:rPr>
        <w:t>, which is used in the report definition and must be configured in Oracle Applications.</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Notepad window with the p_deptno parameter highlighted</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Concurrent Program Parameters</w:t>
      </w:r>
      <w:r>
        <w:rPr>
          <w:color w:val="404040"/>
          <w:sz w:val="24"/>
          <w:rFonts w:ascii="Inter" w:hAnsi="Inter" w:eastAsia="Noto Sans CJK JP" w:cs="Noto Sans CJK JP"/>
        </w:rPr>
        <w:t xml:space="preserve"> window, enter:</w:t>
      </w:r>
    </w:p>
    <w:p>
      <w:pPr>
        <w:pStyle w:val="ListBullet2"/>
      </w:pPr>
      <w:r>
        <w:rPr>
          <w:b/>
          <w:color w:val="404040"/>
          <w:sz w:val="24"/>
          <w:rFonts w:ascii="Inter" w:hAnsi="Inter" w:eastAsia="Noto Sans CJK JP" w:cs="Noto Sans CJK JP"/>
        </w:rPr>
        <w:t>Program:</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XXFIRST_REPORT_DATA_TEMPLATE</w:t>
      </w:r>
    </w:p>
    <w:p>
      <w:pPr>
        <w:pStyle w:val="ListBullet2"/>
      </w:pP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Order Management</w:t>
      </w:r>
    </w:p>
    <w:p>
      <w:pPr>
        <w:pStyle w:val="ListBullet2"/>
      </w:pPr>
      <w:r>
        <w:rPr>
          <w:b/>
          <w:color w:val="404040"/>
          <w:sz w:val="24"/>
          <w:rFonts w:ascii="Inter" w:hAnsi="Inter" w:eastAsia="Noto Sans CJK JP" w:cs="Noto Sans CJK JP"/>
        </w:rPr>
        <w:t>Seq:</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10</w:t>
      </w:r>
    </w:p>
    <w:p>
      <w:pPr>
        <w:pStyle w:val="ListBullet2"/>
      </w:pPr>
      <w:r>
        <w:rPr>
          <w:b/>
          <w:color w:val="404040"/>
          <w:sz w:val="24"/>
          <w:rFonts w:ascii="Inter" w:hAnsi="Inter" w:eastAsia="Noto Sans CJK JP" w:cs="Noto Sans CJK JP"/>
        </w:rPr>
        <w:t>Parameter: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p_deptno</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Validation</w:t>
      </w:r>
      <w:r>
        <w:rPr>
          <w:color w:val="404040"/>
          <w:sz w:val="24"/>
          <w:rFonts w:ascii="Inter" w:hAnsi="Inter" w:eastAsia="Noto Sans CJK JP" w:cs="Noto Sans CJK JP"/>
        </w:rPr>
        <w:t xml:space="preserve"> section, click the </w:t>
      </w:r>
      <w:r>
        <w:rPr>
          <w:b/>
          <w:color w:val="404040"/>
          <w:sz w:val="24"/>
          <w:rFonts w:ascii="Inter" w:hAnsi="Inter" w:eastAsia="Noto Sans CJK JP" w:cs="Noto Sans CJK JP"/>
        </w:rPr>
        <w:t>Value Set</w:t>
      </w:r>
      <w:r>
        <w:rPr>
          <w:color w:val="404040"/>
          <w:sz w:val="24"/>
          <w:rFonts w:ascii="Inter" w:hAnsi="Inter" w:eastAsia="Noto Sans CJK JP" w:cs="Noto Sans CJK JP"/>
        </w:rPr>
        <w:t xml:space="preserve"> field to open the </w:t>
      </w:r>
      <w:r>
        <w:rPr>
          <w:b/>
          <w:color w:val="404040"/>
          <w:sz w:val="24"/>
          <w:rFonts w:ascii="Inter" w:hAnsi="Inter" w:eastAsia="Noto Sans CJK JP" w:cs="Noto Sans CJK JP"/>
        </w:rPr>
        <w:t>Value Sets</w:t>
      </w:r>
      <w:r>
        <w:rPr>
          <w:color w:val="404040"/>
          <w:sz w:val="24"/>
          <w:rFonts w:ascii="Inter" w:hAnsi="Inter" w:eastAsia="Noto Sans CJK JP" w:cs="Noto Sans CJK JP"/>
        </w:rPr>
        <w:t xml:space="preserve"> dialog, search for and select the appropriate value set (for example, </w:t>
      </w:r>
      <w:r>
        <w:rPr>
          <w:color w:val="4472C4"/>
          <w:sz w:val="24"/>
          <w:rFonts w:ascii="Times New Roman" w:hAnsi="Times New Roman" w:eastAsia="Noto Sans CJK JP" w:cs="Noto Sans CJK JP"/>
        </w:rPr>
        <w:t>10 Characters</w:t>
      </w:r>
      <w:r>
        <w:rPr>
          <w:color w:val="404040"/>
          <w:sz w:val="24"/>
          <w:rFonts w:ascii="Inter" w:hAnsi="Inter" w:eastAsia="Noto Sans CJK JP" w:cs="Noto Sans CJK JP"/>
        </w:rPr>
        <w:t xml:space="preserve">),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w:t>
      </w:r>
    </w:p>
    <w:p>
      <w:pPr>
        <w:pStyle w:val="Heading1"/>
        <w:keepNext/>
        <w:keepLines/>
        <w:outlineLvl w:val="0"/>
      </w:pPr>
      <w:r>
        <w:rPr>
          <w:b/>
          <w:color w:val="404040"/>
          <w:sz w:val="32"/>
          <w:rFonts w:ascii="Inter" w:hAnsi="Inter" w:eastAsia="Noto Sans CJK JP" w:cs="Noto Sans CJK JP"/>
        </w:rPr>
        <w:t>Step 11: Review the parameter configuration</w:t>
      </w:r>
    </w:p>
    <w:p>
      <w:pPr/>
      <w:r>
        <w:rPr>
          <w:color w:val="404040"/>
          <w:sz w:val="24"/>
          <w:rFonts w:ascii="Inter" w:hAnsi="Inter" w:eastAsia="Noto Sans CJK JP" w:cs="Noto Sans CJK JP"/>
        </w:rPr>
        <w:t xml:space="preserve">Verify the final parameter configuration in the </w:t>
      </w:r>
      <w:r>
        <w:rPr>
          <w:b/>
          <w:color w:val="404040"/>
          <w:sz w:val="24"/>
          <w:rFonts w:ascii="Inter" w:hAnsi="Inter" w:eastAsia="Noto Sans CJK JP" w:cs="Noto Sans CJK JP"/>
        </w:rPr>
        <w:t>Concurrent Program Parameters</w:t>
      </w:r>
      <w:r>
        <w:rPr>
          <w:color w:val="404040"/>
          <w:sz w:val="24"/>
          <w:rFonts w:ascii="Inter" w:hAnsi="Inter" w:eastAsia="Noto Sans CJK JP" w:cs="Noto Sans CJK JP"/>
        </w:rPr>
        <w:t xml:space="preserve"> window:</w:t>
      </w:r>
    </w:p>
    <w:p>
      <w:pPr>
        <w:pStyle w:val="ListBullet2"/>
      </w:pPr>
      <w:r>
        <w:rPr>
          <w:b/>
          <w:color w:val="404040"/>
          <w:sz w:val="24"/>
          <w:rFonts w:ascii="Inter" w:hAnsi="Inter" w:eastAsia="Noto Sans CJK JP" w:cs="Noto Sans CJK JP"/>
        </w:rPr>
        <w:t>Program:</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XXFIRST_REPORT_DATA_TEMPLATE</w:t>
      </w:r>
    </w:p>
    <w:p>
      <w:pPr>
        <w:pStyle w:val="ListBullet2"/>
      </w:pP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Order Management</w:t>
      </w:r>
    </w:p>
    <w:p>
      <w:pPr>
        <w:pStyle w:val="ListBullet2"/>
      </w:pPr>
      <w:r>
        <w:rPr>
          <w:b/>
          <w:color w:val="404040"/>
          <w:sz w:val="24"/>
          <w:rFonts w:ascii="Inter" w:hAnsi="Inter" w:eastAsia="Noto Sans CJK JP" w:cs="Noto Sans CJK JP"/>
        </w:rPr>
        <w:t>Parameter: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p_deptno</w:t>
      </w:r>
      <w:r>
        <w:rPr>
          <w:color w:val="404040"/>
          <w:sz w:val="24"/>
          <w:rFonts w:ascii="Inter" w:hAnsi="Inter" w:eastAsia="Noto Sans CJK JP" w:cs="Noto Sans CJK JP"/>
        </w:rPr>
        <w:t xml:space="preserve"> (Seq: 10)</w:t>
      </w:r>
    </w:p>
    <w:p>
      <w:pPr>
        <w:pStyle w:val="ListBullet2"/>
      </w:pPr>
      <w:r>
        <w:rPr>
          <w:b/>
          <w:color w:val="404040"/>
          <w:sz w:val="24"/>
          <w:rFonts w:ascii="Inter" w:hAnsi="Inter" w:eastAsia="Noto Sans CJK JP" w:cs="Noto Sans CJK JP"/>
        </w:rPr>
        <w:t>Value Set: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10 Characters</w:t>
      </w:r>
    </w:p>
    <w:p>
      <w:pPr>
        <w:pStyle w:val="ListBullet2"/>
      </w:pPr>
      <w:r>
        <w:rPr>
          <w:b/>
          <w:color w:val="404040"/>
          <w:sz w:val="24"/>
          <w:rFonts w:ascii="Inter" w:hAnsi="Inter" w:eastAsia="Noto Sans CJK JP" w:cs="Noto Sans CJK JP"/>
        </w:rPr>
        <w:t>Prompt: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p_deptno</w:t>
      </w:r>
    </w:p>
    <w:p>
      <w:pPr>
        <w:pStyle w:val="ListBullet2"/>
      </w:pPr>
      <w:r>
        <w:rPr>
          <w:b/>
          <w:color w:val="404040"/>
          <w:sz w:val="24"/>
          <w:rFonts w:ascii="Inter" w:hAnsi="Inter" w:eastAsia="Noto Sans CJK JP" w:cs="Noto Sans CJK JP"/>
        </w:rPr>
        <w:t>Token: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deptno</w:t>
      </w:r>
    </w:p>
    <w:p>
      <w:pPr>
        <w:pStyle w:val="ListBullet2"/>
      </w:pPr>
      <w:r>
        <w:rPr>
          <w:b/>
          <w:color w:val="404040"/>
          <w:sz w:val="24"/>
          <w:rFonts w:ascii="Inter" w:hAnsi="Inter" w:eastAsia="Noto Sans CJK JP" w:cs="Noto Sans CJK JP"/>
        </w:rPr>
        <w:t>Display Size: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10</w:t>
      </w:r>
    </w:p>
    <w:p>
      <w:pPr>
        <w:pStyle w:val="ListBullet2"/>
      </w:pPr>
      <w:r>
        <w:rPr>
          <w:b/>
          <w:color w:val="404040"/>
          <w:sz w:val="24"/>
          <w:rFonts w:ascii="Inter" w:hAnsi="Inter" w:eastAsia="Noto Sans CJK JP" w:cs="Noto Sans CJK JP"/>
        </w:rPr>
        <w:t>Description Size: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50</w:t>
      </w:r>
    </w:p>
    <w:p>
      <w:pPr>
        <w:keepNext/>
        <w:keepLines/>
      </w:pPr>
      <w:r>
        <w:rPr>
          <w:color w:val="404040"/>
          <w:sz w:val="24"/>
          <w:rFonts w:ascii="Inter" w:hAnsi="Inter" w:eastAsia="Noto Sans CJK JP" w:cs="Noto Sans CJK JP"/>
        </w:rPr>
        <w:t>Ensure all fields are filled in as shown and the parameter is enabled if required.</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Concurrent Program Parameters window showing the p_deptno parameter and value set details</w:t>
      </w:r>
    </w:p>
    <w:p>
      <w:pPr>
        <w:pStyle w:val="Heading1"/>
        <w:keepNext/>
        <w:keepLines/>
        <w:outlineLvl w:val="0"/>
      </w:pPr>
      <w:r>
        <w:rPr>
          <w:b/>
          <w:color w:val="404040"/>
          <w:sz w:val="32"/>
          <w:rFonts w:ascii="Inter" w:hAnsi="Inter" w:eastAsia="Noto Sans CJK JP" w:cs="Noto Sans CJK JP"/>
        </w:rPr>
        <w:t>Step 12: Submit a new request</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Find Requests</w:t>
      </w:r>
      <w:r>
        <w:rPr>
          <w:color w:val="404040"/>
          <w:sz w:val="24"/>
          <w:rFonts w:ascii="Inter" w:hAnsi="Inter" w:eastAsia="Noto Sans CJK JP" w:cs="Noto Sans CJK JP"/>
        </w:rPr>
        <w:t xml:space="preserve"> dialog and select </w:t>
      </w:r>
      <w:r>
        <w:rPr>
          <w:b/>
          <w:color w:val="404040"/>
          <w:sz w:val="24"/>
          <w:rFonts w:ascii="Inter" w:hAnsi="Inter" w:eastAsia="Noto Sans CJK JP" w:cs="Noto Sans CJK JP"/>
        </w:rPr>
        <w:t>Submit a New Request</w:t>
      </w:r>
      <w:r>
        <w:rPr>
          <w:color w:val="404040"/>
          <w:sz w:val="24"/>
          <w:rFonts w:ascii="Inter" w:hAnsi="Inter" w:eastAsia="Noto Sans CJK JP" w:cs="Noto Sans CJK JP"/>
        </w:rPr>
        <w:t xml:space="preserve">. In the "What type of request do you want to run?" dialog, choose </w:t>
      </w:r>
      <w:r>
        <w:rPr>
          <w:b/>
          <w:color w:val="404040"/>
          <w:sz w:val="24"/>
          <w:rFonts w:ascii="Inter" w:hAnsi="Inter" w:eastAsia="Noto Sans CJK JP" w:cs="Noto Sans CJK JP"/>
        </w:rPr>
        <w:t>Single Request</w:t>
      </w:r>
      <w:r>
        <w:rPr>
          <w:color w:val="404040"/>
          <w:sz w:val="24"/>
          <w:rFonts w:ascii="Inter" w:hAnsi="Inter" w:eastAsia="Noto Sans CJK JP" w:cs="Noto Sans CJK JP"/>
        </w:rPr>
        <w:t xml:space="preserve">,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Find Requests dialog with Single Request selected and the OK button highlighted</w:t>
      </w:r>
    </w:p>
    <w:p>
      <w:pPr>
        <w:keepNext/>
        <w:keepLines/>
      </w:pPr>
      <w:r>
        <w:rPr>
          <w:color w:val="404040"/>
          <w:sz w:val="24"/>
          <w:rFonts w:ascii="Inter" w:hAnsi="Inter" w:eastAsia="Noto Sans CJK JP" w:cs="Noto Sans CJK JP"/>
        </w:rPr>
        <w:t xml:space="preserve">If you decide not to proceed, click </w:t>
      </w:r>
      <w:r>
        <w:rPr>
          <w:b/>
          <w:color w:val="404040"/>
          <w:sz w:val="24"/>
          <w:rFonts w:ascii="Inter" w:hAnsi="Inter" w:eastAsia="Noto Sans CJK JP" w:cs="Noto Sans CJK JP"/>
        </w:rPr>
        <w:t>Cancel</w:t>
      </w:r>
      <w:r>
        <w:rPr>
          <w:color w:val="404040"/>
          <w:sz w:val="24"/>
          <w:rFonts w:ascii="Inter" w:hAnsi="Inter" w:eastAsia="Noto Sans CJK JP" w:cs="Noto Sans CJK JP"/>
        </w:rPr>
        <w:t xml:space="preserve"> in the same dialog to exit the submission process.</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Find Requests dialog with the Cancel button highlighted</w:t>
      </w:r>
    </w:p>
    <w:p>
      <w:pPr>
        <w:pStyle w:val="Heading1"/>
        <w:keepNext/>
        <w:keepLines/>
        <w:outlineLvl w:val="0"/>
      </w:pPr>
      <w:r>
        <w:rPr>
          <w:b/>
          <w:color w:val="404040"/>
          <w:sz w:val="32"/>
          <w:rFonts w:ascii="Inter" w:hAnsi="Inter" w:eastAsia="Noto Sans CJK JP" w:cs="Noto Sans CJK JP"/>
        </w:rPr>
        <w:t>Step 13: View completed requests and the XML output</w:t>
      </w:r>
    </w:p>
    <w:p>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Find Requests</w:t>
      </w:r>
      <w:r>
        <w:rPr>
          <w:color w:val="404040"/>
          <w:sz w:val="24"/>
          <w:rFonts w:ascii="Inter" w:hAnsi="Inter" w:eastAsia="Noto Sans CJK JP" w:cs="Noto Sans CJK JP"/>
        </w:rPr>
        <w:t xml:space="preserve"> window and review the list of completed requests, including request IDs, names (such as </w:t>
      </w:r>
      <w:r>
        <w:rPr>
          <w:color w:val="4472C4"/>
          <w:sz w:val="24"/>
          <w:rFonts w:ascii="Times New Roman" w:hAnsi="Times New Roman" w:eastAsia="Noto Sans CJK JP" w:cs="Noto Sans CJK JP"/>
        </w:rPr>
        <w:t>XXFIRST_REPORT_DATA_TEMPLATE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XXFIRST_REPORT_PL</w:t>
      </w:r>
      <w:r>
        <w:rPr>
          <w:color w:val="404040"/>
          <w:sz w:val="24"/>
          <w:rFonts w:ascii="Inter" w:hAnsi="Inter" w:eastAsia="Noto Sans CJK JP" w:cs="Noto Sans CJK JP"/>
        </w:rPr>
        <w:t>), status, and parameters. All relevant requests should show a status of "Completed" and "Normal".</w:t>
      </w:r>
    </w:p>
    <w:p>
      <w:pPr/>
      <w:r>
        <w:rPr>
          <w:color w:val="404040"/>
          <w:sz w:val="24"/>
          <w:rFonts w:ascii="Inter" w:hAnsi="Inter" w:eastAsia="Noto Sans CJK JP" w:cs="Noto Sans CJK JP"/>
        </w:rPr>
        <w:t xml:space="preserve">Select the relevant request and click </w:t>
      </w:r>
      <w:r>
        <w:rPr>
          <w:b/>
          <w:color w:val="404040"/>
          <w:sz w:val="24"/>
          <w:rFonts w:ascii="Inter" w:hAnsi="Inter" w:eastAsia="Noto Sans CJK JP" w:cs="Noto Sans CJK JP"/>
        </w:rPr>
        <w:t>View Output</w:t>
      </w:r>
      <w:r>
        <w:rPr>
          <w:color w:val="404040"/>
          <w:sz w:val="24"/>
          <w:rFonts w:ascii="Inter" w:hAnsi="Inter" w:eastAsia="Noto Sans CJK JP" w:cs="Noto Sans CJK JP"/>
        </w:rPr>
        <w:t xml:space="preserve"> to display the generated XML. Confirm the structure:</w:t>
      </w:r>
    </w:p>
    <w:p>
      <w:pPr>
        <w:pStyle w:val="ListBullet2"/>
      </w:pPr>
      <w:r>
        <w:rPr>
          <w:color w:val="404040"/>
          <w:sz w:val="24"/>
          <w:rFonts w:ascii="Inter" w:hAnsi="Inter" w:eastAsia="Noto Sans CJK JP" w:cs="Noto Sans CJK JP"/>
        </w:rPr>
        <w:t xml:space="preserve">Root element: </w:t>
      </w:r>
      <w:r>
        <w:rPr>
          <w:color w:val="4472C4"/>
          <w:sz w:val="24"/>
          <w:rFonts w:ascii="Times New Roman" w:hAnsi="Times New Roman" w:eastAsia="Noto Sans CJK JP" w:cs="Noto Sans CJK JP"/>
        </w:rPr>
        <w:t>&lt;EMP_DATA_TEMPLATE&gt;</w:t>
      </w:r>
    </w:p>
    <w:p>
      <w:pPr>
        <w:pStyle w:val="ListBullet2"/>
      </w:pPr>
      <w:r>
        <w:rPr>
          <w:color w:val="404040"/>
          <w:sz w:val="24"/>
          <w:rFonts w:ascii="Inter" w:hAnsi="Inter" w:eastAsia="Noto Sans CJK JP" w:cs="Noto Sans CJK JP"/>
        </w:rPr>
        <w:t xml:space="preserve">Parameter: </w:t>
      </w:r>
      <w:r>
        <w:rPr>
          <w:color w:val="4472C4"/>
          <w:sz w:val="24"/>
          <w:rFonts w:ascii="Times New Roman" w:hAnsi="Times New Roman" w:eastAsia="Noto Sans CJK JP" w:cs="Noto Sans CJK JP"/>
        </w:rPr>
        <w:t>&lt;P_DEPTNO&gt;20&lt;/P_DEPTNO&gt;</w:t>
      </w:r>
    </w:p>
    <w:p>
      <w:pPr>
        <w:pStyle w:val="ListBullet2"/>
        <w:keepNext/>
        <w:keepLines/>
      </w:pPr>
      <w:r>
        <w:rPr>
          <w:color w:val="404040"/>
          <w:sz w:val="24"/>
          <w:rFonts w:ascii="Inter" w:hAnsi="Inter" w:eastAsia="Noto Sans CJK JP" w:cs="Noto Sans CJK JP"/>
        </w:rPr>
        <w:t xml:space="preserve">A list of employees with </w:t>
      </w:r>
      <w:r>
        <w:rPr>
          <w:color w:val="4472C4"/>
          <w:sz w:val="24"/>
          <w:rFonts w:ascii="Times New Roman" w:hAnsi="Times New Roman" w:eastAsia="Noto Sans CJK JP" w:cs="Noto Sans CJK JP"/>
        </w:rPr>
        <w:t>&lt;EMPNO&gt;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&lt;ENAME&gt;</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&lt;SAL&gt;</w:t>
      </w:r>
      <w:r>
        <w:rPr>
          <w:color w:val="404040"/>
          <w:sz w:val="24"/>
          <w:rFonts w:ascii="Inter" w:hAnsi="Inter" w:eastAsia="Noto Sans CJK JP" w:cs="Noto Sans CJK JP"/>
        </w:rPr>
        <w:t xml:space="preserve"> tags</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Find Requests window with completed requests and the XML output shown in a browser</w:t>
      </w:r>
    </w:p>
    <w:p>
      <w:pPr>
        <w:keepNext/>
        <w:keepLines/>
      </w:pPr>
      <w:r>
        <w:rPr>
          <w:color w:val="404040"/>
          <w:sz w:val="24"/>
          <w:rFonts w:ascii="Inter" w:hAnsi="Inter" w:eastAsia="Noto Sans CJK JP" w:cs="Noto Sans CJK JP"/>
        </w:rPr>
        <w:t xml:space="preserve">Examine the output in detail to confirm the correct parameter value, verify that employee data is structured under </w:t>
      </w:r>
      <w:r>
        <w:rPr>
          <w:color w:val="4472C4"/>
          <w:sz w:val="24"/>
          <w:rFonts w:ascii="Times New Roman" w:hAnsi="Times New Roman" w:eastAsia="Noto Sans CJK JP" w:cs="Noto Sans CJK JP"/>
        </w:rPr>
        <w:t>&lt;LIST_G_EMP&gt;</w:t>
      </w:r>
      <w:r>
        <w:rPr>
          <w:color w:val="404040"/>
          <w:sz w:val="24"/>
          <w:rFonts w:ascii="Inter" w:hAnsi="Inter" w:eastAsia="Noto Sans CJK JP" w:cs="Noto Sans CJK JP"/>
        </w:rPr>
        <w:t>, and ensure all tags are properly closed and the XML is well-formed.</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Browser window displaying the XML output with employee data</w:t>
      </w:r>
    </w:p>
    <w:p>
      <w:pPr>
        <w:pStyle w:val="Heading1"/>
        <w:keepNext/>
        <w:keepLines/>
        <w:outlineLvl w:val="0"/>
      </w:pPr>
      <w:r>
        <w:rPr>
          <w:b/>
          <w:color w:val="404040"/>
          <w:sz w:val="32"/>
          <w:rFonts w:ascii="Inter" w:hAnsi="Inter" w:eastAsia="Noto Sans CJK JP" w:cs="Noto Sans CJK JP"/>
        </w:rPr>
        <w:t>Step 14: Select the XML output file for the RTF template</w:t>
      </w:r>
    </w:p>
    <w:p>
      <w:pPr>
        <w:keepNext/>
        <w:keepLines/>
      </w:pPr>
      <w:r>
        <w:rPr>
          <w:color w:val="404040"/>
          <w:sz w:val="24"/>
          <w:rFonts w:ascii="Inter" w:hAnsi="Inter" w:eastAsia="Noto Sans CJK JP" w:cs="Noto Sans CJK JP"/>
        </w:rPr>
        <w:t xml:space="preserve">In Microsoft Word, with the XML Publisher Template Builder add-in active, open the "Please select XML data" dialog. Navigate to the </w:t>
      </w:r>
      <w:r>
        <w:rPr>
          <w:color w:val="4472C4"/>
          <w:sz w:val="24"/>
          <w:rFonts w:ascii="Times New Roman" w:hAnsi="Times New Roman" w:eastAsia="Noto Sans CJK JP" w:cs="Noto Sans CJK JP"/>
        </w:rPr>
        <w:t>XML Report with Data_Template</w:t>
      </w:r>
      <w:r>
        <w:rPr>
          <w:color w:val="404040"/>
          <w:sz w:val="24"/>
          <w:rFonts w:ascii="Inter" w:hAnsi="Inter" w:eastAsia="Noto Sans CJK JP" w:cs="Noto Sans CJK JP"/>
        </w:rPr>
        <w:t xml:space="preserve"> directory, select the output file </w:t>
      </w:r>
      <w:r>
        <w:rPr>
          <w:color w:val="4472C4"/>
          <w:sz w:val="24"/>
          <w:rFonts w:ascii="Times New Roman" w:hAnsi="Times New Roman" w:eastAsia="Noto Sans CJK JP" w:cs="Noto Sans CJK JP"/>
        </w:rPr>
        <w:t>XXFIRST_REPORT_DATA_TEMPLATE_OUTPUT.XML</w:t>
      </w:r>
      <w:r>
        <w:rPr>
          <w:color w:val="404040"/>
          <w:sz w:val="24"/>
          <w:rFonts w:ascii="Inter" w:hAnsi="Inter" w:eastAsia="Noto Sans CJK JP" w:cs="Noto Sans CJK JP"/>
        </w:rPr>
        <w:t xml:space="preserve">, and click </w:t>
      </w:r>
      <w:r>
        <w:rPr>
          <w:b/>
          <w:color w:val="404040"/>
          <w:sz w:val="24"/>
          <w:rFonts w:ascii="Inter" w:hAnsi="Inter" w:eastAsia="Noto Sans CJK JP" w:cs="Noto Sans CJK JP"/>
        </w:rPr>
        <w:t>Open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Microsoft Word XML data selection dialog with the output XML file highlighted</w:t>
      </w:r>
    </w:p>
    <w:p>
      <w:pPr>
        <w:pStyle w:val="Heading1"/>
        <w:keepNext/>
        <w:keepLines/>
        <w:outlineLvl w:val="0"/>
      </w:pPr>
      <w:r>
        <w:rPr>
          <w:b/>
          <w:color w:val="404040"/>
          <w:sz w:val="32"/>
          <w:rFonts w:ascii="Inter" w:hAnsi="Inter" w:eastAsia="Noto Sans CJK JP" w:cs="Noto Sans CJK JP"/>
        </w:rPr>
        <w:t>Step 15: Preview the RTF template and save it</w:t>
      </w:r>
    </w:p>
    <w:p>
      <w:pPr/>
      <w:r>
        <w:rPr>
          <w:color w:val="404040"/>
          <w:sz w:val="24"/>
          <w:rFonts w:ascii="Inter" w:hAnsi="Inter" w:eastAsia="Noto Sans CJK JP" w:cs="Noto Sans CJK JP"/>
        </w:rPr>
        <w:t xml:space="preserve">Preview the RTF template with the loaded XML data in Microsoft Word, and observe the table structure with columns </w:t>
      </w:r>
      <w:r>
        <w:rPr>
          <w:color w:val="4472C4"/>
          <w:sz w:val="24"/>
          <w:rFonts w:ascii="Times New Roman" w:hAnsi="Times New Roman" w:eastAsia="Noto Sans CJK JP" w:cs="Noto Sans CJK JP"/>
        </w:rPr>
        <w:t>Empno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Ename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Sal</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A prompt appears stating that the function requires the document to be in Rich Text Format (.rtf), and that you will be prompted to save the document as RTF before XML Publisher continues.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Microsoft Word showing the RTF template preview and the format prompt dialog</w:t>
      </w:r>
    </w:p>
    <w:p>
      <w:pPr>
        <w:keepNext/>
        <w:keepLines/>
      </w:pPr>
      <w:r>
        <w:rPr>
          <w:color w:val="404040"/>
          <w:sz w:val="24"/>
          <w:rFonts w:ascii="Inter" w:hAnsi="Inter" w:eastAsia="Noto Sans CJK JP" w:cs="Noto Sans CJK JP"/>
        </w:rPr>
        <w:t xml:space="preserve">When the </w:t>
      </w:r>
      <w:r>
        <w:rPr>
          <w:b/>
          <w:color w:val="404040"/>
          <w:sz w:val="24"/>
          <w:rFonts w:ascii="Inter" w:hAnsi="Inter" w:eastAsia="Noto Sans CJK JP" w:cs="Noto Sans CJK JP"/>
        </w:rPr>
        <w:t>Save As</w:t>
      </w:r>
      <w:r>
        <w:rPr>
          <w:color w:val="404040"/>
          <w:sz w:val="24"/>
          <w:rFonts w:ascii="Inter" w:hAnsi="Inter" w:eastAsia="Noto Sans CJK JP" w:cs="Noto Sans CJK JP"/>
        </w:rPr>
        <w:t xml:space="preserve"> dialog appears, navigate to the </w:t>
      </w:r>
      <w:r>
        <w:rPr>
          <w:color w:val="4472C4"/>
          <w:sz w:val="24"/>
          <w:rFonts w:ascii="Times New Roman" w:hAnsi="Times New Roman" w:eastAsia="Noto Sans CJK JP" w:cs="Noto Sans CJK JP"/>
        </w:rPr>
        <w:t>XML Report with Data_Template</w:t>
      </w:r>
      <w:r>
        <w:rPr>
          <w:color w:val="404040"/>
          <w:sz w:val="24"/>
          <w:rFonts w:ascii="Inter" w:hAnsi="Inter" w:eastAsia="Noto Sans CJK JP" w:cs="Noto Sans CJK JP"/>
        </w:rPr>
        <w:t xml:space="preserve"> folder, enter the file name </w:t>
      </w:r>
      <w:r>
        <w:rPr>
          <w:color w:val="4472C4"/>
          <w:sz w:val="24"/>
          <w:rFonts w:ascii="Times New Roman" w:hAnsi="Times New Roman" w:eastAsia="Noto Sans CJK JP" w:cs="Noto Sans CJK JP"/>
        </w:rPr>
        <w:t>TemplateBuilder.rtf</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RTF files (*.rtf)</w:t>
      </w:r>
      <w:r>
        <w:rPr>
          <w:color w:val="404040"/>
          <w:sz w:val="24"/>
          <w:rFonts w:ascii="Inter" w:hAnsi="Inter" w:eastAsia="Noto Sans CJK JP" w:cs="Noto Sans CJK JP"/>
        </w:rPr>
        <w:t xml:space="preserve"> from the </w:t>
      </w:r>
      <w:r>
        <w:rPr>
          <w:b/>
          <w:color w:val="404040"/>
          <w:sz w:val="24"/>
          <w:rFonts w:ascii="Inter" w:hAnsi="Inter" w:eastAsia="Noto Sans CJK JP" w:cs="Noto Sans CJK JP"/>
        </w:rPr>
        <w:t>Save as type</w:t>
      </w:r>
      <w:r>
        <w:rPr>
          <w:color w:val="404040"/>
          <w:sz w:val="24"/>
          <w:rFonts w:ascii="Inter" w:hAnsi="Inter" w:eastAsia="Noto Sans CJK JP" w:cs="Noto Sans CJK JP"/>
        </w:rPr>
        <w:t xml:space="preserve"> dropdown, and click </w:t>
      </w:r>
      <w:r>
        <w:rPr>
          <w:b/>
          <w:color w:val="404040"/>
          <w:sz w:val="24"/>
          <w:rFonts w:ascii="Inter" w:hAnsi="Inter" w:eastAsia="Noto Sans CJK JP" w:cs="Noto Sans CJK JP"/>
        </w:rPr>
        <w:t>Save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Microsoft Word Save As dialog with RTF file type selected and the file name TemplateBuilder.rtf</w:t>
      </w:r>
    </w:p>
    <w:p>
      <w:pPr>
        <w:pStyle w:val="Heading1"/>
        <w:keepNext/>
        <w:keepLines/>
        <w:outlineLvl w:val="0"/>
      </w:pPr>
      <w:r>
        <w:rPr>
          <w:b/>
          <w:color w:val="404040"/>
          <w:sz w:val="32"/>
          <w:rFonts w:ascii="Inter" w:hAnsi="Inter" w:eastAsia="Noto Sans CJK JP" w:cs="Noto Sans CJK JP"/>
        </w:rPr>
        <w:t>Step 16: Associate the template with an application</w:t>
      </w:r>
    </w:p>
    <w:p>
      <w:pPr>
        <w:keepNext/>
        <w:keepLines/>
      </w:pPr>
      <w:r>
        <w:rPr>
          <w:color w:val="404040"/>
          <w:sz w:val="24"/>
          <w:rFonts w:ascii="Inter" w:hAnsi="Inter" w:eastAsia="Noto Sans CJK JP" w:cs="Noto Sans CJK JP"/>
        </w:rPr>
        <w:t xml:space="preserve">In Oracle Applications, on the </w:t>
      </w:r>
      <w:r>
        <w:rPr>
          <w:b/>
          <w:color w:val="404040"/>
          <w:sz w:val="24"/>
          <w:rFonts w:ascii="Inter" w:hAnsi="Inter" w:eastAsia="Noto Sans CJK JP" w:cs="Noto Sans CJK JP"/>
        </w:rPr>
        <w:t>Create Template</w:t>
      </w:r>
      <w:r>
        <w:rPr>
          <w:color w:val="404040"/>
          <w:sz w:val="24"/>
          <w:rFonts w:ascii="Inter" w:hAnsi="Inter" w:eastAsia="Noto Sans CJK JP" w:cs="Noto Sans CJK JP"/>
        </w:rPr>
        <w:t xml:space="preserve"> screen, click the search icon next to the </w:t>
      </w: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field. In the "Search and Select: Application" dialog, search by name (for example, "Order"), and select the appropriate application from the results, such as Order Entry (OE), Order Management (ONT), or Order Capture (ASO). Click </w:t>
      </w:r>
      <w:r>
        <w:rPr>
          <w:b/>
          <w:color w:val="404040"/>
          <w:sz w:val="24"/>
          <w:rFonts w:ascii="Inter" w:hAnsi="Inter" w:eastAsia="Noto Sans CJK JP" w:cs="Noto Sans CJK JP"/>
        </w:rPr>
        <w:t>Select</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Create Template screen with the Search and Select Application dialog open</w:t>
      </w:r>
    </w:p>
    <w:p>
      <w:pPr>
        <w:pStyle w:val="Heading1"/>
        <w:keepNext/>
        <w:keepLines/>
        <w:outlineLvl w:val="0"/>
      </w:pPr>
      <w:r>
        <w:rPr>
          <w:b/>
          <w:color w:val="404040"/>
          <w:sz w:val="32"/>
          <w:rFonts w:ascii="Inter" w:hAnsi="Inter" w:eastAsia="Noto Sans CJK JP" w:cs="Noto Sans CJK JP"/>
        </w:rPr>
        <w:t>Step 17: Set the default output type</w:t>
      </w:r>
    </w:p>
    <w:p>
      <w:pPr>
        <w:keepNext/>
        <w:keepLines/>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Create Template</w:t>
      </w:r>
      <w:r>
        <w:rPr>
          <w:color w:val="404040"/>
          <w:sz w:val="24"/>
          <w:rFonts w:ascii="Inter" w:hAnsi="Inter" w:eastAsia="Noto Sans CJK JP" w:cs="Noto Sans CJK JP"/>
        </w:rPr>
        <w:t xml:space="preserve"> screen, set the </w:t>
      </w:r>
      <w:r>
        <w:rPr>
          <w:b/>
          <w:color w:val="404040"/>
          <w:sz w:val="24"/>
          <w:rFonts w:ascii="Inter" w:hAnsi="Inter" w:eastAsia="Noto Sans CJK JP" w:cs="Noto Sans CJK JP"/>
        </w:rPr>
        <w:t>Default Output Type</w:t>
      </w:r>
      <w:r>
        <w:rPr>
          <w:color w:val="404040"/>
          <w:sz w:val="24"/>
          <w:rFonts w:ascii="Inter" w:hAnsi="Inter" w:eastAsia="Noto Sans CJK JP" w:cs="Noto Sans CJK JP"/>
        </w:rPr>
        <w:t xml:space="preserve"> dropdown to the desired format. Available options include EXCEL, EDI, HTML, PDF, and RTF. Select </w:t>
      </w:r>
      <w:r>
        <w:rPr>
          <w:b/>
          <w:color w:val="404040"/>
          <w:sz w:val="24"/>
          <w:rFonts w:ascii="Inter" w:hAnsi="Inter" w:eastAsia="Noto Sans CJK JP" w:cs="Noto Sans CJK JP"/>
        </w:rPr>
        <w:t>PDF</w:t>
      </w:r>
      <w:r>
        <w:rPr>
          <w:color w:val="404040"/>
          <w:sz w:val="24"/>
          <w:rFonts w:ascii="Inter" w:hAnsi="Inter" w:eastAsia="Noto Sans CJK JP" w:cs="Noto Sans CJK JP"/>
        </w:rPr>
        <w:t xml:space="preserve"> as the default output type for this template.</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Create Template screen with the Default Output Type dropdown open</w:t>
      </w:r>
    </w:p>
    <w:p>
      <w:pPr>
        <w:pStyle w:val="Heading1"/>
        <w:keepNext/>
        <w:keepLines/>
        <w:outlineLvl w:val="0"/>
      </w:pPr>
      <w:r>
        <w:rPr>
          <w:b/>
          <w:color w:val="404040"/>
          <w:sz w:val="32"/>
          <w:rFonts w:ascii="Inter" w:hAnsi="Inter" w:eastAsia="Noto Sans CJK JP" w:cs="Noto Sans CJK JP"/>
        </w:rPr>
        <w:t>Step 18: Attach the output XML file to the template</w:t>
      </w:r>
    </w:p>
    <w:p>
      <w:pPr>
        <w:keepNext/>
        <w:keepLines/>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Create Template</w:t>
      </w:r>
      <w:r>
        <w:rPr>
          <w:color w:val="404040"/>
          <w:sz w:val="24"/>
          <w:rFonts w:ascii="Inter" w:hAnsi="Inter" w:eastAsia="Noto Sans CJK JP" w:cs="Noto Sans CJK JP"/>
        </w:rPr>
        <w:t xml:space="preserve"> screen, click </w:t>
      </w:r>
      <w:r>
        <w:rPr>
          <w:b/>
          <w:color w:val="404040"/>
          <w:sz w:val="24"/>
          <w:rFonts w:ascii="Inter" w:hAnsi="Inter" w:eastAsia="Noto Sans CJK JP" w:cs="Noto Sans CJK JP"/>
        </w:rPr>
        <w:t>Browse</w:t>
      </w:r>
      <w:r>
        <w:rPr>
          <w:color w:val="404040"/>
          <w:sz w:val="24"/>
          <w:rFonts w:ascii="Inter" w:hAnsi="Inter" w:eastAsia="Noto Sans CJK JP" w:cs="Noto Sans CJK JP"/>
        </w:rPr>
        <w:t xml:space="preserve"> next to the </w:t>
      </w:r>
      <w:r>
        <w:rPr>
          <w:b/>
          <w:color w:val="404040"/>
          <w:sz w:val="24"/>
          <w:rFonts w:ascii="Inter" w:hAnsi="Inter" w:eastAsia="Noto Sans CJK JP" w:cs="Noto Sans CJK JP"/>
        </w:rPr>
        <w:t>File</w:t>
      </w:r>
      <w:r>
        <w:rPr>
          <w:color w:val="404040"/>
          <w:sz w:val="24"/>
          <w:rFonts w:ascii="Inter" w:hAnsi="Inter" w:eastAsia="Noto Sans CJK JP" w:cs="Noto Sans CJK JP"/>
        </w:rPr>
        <w:t xml:space="preserve"> field under </w:t>
      </w:r>
      <w:r>
        <w:rPr>
          <w:b/>
          <w:color w:val="404040"/>
          <w:sz w:val="24"/>
          <w:rFonts w:ascii="Inter" w:hAnsi="Inter" w:eastAsia="Noto Sans CJK JP" w:cs="Noto Sans CJK JP"/>
        </w:rPr>
        <w:t>Template File</w:t>
      </w:r>
      <w:r>
        <w:rPr>
          <w:color w:val="404040"/>
          <w:sz w:val="24"/>
          <w:rFonts w:ascii="Inter" w:hAnsi="Inter" w:eastAsia="Noto Sans CJK JP" w:cs="Noto Sans CJK JP"/>
        </w:rPr>
        <w:t xml:space="preserve">. In the "Choose file" dialog, navigate to the </w:t>
      </w:r>
      <w:r>
        <w:rPr>
          <w:color w:val="4472C4"/>
          <w:sz w:val="24"/>
          <w:rFonts w:ascii="Times New Roman" w:hAnsi="Times New Roman" w:eastAsia="Noto Sans CJK JP" w:cs="Noto Sans CJK JP"/>
        </w:rPr>
        <w:t>XML Report with Data_Template</w:t>
      </w:r>
      <w:r>
        <w:rPr>
          <w:color w:val="404040"/>
          <w:sz w:val="24"/>
          <w:rFonts w:ascii="Inter" w:hAnsi="Inter" w:eastAsia="Noto Sans CJK JP" w:cs="Noto Sans CJK JP"/>
        </w:rPr>
        <w:t xml:space="preserve"> directory, select </w:t>
      </w:r>
      <w:r>
        <w:rPr>
          <w:color w:val="4472C4"/>
          <w:sz w:val="24"/>
          <w:rFonts w:ascii="Times New Roman" w:hAnsi="Times New Roman" w:eastAsia="Noto Sans CJK JP" w:cs="Noto Sans CJK JP"/>
        </w:rPr>
        <w:t>XXFIRST_REPORT_DATA_TEMPLATE_OUTPUT.XML</w:t>
      </w:r>
      <w:r>
        <w:rPr>
          <w:color w:val="404040"/>
          <w:sz w:val="24"/>
          <w:rFonts w:ascii="Inter" w:hAnsi="Inter" w:eastAsia="Noto Sans CJK JP" w:cs="Noto Sans CJK JP"/>
        </w:rPr>
        <w:t xml:space="preserve">, and click </w:t>
      </w:r>
      <w:r>
        <w:rPr>
          <w:b/>
          <w:color w:val="404040"/>
          <w:sz w:val="24"/>
          <w:rFonts w:ascii="Inter" w:hAnsi="Inter" w:eastAsia="Noto Sans CJK JP" w:cs="Noto Sans CJK JP"/>
        </w:rPr>
        <w:t>Open</w:t>
      </w:r>
      <w:r>
        <w:rPr>
          <w:color w:val="404040"/>
          <w:sz w:val="24"/>
          <w:rFonts w:ascii="Inter" w:hAnsi="Inter" w:eastAsia="Noto Sans CJK JP" w:cs="Noto Sans CJK JP"/>
        </w:rPr>
        <w:t xml:space="preserve"> to attach it.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Choose file dialog with the XML output file selected for template attachment</w:t>
      </w:r>
    </w:p>
    <w:p>
      <w:pPr>
        <w:pStyle w:val="Heading1"/>
        <w:keepNext/>
        <w:keepLines/>
        <w:outlineLvl w:val="0"/>
      </w:pPr>
      <w:r>
        <w:rPr>
          <w:b/>
          <w:color w:val="404040"/>
          <w:sz w:val="32"/>
          <w:rFonts w:ascii="Inter" w:hAnsi="Inter" w:eastAsia="Noto Sans CJK JP" w:cs="Noto Sans CJK JP"/>
        </w:rPr>
        <w:t>Step 19: Confirm the template creation</w:t>
      </w:r>
    </w:p>
    <w:p>
      <w:pPr/>
      <w:r>
        <w:rPr>
          <w:color w:val="404040"/>
          <w:sz w:val="24"/>
          <w:rFonts w:ascii="Inter" w:hAnsi="Inter" w:eastAsia="Noto Sans CJK JP" w:cs="Noto Sans CJK JP"/>
        </w:rPr>
        <w:t xml:space="preserve">After saving and attaching the template, the </w:t>
      </w:r>
      <w:r>
        <w:rPr>
          <w:b/>
          <w:color w:val="404040"/>
          <w:sz w:val="24"/>
          <w:rFonts w:ascii="Inter" w:hAnsi="Inter" w:eastAsia="Noto Sans CJK JP" w:cs="Noto Sans CJK JP"/>
        </w:rPr>
        <w:t>View Template</w:t>
      </w:r>
      <w:r>
        <w:rPr>
          <w:color w:val="404040"/>
          <w:sz w:val="24"/>
          <w:rFonts w:ascii="Inter" w:hAnsi="Inter" w:eastAsia="Noto Sans CJK JP" w:cs="Noto Sans CJK JP"/>
        </w:rPr>
        <w:t xml:space="preserve"> screen displays a confirmation message: "Template XXFIRST_REPORT_DATA_TEMPLATE has been successfully created."</w:t>
      </w:r>
    </w:p>
    <w:p>
      <w:pPr/>
      <w:r>
        <w:rPr>
          <w:color w:val="404040"/>
          <w:sz w:val="24"/>
          <w:rFonts w:ascii="Inter" w:hAnsi="Inter" w:eastAsia="Noto Sans CJK JP" w:cs="Noto Sans CJK JP"/>
        </w:rPr>
        <w:t>Review the template details:</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XXFIRST_REPORT_DATA_TEMPLATE</w:t>
      </w:r>
    </w:p>
    <w:p>
      <w:pPr>
        <w:pStyle w:val="ListBullet2"/>
      </w:pP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Order Management</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RTF</w:t>
      </w:r>
    </w:p>
    <w:p>
      <w:pPr>
        <w:pStyle w:val="ListBullet2"/>
      </w:pPr>
      <w:r>
        <w:rPr>
          <w:b/>
          <w:color w:val="404040"/>
          <w:sz w:val="24"/>
          <w:rFonts w:ascii="Inter" w:hAnsi="Inter" w:eastAsia="Noto Sans CJK JP" w:cs="Noto Sans CJK JP"/>
        </w:rPr>
        <w:t>Default File: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XXFIRST_REPORT_DATA_TEMPLATE.rtf</w:t>
      </w:r>
    </w:p>
    <w:p>
      <w:pPr>
        <w:pStyle w:val="ListBullet2"/>
      </w:pPr>
      <w:r>
        <w:rPr>
          <w:b/>
          <w:color w:val="404040"/>
          <w:sz w:val="24"/>
          <w:rFonts w:ascii="Inter" w:hAnsi="Inter" w:eastAsia="Noto Sans CJK JP" w:cs="Noto Sans CJK JP"/>
        </w:rPr>
        <w:t>Default Output Type: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PDF</w:t>
      </w:r>
    </w:p>
    <w:p>
      <w:pPr>
        <w:pStyle w:val="ListBullet2"/>
      </w:pPr>
      <w:r>
        <w:rPr>
          <w:b/>
          <w:color w:val="404040"/>
          <w:sz w:val="24"/>
          <w:rFonts w:ascii="Inter" w:hAnsi="Inter" w:eastAsia="Noto Sans CJK JP" w:cs="Noto Sans CJK JP"/>
        </w:rPr>
        <w:t>Default File Language: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English</w:t>
      </w:r>
    </w:p>
    <w:p>
      <w:pPr>
        <w:pStyle w:val="ListBullet2"/>
      </w:pPr>
      <w:r>
        <w:rPr>
          <w:b/>
          <w:color w:val="404040"/>
          <w:sz w:val="24"/>
          <w:rFonts w:ascii="Inter" w:hAnsi="Inter" w:eastAsia="Noto Sans CJK JP" w:cs="Noto Sans CJK JP"/>
        </w:rPr>
        <w:t>Default File Territory:</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India</w:t>
      </w:r>
    </w:p>
    <w:p>
      <w:pPr>
        <w:keepNext/>
        <w:keepLines/>
      </w:pPr>
      <w:r>
        <w:rPr>
          <w:color w:val="404040"/>
          <w:sz w:val="24"/>
          <w:rFonts w:ascii="Inter" w:hAnsi="Inter" w:eastAsia="Noto Sans CJK JP" w:cs="Noto Sans CJK JP"/>
        </w:rPr>
        <w:t xml:space="preserve">Confirm that the localized template is listed with the correct file name, language, and territory, and that the preview format is set to </w:t>
      </w:r>
      <w:r>
        <w:rPr>
          <w:b/>
          <w:color w:val="404040"/>
          <w:sz w:val="24"/>
          <w:rFonts w:ascii="Inter" w:hAnsi="Inter" w:eastAsia="Noto Sans CJK JP" w:cs="Noto Sans CJK JP"/>
        </w:rPr>
        <w:t>PDF</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View Template screen showing the confirmation message and template details</w:t>
      </w:r>
    </w:p>
    <w:p>
      <w:pPr>
        <w:pStyle w:val="Heading1"/>
        <w:keepNext/>
        <w:keepLines/>
        <w:outlineLvl w:val="0"/>
      </w:pPr>
      <w:r>
        <w:rPr>
          <w:b/>
          <w:color w:val="404040"/>
          <w:sz w:val="32"/>
          <w:rFonts w:ascii="Inter" w:hAnsi="Inter" w:eastAsia="Noto Sans CJK JP" w:cs="Noto Sans CJK JP"/>
        </w:rPr>
        <w:t>Step 20: Review the final report output</w:t>
      </w:r>
    </w:p>
    <w:p>
      <w:pPr/>
      <w:r>
        <w:rPr>
          <w:color w:val="404040"/>
          <w:sz w:val="24"/>
          <w:rFonts w:ascii="Inter" w:hAnsi="Inter" w:eastAsia="Noto Sans CJK JP" w:cs="Noto Sans CJK JP"/>
        </w:rPr>
        <w:t>Open the generated report output in your web browser or PDF viewer and confirm it displays the expected data:</w:t>
      </w:r>
    </w:p>
    <w:p>
      <w:pPr>
        <w:pStyle w:val="ListBullet2"/>
      </w:pPr>
      <w:r>
        <w:rPr>
          <w:b/>
          <w:color w:val="404040"/>
          <w:sz w:val="24"/>
          <w:rFonts w:ascii="Inter" w:hAnsi="Inter" w:eastAsia="Noto Sans CJK JP" w:cs="Noto Sans CJK JP"/>
        </w:rPr>
        <w:t>Department number: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20</w:t>
      </w:r>
    </w:p>
    <w:p>
      <w:pPr>
        <w:pStyle w:val="ListBullet2"/>
      </w:pPr>
      <w:r>
        <w:rPr>
          <w:b/>
          <w:color w:val="404040"/>
          <w:sz w:val="24"/>
          <w:rFonts w:ascii="Inter" w:hAnsi="Inter" w:eastAsia="Noto Sans CJK JP" w:cs="Noto Sans CJK JP"/>
        </w:rPr>
        <w:t>Table columns: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Empno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Ename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Sal</w:t>
      </w:r>
    </w:p>
    <w:p>
      <w:pPr>
        <w:pStyle w:val="ListBullet2"/>
      </w:pPr>
      <w:r>
        <w:rPr>
          <w:b/>
          <w:color w:val="404040"/>
          <w:sz w:val="24"/>
          <w:rFonts w:ascii="Inter" w:hAnsi="Inter" w:eastAsia="Noto Sans CJK JP" w:cs="Noto Sans CJK JP"/>
        </w:rPr>
        <w:t>Employee data:</w:t>
      </w:r>
    </w:p>
    <w:p>
      <w:pPr>
        <w:pStyle w:val="ListBullet3"/>
      </w:pPr>
      <w:r>
        <w:rPr>
          <w:color w:val="404040"/>
          <w:sz w:val="24"/>
          <w:rFonts w:ascii="Inter" w:hAnsi="Inter" w:eastAsia="Noto Sans CJK JP" w:cs="Noto Sans CJK JP"/>
        </w:rPr>
        <w:t>7369, SMITH, 800</w:t>
      </w:r>
    </w:p>
    <w:p>
      <w:pPr>
        <w:pStyle w:val="ListBullet3"/>
      </w:pPr>
      <w:r>
        <w:rPr>
          <w:color w:val="404040"/>
          <w:sz w:val="24"/>
          <w:rFonts w:ascii="Inter" w:hAnsi="Inter" w:eastAsia="Noto Sans CJK JP" w:cs="Noto Sans CJK JP"/>
        </w:rPr>
        <w:t>7566, JONES, 2975</w:t>
      </w:r>
    </w:p>
    <w:p>
      <w:pPr>
        <w:pStyle w:val="ListBullet3"/>
      </w:pPr>
      <w:r>
        <w:rPr>
          <w:color w:val="404040"/>
          <w:sz w:val="24"/>
          <w:rFonts w:ascii="Inter" w:hAnsi="Inter" w:eastAsia="Noto Sans CJK JP" w:cs="Noto Sans CJK JP"/>
        </w:rPr>
        <w:t>7788, SCOTT, 3000</w:t>
      </w:r>
    </w:p>
    <w:p>
      <w:pPr>
        <w:pStyle w:val="ListBullet3"/>
      </w:pPr>
      <w:r>
        <w:rPr>
          <w:color w:val="404040"/>
          <w:sz w:val="24"/>
          <w:rFonts w:ascii="Inter" w:hAnsi="Inter" w:eastAsia="Noto Sans CJK JP" w:cs="Noto Sans CJK JP"/>
        </w:rPr>
        <w:t>7876, ADAMS, 1100</w:t>
      </w:r>
    </w:p>
    <w:p>
      <w:pPr>
        <w:pStyle w:val="ListBullet3"/>
      </w:pPr>
      <w:r>
        <w:rPr>
          <w:color w:val="404040"/>
          <w:sz w:val="24"/>
          <w:rFonts w:ascii="Inter" w:hAnsi="Inter" w:eastAsia="Noto Sans CJK JP" w:cs="Noto Sans CJK JP"/>
        </w:rPr>
        <w:t>7902, FORD, 3000</w:t>
      </w:r>
    </w:p>
    <w:p>
      <w:pPr>
        <w:keepNext/>
        <w:keepLines/>
      </w:pPr>
      <w:r>
        <w:rPr>
          <w:color w:val="404040"/>
          <w:sz w:val="24"/>
          <w:rFonts w:ascii="Inter" w:hAnsi="Inter" w:eastAsia="Noto Sans CJK JP" w:cs="Noto Sans CJK JP"/>
        </w:rPr>
        <w:t>Ensure the table formatting and data accuracy match your requirements.</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Browser window showing the final report output with the department number and employee data table</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have now completed the full process of how to create an XML report in Oracle EBS: reviewing the data template XML file, registering the data definition, defining and enabling the concurrent program, attaching it to a request group, submitting and reviewing the request, building and saving the RTF template, associating it with an application, and confirming the final PDF output. With the data definition, concurrent program, and RTF template all configured, users with the assigned responsibility can now run this report through Oracle Applications whenever needed.</w:t>
      </w:r>
    </w:p>
    <w:p>
      <w:pPr/>
      <w:r>
        <w:br w:type="page"/>
      </w:r>
    </w:p>
    <w:sectPr w:rsidR="00FC693F" w:rsidRPr="0006063C" w:rsidSect="00034616">
      <w:headerReference w:type="default" r:id="rId31"/>
      <w:footerReference w:type="default" r:id="rId3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rPr>
      <w:rFonts w:ascii="Inter" w:hAnsi="Inter" w:eastAsia="Noto Sans CJK JP" w:cs="Noto Sans CJK JP"/>
      <w:color w:val="404040"/>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docsie">
    <w:name w:val="defaultdocsi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pn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header" Target="header1.xm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