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Periodic Alert in Oracle EBS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walks you through how to create a periodic alert in Oracle EBS, from understanding the alert types available to scheduling the alert and confirming it runs at the correct interval. You will configure the alert definition, submit a request for the alert, set up its recurring schedule, and verify that it is running as expected.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Before you begin, you should know that Oracle Applications supports two main types of alerts: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Periodic Alert</w:t>
      </w:r>
      <w:r>
        <w:rPr>
          <w:color w:val="404040"/>
          <w:sz w:val="24"/>
          <w:rFonts w:ascii="Inter" w:hAnsi="Inter" w:eastAsia="Noto Sans CJK JP" w:cs="Noto Sans CJK JP"/>
        </w:rPr>
        <w:t>: Scheduled to run at regular intervals that you define.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Event-Based Alert</w:t>
      </w:r>
      <w:r>
        <w:rPr>
          <w:color w:val="404040"/>
          <w:sz w:val="24"/>
          <w:rFonts w:ascii="Inter" w:hAnsi="Inter" w:eastAsia="Noto Sans CJK JP" w:cs="Noto Sans CJK JP"/>
        </w:rPr>
        <w:t>: Triggered automatically by specific events, such as updates or inserts, on a table.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diagram on a whiteboard showing "ALERT" branching into "PERIODIC" (with "SCHEDULE" below it) and "EVENT" (with "TRIGGER" below it)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Event-based alerts do not require manual scheduling — they fire automatically whenever the specified event occurs on the relevant table. Periodic alerts, by contrast, must be scheduled based on a defined frequency, such as daily or weekly. This guide focuses on periodic alerts, since they require you to configure the schedule yourself.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Open Alert Manager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Open the </w:t>
      </w:r>
      <w:r>
        <w:rPr>
          <w:b/>
          <w:color w:val="404040"/>
          <w:sz w:val="24"/>
          <w:rFonts w:ascii="Inter" w:hAnsi="Inter" w:eastAsia="Noto Sans CJK JP" w:cs="Noto Sans CJK JP"/>
        </w:rPr>
        <w:t>Alert Manager</w:t>
      </w:r>
      <w:r>
        <w:rPr>
          <w:color w:val="404040"/>
          <w:sz w:val="24"/>
          <w:rFonts w:ascii="Inter" w:hAnsi="Inter" w:eastAsia="Noto Sans CJK JP" w:cs="Noto Sans CJK JP"/>
        </w:rPr>
        <w:t xml:space="preserve"> in Oracle Applications. In the navigation panel, select </w:t>
      </w:r>
      <w:r>
        <w:rPr>
          <w:b/>
          <w:color w:val="404040"/>
          <w:sz w:val="24"/>
          <w:rFonts w:ascii="Inter" w:hAnsi="Inter" w:eastAsia="Noto Sans CJK JP" w:cs="Noto Sans CJK JP"/>
        </w:rPr>
        <w:t>Alert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list on the left,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Open</w:t>
      </w:r>
      <w:r>
        <w:rPr>
          <w:color w:val="404040"/>
          <w:sz w:val="24"/>
          <w:rFonts w:ascii="Inter" w:hAnsi="Inter" w:eastAsia="Noto Sans CJK JP" w:cs="Noto Sans CJK JP"/>
        </w:rPr>
        <w:t xml:space="preserve"> to proceed.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Alert Manager screen with "Alert" selected in the navigation panel and an "Open" button at the bottom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Query existing alerts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Define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section, press </w:t>
      </w:r>
      <w:r>
        <w:rPr>
          <w:b/>
          <w:color w:val="404040"/>
          <w:sz w:val="24"/>
          <w:rFonts w:ascii="Inter" w:hAnsi="Inter" w:eastAsia="Noto Sans CJK JP" w:cs="Noto Sans CJK JP"/>
        </w:rPr>
        <w:t>F11</w:t>
      </w:r>
      <w:r>
        <w:rPr>
          <w:color w:val="404040"/>
          <w:sz w:val="24"/>
          <w:rFonts w:ascii="Inter" w:hAnsi="Inter" w:eastAsia="Noto Sans CJK JP" w:cs="Noto Sans CJK JP"/>
        </w:rPr>
        <w:t xml:space="preserve"> to query and search for existing alerts. This lets you check whether an alert with the same name already exists before creating a new one.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Configure the periodic alert definition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In the alert definition window, configure the following fields to define how and when your periodic alert runs: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Frequency</w:t>
      </w:r>
      <w:r>
        <w:rPr>
          <w:color w:val="404040"/>
          <w:sz w:val="24"/>
          <w:rFonts w:ascii="Inter" w:hAnsi="Inter" w:eastAsia="Noto Sans CJK JP" w:cs="Noto Sans CJK JP"/>
        </w:rPr>
        <w:t>: choose how often the alert runs, for example "Every N Calendar Days," "Every Day," or "On Day of the Month."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Start Time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End Time</w:t>
      </w:r>
      <w:r>
        <w:rPr>
          <w:color w:val="404040"/>
          <w:sz w:val="24"/>
          <w:rFonts w:ascii="Inter" w:hAnsi="Inter" w:eastAsia="Noto Sans CJK JP" w:cs="Noto Sans CJK JP"/>
        </w:rPr>
        <w:t>: specify the window during which the alert is active.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Check Interval</w:t>
      </w:r>
      <w:r>
        <w:rPr>
          <w:color w:val="404040"/>
          <w:sz w:val="24"/>
          <w:rFonts w:ascii="Inter" w:hAnsi="Inter" w:eastAsia="Noto Sans CJK JP" w:cs="Noto Sans CJK JP"/>
        </w:rPr>
        <w:t>: set how often the alert checks for data, for example "02:00:00" for every 2 hours.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SQL Select Statement</w:t>
      </w:r>
      <w:r>
        <w:rPr>
          <w:color w:val="404040"/>
          <w:sz w:val="24"/>
          <w:rFonts w:ascii="Inter" w:hAnsi="Inter" w:eastAsia="Noto Sans CJK JP" w:cs="Noto Sans CJK JP"/>
        </w:rPr>
        <w:t xml:space="preserve">: enter the query that defines the alert's logic,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select EMPNO, ENAME, SAL from scott.emp where deptno = 10 order by empno;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Enabled</w:t>
      </w:r>
      <w:r>
        <w:rPr>
          <w:color w:val="404040"/>
          <w:sz w:val="24"/>
          <w:rFonts w:ascii="Inter" w:hAnsi="Inter" w:eastAsia="Noto Sans CJK JP" w:cs="Noto Sans CJK JP"/>
        </w:rPr>
        <w:t>: check this box to activate the alert.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Keep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End Date</w:t>
      </w:r>
      <w:r>
        <w:rPr>
          <w:color w:val="404040"/>
          <w:sz w:val="24"/>
          <w:rFonts w:ascii="Inter" w:hAnsi="Inter" w:eastAsia="Noto Sans CJK JP" w:cs="Noto Sans CJK JP"/>
        </w:rPr>
        <w:t>: optionally set these if the alert should expire after a certain point.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Last Checked</w:t>
      </w:r>
      <w:r>
        <w:rPr>
          <w:color w:val="404040"/>
          <w:sz w:val="24"/>
          <w:rFonts w:ascii="Inter" w:hAnsi="Inter" w:eastAsia="Noto Sans CJK JP" w:cs="Noto Sans CJK JP"/>
        </w:rPr>
        <w:t>: review this date to see when the alert last ran.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Alerts definition screen showing a periodic alert configuration with frequency, start and end time, check interval, SQL statement, and enabled status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Example configuration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following values illustrate a working periodic alert setup: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Application</w:t>
      </w:r>
      <w:r>
        <w:rPr>
          <w:color w:val="404040"/>
          <w:sz w:val="24"/>
          <w:rFonts w:ascii="Inter" w:hAnsi="Inter" w:eastAsia="Noto Sans CJK JP" w:cs="Noto Sans CJK JP"/>
        </w:rPr>
        <w:t>: Application Object Library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Name</w:t>
      </w:r>
      <w:r>
        <w:rPr>
          <w:color w:val="404040"/>
          <w:sz w:val="24"/>
          <w:rFonts w:ascii="Inter" w:hAnsi="Inter" w:eastAsia="Noto Sans CJK JP" w:cs="Noto Sans CJK JP"/>
        </w:rPr>
        <w:t>: XXSD_EMP_PERIODIC_ALERT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Frequency</w:t>
      </w:r>
      <w:r>
        <w:rPr>
          <w:color w:val="404040"/>
          <w:sz w:val="24"/>
          <w:rFonts w:ascii="Inter" w:hAnsi="Inter" w:eastAsia="Noto Sans CJK JP" w:cs="Noto Sans CJK JP"/>
        </w:rPr>
        <w:t>: Every N Calendar Days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Days</w:t>
      </w:r>
      <w:r>
        <w:rPr>
          <w:color w:val="404040"/>
          <w:sz w:val="24"/>
          <w:rFonts w:ascii="Inter" w:hAnsi="Inter" w:eastAsia="Noto Sans CJK JP" w:cs="Noto Sans CJK JP"/>
        </w:rPr>
        <w:t>: 1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Start Time</w:t>
      </w:r>
      <w:r>
        <w:rPr>
          <w:color w:val="404040"/>
          <w:sz w:val="24"/>
          <w:rFonts w:ascii="Inter" w:hAnsi="Inter" w:eastAsia="Noto Sans CJK JP" w:cs="Noto Sans CJK JP"/>
        </w:rPr>
        <w:t>: 09:00:00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End Time</w:t>
      </w:r>
      <w:r>
        <w:rPr>
          <w:color w:val="404040"/>
          <w:sz w:val="24"/>
          <w:rFonts w:ascii="Inter" w:hAnsi="Inter" w:eastAsia="Noto Sans CJK JP" w:cs="Noto Sans CJK JP"/>
        </w:rPr>
        <w:t>: 18:00:00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Check Interval</w:t>
      </w:r>
      <w:r>
        <w:rPr>
          <w:color w:val="404040"/>
          <w:sz w:val="24"/>
          <w:rFonts w:ascii="Inter" w:hAnsi="Inter" w:eastAsia="Noto Sans CJK JP" w:cs="Noto Sans CJK JP"/>
        </w:rPr>
        <w:t>: 02:00:00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SQL Statement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  <w:tc>
          <w:tcPr>
            <w:tcW w:type="dxa" w:w="4320"/>
          </w:tcPr>
          <w:p>
            <w:r>
              <w:rPr>
                <w:sz w:val="24"/>
                <w:rFonts w:ascii="Inter" w:hAnsi="Inter" w:eastAsia="Noto Sans CJK JP" w:cs="Noto Sans CJK JP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tcBorders>
              <w:start w:sz="12" w:val="single" w:color="#365FDD"/>
            </w:tcBorders>
          </w:tcPr>
          <w:p>
            <w:r>
              <w:rPr>
                <w:sz w:val="20"/>
                <w:rFonts w:ascii="Courier New" w:hAnsi="Courier New" w:eastAsia="Noto Sans CJK JP" w:cs="Noto Sans CJK JP"/>
              </w:rPr>
              <w:t>select EMPNO, ENAME, SAL</w:t>
              <w:br/>
              <w:t>into &amp;EMP_NO, &amp;EMP_NAME, &amp;EMP_SAL</w:t>
              <w:br/>
              <w:t>from scott.emp</w:t>
              <w:br/>
              <w:t>where deptno = 10</w:t>
              <w:br/>
              <w:t>order by empno;</w:t>
              <w:br/>
            </w:r>
          </w:p>
        </w:tc>
      </w:tr>
    </w:tbl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Enabled</w:t>
      </w:r>
      <w:r>
        <w:rPr>
          <w:color w:val="404040"/>
          <w:sz w:val="24"/>
          <w:rFonts w:ascii="Inter" w:hAnsi="Inter" w:eastAsia="Noto Sans CJK JP" w:cs="Noto Sans CJK JP"/>
        </w:rPr>
        <w:t>: Checked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Last Checked</w:t>
      </w:r>
      <w:r>
        <w:rPr>
          <w:color w:val="404040"/>
          <w:sz w:val="24"/>
          <w:rFonts w:ascii="Inter" w:hAnsi="Inter" w:eastAsia="Noto Sans CJK JP" w:cs="Noto Sans CJK JP"/>
        </w:rPr>
        <w:t>: 10-MAY-2019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Once configured this way, the alert logic runs at the intervals you define and captures the required data automatically.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Copy the alert name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alert definition window, copy the name of your alert,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XXSD_EMP_PERIODIC_ALERT</w:t>
      </w:r>
      <w:r>
        <w:rPr>
          <w:color w:val="404040"/>
          <w:sz w:val="24"/>
          <w:rFonts w:ascii="Inter" w:hAnsi="Inter" w:eastAsia="Noto Sans CJK JP" w:cs="Noto Sans CJK JP"/>
        </w:rPr>
        <w:t>. You will need this name when submitting the alert request. Once copied, close the alert definition window.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Oracle Alerts definition screen showing the alert name "XXSD_EMP_PERIODIC_ALERT" along with its configuration details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Submit the alert request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Open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 Periodic Alert Check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and confirm the following fields are populated: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Application</w:t>
      </w:r>
      <w:r>
        <w:rPr>
          <w:color w:val="404040"/>
          <w:sz w:val="24"/>
          <w:rFonts w:ascii="Inter" w:hAnsi="Inter" w:eastAsia="Noto Sans CJK JP" w:cs="Noto Sans CJK JP"/>
        </w:rPr>
        <w:t>: Application Object Library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Alert</w:t>
      </w:r>
      <w:r>
        <w:rPr>
          <w:color w:val="404040"/>
          <w:sz w:val="24"/>
          <w:rFonts w:ascii="Inter" w:hAnsi="Inter" w:eastAsia="Noto Sans CJK JP" w:cs="Noto Sans CJK JP"/>
        </w:rPr>
        <w:t>: XXSD_EMP_PERIODIC_ALERT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Set the </w:t>
      </w:r>
      <w:r>
        <w:rPr>
          <w:b/>
          <w:color w:val="404040"/>
          <w:sz w:val="24"/>
          <w:rFonts w:ascii="Inter" w:hAnsi="Inter" w:eastAsia="Noto Sans CJK JP" w:cs="Noto Sans CJK JP"/>
        </w:rPr>
        <w:t>Start Date</w:t>
      </w:r>
      <w:r>
        <w:rPr>
          <w:color w:val="404040"/>
          <w:sz w:val="24"/>
          <w:rFonts w:ascii="Inter" w:hAnsi="Inter" w:eastAsia="Noto Sans CJK JP" w:cs="Noto Sans CJK JP"/>
        </w:rPr>
        <w:t xml:space="preserve"> using the calendar widget, for example 19-MAY-2019, and set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 Time</w:t>
      </w:r>
      <w:r>
        <w:rPr>
          <w:color w:val="404040"/>
          <w:sz w:val="24"/>
          <w:rFonts w:ascii="Inter" w:hAnsi="Inter" w:eastAsia="Noto Sans CJK JP" w:cs="Noto Sans CJK JP"/>
        </w:rPr>
        <w:t xml:space="preserve">, for example 1:00 AM.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 the date and time,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Submit Request</w:t>
      </w:r>
      <w:r>
        <w:rPr>
          <w:color w:val="404040"/>
          <w:sz w:val="24"/>
          <w:rFonts w:ascii="Inter" w:hAnsi="Inter" w:eastAsia="Noto Sans CJK JP" w:cs="Noto Sans CJK JP"/>
        </w:rPr>
        <w:t xml:space="preserve"> to submit the alert for scheduling.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 Periodic Alert Check window with the calendar widget open, showing the Application, Alert, and date and time selection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Verify the alert request status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Navigate to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and locate your alert request by name,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XXSD_EMP_PERIODIC_ALERT</w:t>
      </w:r>
      <w:r>
        <w:rPr>
          <w:color w:val="404040"/>
          <w:sz w:val="24"/>
          <w:rFonts w:ascii="Inter" w:hAnsi="Inter" w:eastAsia="Noto Sans CJK JP" w:cs="Noto Sans CJK JP"/>
        </w:rPr>
        <w:t xml:space="preserve">. Confirm that the </w:t>
      </w:r>
      <w:r>
        <w:rPr>
          <w:b/>
          <w:color w:val="404040"/>
          <w:sz w:val="24"/>
          <w:rFonts w:ascii="Inter" w:hAnsi="Inter" w:eastAsia="Noto Sans CJK JP" w:cs="Noto Sans CJK JP"/>
        </w:rPr>
        <w:t>Phase</w:t>
      </w:r>
      <w:r>
        <w:rPr>
          <w:color w:val="404040"/>
          <w:sz w:val="24"/>
          <w:rFonts w:ascii="Inter" w:hAnsi="Inter" w:eastAsia="Noto Sans CJK JP" w:cs="Noto Sans CJK JP"/>
        </w:rPr>
        <w:t xml:space="preserve"> shows "Pending" and the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shows "Scheduled," highlighted in green. This confirms the alert is queued and ready for scheduling.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Requests window showing the alert request with Phase "Pending" and Status "Scheduled"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Set the recurring schedule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Select your alert request and click </w:t>
      </w:r>
      <w:r>
        <w:rPr>
          <w:b/>
          <w:color w:val="404040"/>
          <w:sz w:val="24"/>
          <w:rFonts w:ascii="Inter" w:hAnsi="Inter" w:eastAsia="Noto Sans CJK JP" w:cs="Noto Sans CJK JP"/>
        </w:rPr>
        <w:t>View Details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details window, go to the </w:t>
      </w:r>
      <w:r>
        <w:rPr>
          <w:b/>
          <w:color w:val="404040"/>
          <w:sz w:val="24"/>
          <w:rFonts w:ascii="Inter" w:hAnsi="Inter" w:eastAsia="Noto Sans CJK JP" w:cs="Noto Sans CJK JP"/>
        </w:rPr>
        <w:t>Schedule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and choose </w:t>
      </w:r>
      <w:r>
        <w:rPr>
          <w:b/>
          <w:color w:val="404040"/>
          <w:sz w:val="24"/>
          <w:rFonts w:ascii="Inter" w:hAnsi="Inter" w:eastAsia="Noto Sans CJK JP" w:cs="Noto Sans CJK JP"/>
        </w:rPr>
        <w:t>Periodically</w:t>
      </w:r>
      <w:r>
        <w:rPr>
          <w:color w:val="404040"/>
          <w:sz w:val="24"/>
          <w:rFonts w:ascii="Inter" w:hAnsi="Inter" w:eastAsia="Noto Sans CJK JP" w:cs="Noto Sans CJK JP"/>
        </w:rPr>
        <w:t xml:space="preserve"> under "Run the Job." Configure the following: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Start At</w:t>
      </w:r>
      <w:r>
        <w:rPr>
          <w:color w:val="404040"/>
          <w:sz w:val="24"/>
          <w:rFonts w:ascii="Inter" w:hAnsi="Inter" w:eastAsia="Noto Sans CJK JP" w:cs="Noto Sans CJK JP"/>
        </w:rPr>
        <w:t>: set the date and time, for example 19-MAY-2019 13:40:00.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End At</w:t>
      </w:r>
      <w:r>
        <w:rPr>
          <w:color w:val="404040"/>
          <w:sz w:val="24"/>
          <w:rFonts w:ascii="Inter" w:hAnsi="Inter" w:eastAsia="Noto Sans CJK JP" w:cs="Noto Sans CJK JP"/>
        </w:rPr>
        <w:t>: leave blank to allow the alert to run indefinitely.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Re-run every</w:t>
      </w:r>
      <w:r>
        <w:rPr>
          <w:color w:val="404040"/>
          <w:sz w:val="24"/>
          <w:rFonts w:ascii="Inter" w:hAnsi="Inter" w:eastAsia="Noto Sans CJK JP" w:cs="Noto Sans CJK JP"/>
        </w:rPr>
        <w:t>: enter the frequency, for example 4 hours.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Choose whether the interval applies from the start or completion of the prior run. The default is "From the Completion of the prior run."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save the schedule.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Schedule options window for the alert, with "Periodically" selected and "Re-run every 4 hours" configured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Confirm the scheduling warning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a caution message appears stating that you have selected a schedule without an end date and that the request will be resubmitted until cancelled, click </w:t>
      </w:r>
      <w:r>
        <w:rPr>
          <w:b/>
          <w:color w:val="404040"/>
          <w:sz w:val="24"/>
          <w:rFonts w:ascii="Inter" w:hAnsi="Inter" w:eastAsia="Noto Sans CJK JP" w:cs="Noto Sans CJK JP"/>
        </w:rPr>
        <w:t>OK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confirm. This ensures the alert continues running at the specified interval until you manually stop 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Caution dialog warning about scheduling without an end date, with OK and Cancel options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Refresh and confirm the scheduled alert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Return to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and click </w:t>
      </w:r>
      <w:r>
        <w:rPr>
          <w:b/>
          <w:color w:val="404040"/>
          <w:sz w:val="24"/>
          <w:rFonts w:ascii="Inter" w:hAnsi="Inter" w:eastAsia="Noto Sans CJK JP" w:cs="Noto Sans CJK JP"/>
        </w:rPr>
        <w:t>Refresh Data</w:t>
      </w:r>
      <w:r>
        <w:rPr>
          <w:color w:val="404040"/>
          <w:sz w:val="24"/>
          <w:rFonts w:ascii="Inter" w:hAnsi="Inter" w:eastAsia="Noto Sans CJK JP" w:cs="Noto Sans CJK JP"/>
        </w:rPr>
        <w:t xml:space="preserve"> to update the status. Verify that your periodic alert remains in the list with </w:t>
      </w:r>
      <w:r>
        <w:rPr>
          <w:b/>
          <w:color w:val="404040"/>
          <w:sz w:val="24"/>
          <w:rFonts w:ascii="Inter" w:hAnsi="Inter" w:eastAsia="Noto Sans CJK JP" w:cs="Noto Sans CJK JP"/>
        </w:rPr>
        <w:t>Phase</w:t>
      </w:r>
      <w:r>
        <w:rPr>
          <w:color w:val="404040"/>
          <w:sz w:val="24"/>
          <w:rFonts w:ascii="Inter" w:hAnsi="Inter" w:eastAsia="Noto Sans CJK JP" w:cs="Noto Sans CJK JP"/>
        </w:rPr>
        <w:t xml:space="preserve"> as "Pending" and </w:t>
      </w: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 xml:space="preserve"> as "Scheduled." This confirms your periodic alert is now scheduled and will trigger as configured.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Requests window showing the scheduled periodic alert after refreshing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Review the scheduled alert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Open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and locate your periodic alert request by name, for example </w:t>
      </w:r>
      <w:r>
        <w:rPr>
          <w:color w:val="4472C4"/>
          <w:sz w:val="24"/>
          <w:rFonts w:ascii="Times New Roman" w:hAnsi="Times New Roman" w:eastAsia="Noto Sans CJK JP" w:cs="Noto Sans CJK JP"/>
        </w:rPr>
        <w:t>XXSD_EMP_PERIODIC_ALERT</w:t>
      </w:r>
      <w:r>
        <w:rPr>
          <w:color w:val="404040"/>
          <w:sz w:val="24"/>
          <w:rFonts w:ascii="Inter" w:hAnsi="Inter" w:eastAsia="Noto Sans CJK JP" w:cs="Noto Sans CJK JP"/>
        </w:rPr>
        <w:t>. Confirm the following details: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Phase</w:t>
      </w:r>
      <w:r>
        <w:rPr>
          <w:color w:val="404040"/>
          <w:sz w:val="24"/>
          <w:rFonts w:ascii="Inter" w:hAnsi="Inter" w:eastAsia="Noto Sans CJK JP" w:cs="Noto Sans CJK JP"/>
        </w:rPr>
        <w:t>: "Pending"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Status</w:t>
      </w:r>
      <w:r>
        <w:rPr>
          <w:color w:val="404040"/>
          <w:sz w:val="24"/>
          <w:rFonts w:ascii="Inter" w:hAnsi="Inter" w:eastAsia="Noto Sans CJK JP" w:cs="Noto Sans CJK JP"/>
        </w:rPr>
        <w:t>: "Scheduled," highlighted in green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Request ID</w:t>
      </w:r>
      <w:r>
        <w:rPr>
          <w:color w:val="404040"/>
          <w:sz w:val="24"/>
          <w:rFonts w:ascii="Inter" w:hAnsi="Inter" w:eastAsia="Noto Sans CJK JP" w:cs="Noto Sans CJK JP"/>
        </w:rPr>
        <w:t>: for example, 1216914026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Parameters</w:t>
      </w:r>
      <w:r>
        <w:rPr>
          <w:color w:val="404040"/>
          <w:sz w:val="24"/>
          <w:rFonts w:ascii="Inter" w:hAnsi="Inter" w:eastAsia="Noto Sans CJK JP" w:cs="Noto Sans CJK JP"/>
        </w:rPr>
        <w:t xml:space="preserve">: 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0, 142021, A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This confirms that the alert is successfully scheduled and will execute at the defined interval.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Requests window showing the periodic alert with Phase "Pending" and Status "Scheduled" highlighted in green, alongside other completed requests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The alert runs periodically based on the frequency you configured, for example every 4 hours. The </w:t>
      </w:r>
      <w:r>
        <w:rPr>
          <w:b/>
          <w:color w:val="404040"/>
          <w:sz w:val="24"/>
          <w:rFonts w:ascii="Inter" w:hAnsi="Inter" w:eastAsia="Noto Sans CJK JP" w:cs="Noto Sans CJK JP"/>
        </w:rPr>
        <w:t>Start Time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Schedule Time</w:t>
      </w:r>
      <w:r>
        <w:rPr>
          <w:color w:val="404040"/>
          <w:sz w:val="24"/>
          <w:rFonts w:ascii="Inter" w:hAnsi="Inter" w:eastAsia="Noto Sans CJK JP" w:cs="Noto Sans CJK JP"/>
        </w:rPr>
        <w:t xml:space="preserve"> appears in the request details, and the Requests window automatically calculates and displays the next scheduled execution time so you can verify when the alert will fire next.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Once your periodic alert is running, keep the following practices in mind: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Regularly monitor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 to confirm your scheduled alerts are running as expected.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To stop an alert, use the </w:t>
      </w:r>
      <w:r>
        <w:rPr>
          <w:b/>
          <w:color w:val="404040"/>
          <w:sz w:val="24"/>
          <w:rFonts w:ascii="Inter" w:hAnsi="Inter" w:eastAsia="Noto Sans CJK JP" w:cs="Noto Sans CJK JP"/>
        </w:rPr>
        <w:t>Cancel Request</w:t>
      </w:r>
      <w:r>
        <w:rPr>
          <w:color w:val="404040"/>
          <w:sz w:val="24"/>
          <w:rFonts w:ascii="Inter" w:hAnsi="Inter" w:eastAsia="Noto Sans CJK JP" w:cs="Noto Sans CJK JP"/>
        </w:rPr>
        <w:t xml:space="preserve"> button in the </w:t>
      </w:r>
      <w:r>
        <w:rPr>
          <w:b/>
          <w:color w:val="404040"/>
          <w:sz w:val="24"/>
          <w:rFonts w:ascii="Inter" w:hAnsi="Inter" w:eastAsia="Noto Sans CJK JP" w:cs="Noto Sans CJK JP"/>
        </w:rPr>
        <w:t>Requests</w:t>
      </w:r>
      <w:r>
        <w:rPr>
          <w:color w:val="404040"/>
          <w:sz w:val="24"/>
          <w:rFonts w:ascii="Inter" w:hAnsi="Inter" w:eastAsia="Noto Sans CJK JP" w:cs="Noto Sans CJK JP"/>
        </w:rPr>
        <w:t xml:space="preserve"> window.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To modify an existing schedule, select the alert, use </w:t>
      </w:r>
      <w:r>
        <w:rPr>
          <w:b/>
          <w:color w:val="404040"/>
          <w:sz w:val="24"/>
          <w:rFonts w:ascii="Inter" w:hAnsi="Inter" w:eastAsia="Noto Sans CJK JP" w:cs="Noto Sans CJK JP"/>
        </w:rPr>
        <w:t>View Details</w:t>
      </w:r>
      <w:r>
        <w:rPr>
          <w:color w:val="404040"/>
          <w:sz w:val="24"/>
          <w:rFonts w:ascii="Inter" w:hAnsi="Inter" w:eastAsia="Noto Sans CJK JP" w:cs="Noto Sans CJK JP"/>
        </w:rPr>
        <w:t>, and adjust the frequency or end date as needed.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have successfully created and scheduled a periodic alert in Oracle EBS that runs at a defined interval, with no end date specified, and will continue to execute until you choose to cancel or modify it.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