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and Configure Saved Searches in NetSuite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 for the SuiteRep Tutorial Series for SuiteAnalytics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Illustration titled "Saved Searches in NetSuite" showing icons for filtering, pie charts, user groups, and dashboards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Set saved search permissions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Illustration of a user at a desk with a speech bubble reading "Saved Search Permissions: Create, Run, Share, and Export"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NetSuite role record screen showing the Permissions tab with subtabs for Transactions, Reports, Lists, Setup, and Custom Record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NetSuite role record screen with a speech bubble reading "Determines access to records and transactions as well"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Set personal search display preferences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NetSuite Set Preferences screen, Analytics tab, Search section with "Show List When Only One Result" checked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NetSuite Set Preferences screen highlighting the "Show List When Only One Result" checkbox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Create a new saved search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NetSuite screen with a speech bubble reading "Reports &gt; Saved Searches &gt; All Saved Searches &gt; New"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NetSuite Reports dashboard showing links to All Saved Searches and other saved search options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NetSuite Reports dashboard with the "All Saved Searches" and "New" link highlighted under Saved Searches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Saved Employee Search screen with the "Actions" dropdown and "New" option highlighted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Saved Searches list view with the "New Saved Search" button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Choose the root record and set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Saved Employee Search screen showing the Criteria subtab and filter options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Define the search and explore its subtabs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Saved Employee Search screen with the Criteria and Results subtabs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Configure the Results subtab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Saved Employee Search screen with the Results subtab open, showing sorting and column options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Highlight important results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Saved Employee Search screen with the Highlighting subtab open, showing highlight condition options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Saved Employee Search screen with the Highlighting subtab open, showing options for Condition, Image, Text Color, Background Color, Bold, Description, and Translation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Set available filters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Saved Employee Search screen with the Available Filters subtab open, showing filter configuration options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Saved Employee Search screen with the "My Preferred Search Form" checkbox highlighted in the Available Filters subtab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Note permissions for advanced subtabs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Saved Employee Search screen with a callout: "Requires the 'Create' level of the Publish Search Permission" above the Audience, Roles, and Email subtabs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Define the audience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Saved Employee Search screen with the Audience subtab open, showing options for Employees, Subsidiaries, Groups, and the Allow Audience to Edit checkbox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Make the saved search public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Saved Employee Search screen with the Public checkbox highlighted in the top field group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Set role-based display preferences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Saved Employee Search screen with the Roles subtab active, showing checkboxes for Preferred Search Form, Preferred Search Results, Preferred List View, Preferred Dashboard View, and Preferred Sublist View, with role-specific settings for CEO and Executive Center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Configure email notifications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Email subtab active, showing checkboxes for Send Email Alerts When Records Are Created/Updated, Send Emails According to Schedule, and Send if No Results, with tabs for Specific Recipients, Recipients From Results, Updated Fields, Customize Message, and Schedule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Track changes with the audit trail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Audit Trail subtab active, showing columns for Date, Set By, Component Action, Component Type, and Component Name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Review the execution log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Execution Log subtab active, showing columns for Run On, Run By, and Was Export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Blue banner with the text "Thanks for Watching!" centered on a plain light background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Laptop displaying the SuiteRep website, including the SuiteRep logo, navigation menu (About Us, Services, Blog, Solutions, Pricing, Intro to NetSuite), the headline "Trusted NetSuite Experts," the subtext "We provide high-quality services for all your NetSuite needs," a red "LET'S CHAT" button, and "NetSuite Services" at the bottom, against a blurred cityscape background</w:t>
      </w:r>
    </w:p>
    <w:p>
      <w:pPr/>
      <w:r>
        <w:br w:type="page"/>
      </w:r>
    </w:p>
    <w:sectPr w:rsidR="00FC693F" w:rsidRPr="0006063C" w:rsidSect="00034616">
      <w:headerReference w:type="default" r:id="rId28"/>
      <w:footerReference w:type="default" r:id="rId2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header" Target="header1.xml"/><Relationship Id="rId2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