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Share Your Screen in Microsoft Teams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Starting a screen share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Teams meeting window with the Share button highlighted in the top-right corner. Other visible controls include People, Chat, Reactions, Rooms, More, Camera, Mic, and Leave. The meeting is titled "My Meeting."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Choosing what to share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Teams "Share content" panel open, displaying options for Screen, Window (6), Microsoft Whiteboard, Content from camera, and PowerPoint Live, with the Screen option highlighted.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Screen sharing vs. window sharing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Initiating screen sharing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Teams "Share content" panel with the Screen option selected and highlighted, labeled "Generic PnP Monitor."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Teams "Share content" panel with the Screen option selected, and a "Sharing All Screens" label confirming active screen sharing.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Stopping and switching to window sharing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a red border and a "Sharing All Screens" Teams notification, indicating active full-screen sharing.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Word document with a red border and a "Sharing All Screens" notification, showing the screen sharing control box in the bottom right.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Word document with no red border, and Teams meeting controls visible in the bottom right, confirming sharing has ended.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Teams meeting window with the Share content panel open, highlighting the Window sharing option.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a red border and a "Sharing Only a Window" notification, indicating only this window is shared.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Word document with no red border and a "Sharing Only a Window" notification, indicating this window is not being shared.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a red border and a "Sharing Only a Window" notification, confirming active window sharing.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the close button highlighted, showing the action that closes the shared window.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Teams meeting window with the Share button highlighted, ready to start another window share.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Summary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pop-up dialog box visibility when sharing windows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a red border and a "What May and May Not Be Shared" Teams notification, showing the Excel interface and a data table.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a red border and the Conditional Formatting dropdown open, showing options like Highlight Cells Rules, Top/Bottom Rules, and Data Bars.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a red border and the "Greater Than" conditional formatting dialog box open, showing input fields for value and formatting options.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Excel window with a red border and the "Microsoft Excel" save changes dialog box open, offering Save, Don't Save, and Cancel options.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Key takeaways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Managing privacy while sharing your screen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Microsoft Teams meeting interface with the Share content panel open, showing options for Presenter mode, screen, window, Microsoft Whiteboard, and content from camera. The Share button is highlighted.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+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Outlook new message window open with the text "Isn't this meeting boring?" typed in the body, illustrating the risk of sharing private content.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Microsoft Word window in restored, non-maximized mode, with an arrow pointing to the Restore Down button. The document displays the myexcelonline.com logo.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Windows Display settings showing "Scale and layout" set to 125%, with the dropdown menu open displaying options for 100%, 125%, 150% (Recommended), or 175%.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Advanced tips for sharing windows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&gt;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Windows Display settings open, showing the "Scale and layout" dropdown with options for 100%, 125%, 150% (Recommended), and 175%. The cursor is selecting 125%, with a "Teams Additional Tips" banner visible in the top right.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Microsoft Teams meeting interface with the Share content panel open, showing options for Presenter mode, Screen, and Window (5). The Window option is highlighted, with a "Teams Additional Tips" banner visible.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|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Teams window sharing panel open, showing a list of currently open windows: Recording..., My Meeting | Microsoft Teams, TechSmith Camtasia 2020, and LetterNEW.docx - Word. The cursor points at the Word document.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Teams window sharing panel open, now showing "AdvancedIf.xlsx - Excel" as an available window to share, along with other open applications. The Excel window is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resources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promotional image displaying boxes for various Excel and Office training courses, with the text "ACCESS 1000+ TRAINING VIDEOS" and "LINK IN THE DESCRIPTION TO JOIN."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same promotional image, emphasizing the breadth of training resources and the call to action to join via the link in the description.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presenter standing in front of a "myexcelonline.com" wall, wearing an "Academy Member" shirt. On-screen graphics show a bell icon and a "GET NOTIFIED" button.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 end screen with the MyExcelOnline logo, subscribe button, and social media/contact information for the website, Instagram, and LinkedIn.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28"/>
      <w:footerReference w:type="default" r:id="rId2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header" Target="header1.xml"/><Relationship Id="rId2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