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Set Out of Office in Outlook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Prepare your workspace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sitting at a desk with a monitor displaying the Windows desktop, along with a keyboard, mouse, headphones, and a smartphone in a home office setting.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Open Outlook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gestures toward a monitor showing the Windows desktop before opening Outlook.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Navigate to your inbox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Outlook inbox is open, with folders on the left, emails in the center pane, and the selected email's content on the right.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Access the File menu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Outlook inbox is open, ready for the user to click the File tab.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Open Automatic Replies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Account Information screen shows the Automatic Replies button on the left, with the Automatic Replies dialog open beside it.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Turn on automatic replies and set a date range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Automatic Replies dialog with "Send automatic replies" selected and a date range set from 6/8/2019 11:00 PM to 6/9/2019 11:00 PM, along with a sample message.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Write your out of office message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Adjust the end time if needed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Automatic Replies dialog with the end time dropdown expanded, showing time options from 9:00 PM to 11:30 PM.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Customize your message and set internal/external options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Automatic Replies dialog with the custom message entered, shown against the Account Information screen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Set up rules for automatic replies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Automatic Replies dialog with the Rules button highlighted, ready to add custom rules for the out-of-office period.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Edit Rule dialog showing options to filter emails by sender, recipient, or subject, and actions such as alert, delete, move, copy, forward, or reply with a template.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Activate your out of office response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Automatic Replies dialog ready for the user to confirm and activate the out-of-office response.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Confirm automatic replies are active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Outlook inbox with a yellow notification bar confirming that automatic replies are being sent, with the user pointing to it.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Test your out of office setup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Outlook on the left and Gmail on the right, with a new message being composed to the Outlook address.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Gmail inbox showing the automatic reply message from the Outlook account, with Outlook visible on the left.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Set up out of office in Outlook on the web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Outlook on the web with the Quick Settings pane open and the search box ready for input.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Automatic Replies settings page in Outlook on the web, showing time period, calendar-blocking, and meeting-decline options along with the message box.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Automatic Replies settings page in Outlook on the web with "Send replies only to contacts" checked.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sits at a desk in a home office environment, facing the camera and waving with a smile. On the desk are a curved monitor displaying the Outlook web app's Automatic Replies settings, a keyboard, mouse, headphones, smartphone, and speakers. The room is warmly lit, and the presenter appears to be wrapping up the video.</w:t>
      </w:r>
    </w:p>
    <w:p>
      <w:pPr/>
      <w:r>
        <w:br w:type="page"/>
      </w:r>
    </w:p>
    <w:sectPr w:rsidR="00FC693F" w:rsidRPr="0006063C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header" Target="header1.xm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