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Send a Secure Email in Outlook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 with Outlook logo and text: "How to Send Encrypted Microsoft Outlook Emails". myexcelonline.com branding at the bottom right.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Trust Center dialog with Email Security selected, highlighting the Settings button for encrypted email.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Configuring the settings for an encrypted email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Outlook main window showing the Inbox, folder list, and a focused/other tabbed message list.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Options dialog open, showing various settings categories on the left, with Trust Center selected.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main window, identical to previous, emphasizing the need for both sender and recipient to use Outlook 365.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Trust Center dialog showing "Default Setting: MEO" under Encrypted email, ready to confirm with OK.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Writing and sending a secure email in Outlook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email window open in Outlook, with the Options tab visible and ready to select Encrypt.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/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new message window with the Options tab selected, Encrypt dropdown open, and "Encrypt with S/MIME" highlighted with a tooltip visible.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Outlook new message window with the Options tab open and the Encrypt button highlighted, ready to compose an encrypted email.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%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Outlook new message window, Options tab, Encrypt button highlighted, "Conclusion" label in top right.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Promotional graphic showing "GET 60% OFF ALL COURSES!" alongside various Excel and Office course categories.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Promotional graphic showing "GET 60% OFF ALL COURSES!" alongside various Microsoft product course categories.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Change Security Settings dialog with "MEO" entered as the Security Settings Name, S/MIME format, SHA1 hash, AES (256-bit) encryption, and certificates selected.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in front of myexcelonline.com logo, "GET NOTIFIED" button and notification bell icon visible.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End screen with MyExcelOnline logo, subscribe button, and social media/contact information.</w:t>
      </w:r>
    </w:p>
    <w:p>
      <w:pPr/>
      <w:r>
        <w:br w:type="page"/>
      </w:r>
    </w:p>
    <w:sectPr w:rsidR="00FC693F" w:rsidRPr="0006063C" w:rsidSect="00034616">
      <w:headerReference w:type="default" r:id="rId18"/>
      <w:footerReference w:type="default" r:id="rId1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header" Target="header1.xml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