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recall mail in Outlook: recall, undo, or delete a sent email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the recall notification email stating that the sender would like to recall the message "YouTube Videos &amp; Revenue."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Sent Items folder is selected, showing a sent email titled "YouTube Videos &amp; Revenue" addressed to Patti Fernandez and Nestor Wilke. The email body is visible on the right, including a highlighted note reading "REMOVE BEFORE SENDING!"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presenter with a highlighted box on screen reading "MICROSOFT 365 OR EXCHANGE"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Presenter with a highlighted box reading "MICROSOFT 365 OR EXCHANGE" and "SAME ORGANIZATION OR TENANT"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Nighttime cityscape with multiple office buildings, representing different companies/tenants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Outlook Options dialog is open to Mail &gt; Tracking, showing the checkboxes that control automatic processing of recall requests.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How to recall a sent email in Outlook desktop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Open Outlook and locate the sent email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Access the recall feature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opened email with a confirmation banner at the top stating that a recall attempt was made on a specific date and time. The original email content and the "REMOVE BEFORE SENDING!" note remain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Choose your recall option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View the recall confirmation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smiling at the camera with the same pie chart visible, reinforcing the message about checking for errors in email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Use the alternative method with a simplified ribbon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Actions dropdown menu is open in the ribbon, with "Recall This Message..." highlighted. A tooltip explains that message recall can delete or replace copies of the message in recipient inboxes if it has not been read.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Why recall might not work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overflow menu, opened by clicking the ellipsis, shows the Actions category with recall options.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Outlook on the web shows two messages in the inbox: the original email and a separate recall notification for "YouTube Videos &amp; Revenue."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Prevent mistakes with delayed email delivery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Compose your message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new message window shows a subject line, a recipient, and a highlighted note reading "REMOVE BEFORE SENDING!"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Set a delivery delay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Properties dialog shows "Do not deliver before" checked, with a specific date and time set for delayed delivery.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Send the email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Animated outro screen with large 3D text 'KEVIN STRATVERT' on a dark, colorful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Edit a delayed email before it sends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Outbox folder is selected, showing a delayed message that is still available for editing before it is finally sent.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Automatically delay all outgoing emails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 and white end screen with 'Subscribe' text and two empty rectangles for video suggestions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Open the Rules Wizard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&amp;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Rules Wizard shows "Apply rule on messages I send" selected as the starting point for a new rule.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Apply the rule to messages you send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Rules Wizard conditions screen has no conditions selected, so the rule will apply to all outgoing messages.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Skip conditions to apply the rule to all messages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Outlook Home tab is shown with Inbox selected, ready to begin creating a new rule.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Choose the defer delivery action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Rules Wizard actions screen lists available actions, including "defer delivery by a number of minutes."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Set the delay duration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Rules Wizard finish setup screen shows the rule named "Delay Sending emails," ready to be activated.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Skip exceptions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Name and finish the rule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Deferred Delivery dialog shows "2" entered in the minutes field, with the OK button highlighted.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Test the rule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Rules Wizard exceptions screen shows no exceptions selected.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Outbox folder shows a delayed message that is ready to be opened and edited.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Outbox shows the delayed message highlighted, ready to be sent once the 2-minute delay has passed.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Configure Undo Send in Outlook on the web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Outlook Web compose window shows a draft email ready to be sent, after which an Undo prompt will appear.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Open compose settings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Set your undo send buffer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Outlook Web settings show the "Compose and reply" section selected.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Cancel a message after sending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Undo Send slider in Outlook Web settings allows a buffer of up to 10 seconds.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Why this matters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Presenter on camera, discussing the impact of sending emails at odd hours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pointing at a pie chart titled 'WHEN DO YOU CHECK FOR ERRORS IN EMAIL?' showing most errors are noticed after sending, with source cited as 'KEVIN COOKIE COMPANY RESEARCH'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Office team gathered around a table, illustrating teamwork and work-life balance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Rules Wizard window with 'defer delivery by a number of minutes' selected</w:t>
      </w:r>
    </w:p>
    <w:p>
      <w:pPr/>
      <w:r>
        <w:br w:type="page"/>
      </w:r>
    </w:p>
    <w:sectPr w:rsidR="00FC693F" w:rsidRPr="0006063C" w:rsidSect="00034616">
      <w:headerReference w:type="default" r:id="rId26"/>
      <w:footerReference w:type="default" r:id="rId2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header" Target="header1.xm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