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keepLines/>
        <w:outlineLvl w:val="0"/>
      </w:pPr>
      <w:r>
        <w:rPr>
          <w:b/>
          <w:color w:val="404040"/>
          <w:sz w:val="44"/>
          <w:rFonts w:ascii="Inter" w:hAnsi="Inter" w:eastAsia="Noto Sans CJK JP" w:cs="Noto Sans CJK JP"/>
        </w:rPr>
        <w:t>How to Weld Aluminum: Stick Welding Procedure with a DC Inverter</w:t>
      </w:r>
    </w:p>
    <w:p>
      <w:pPr>
        <w:keepNext/>
        <w:keepLines/>
      </w:pP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S</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W</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C</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2</w:t>
      </w:r>
      <w:r>
        <w:rPr>
          <w:color w:val="404040"/>
          <w:sz w:val="24"/>
          <w:rFonts w:ascii="Inter" w:hAnsi="Inter" w:eastAsia="Noto Sans CJK JP" w:cs="Noto Sans CJK JP"/>
        </w:rPr>
        <w:t>1</w:t>
      </w:r>
      <w:r>
        <w:rPr>
          <w:color w:val="404040"/>
          <w:sz w:val="24"/>
          <w:rFonts w:ascii="Inter" w:hAnsi="Inter" w:eastAsia="Noto Sans CJK JP" w:cs="Noto Sans CJK JP"/>
        </w:rPr>
        <w:t>0</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d</w:t>
      </w:r>
      <w:r>
        <w:rPr>
          <w:color w:val="404040"/>
          <w:sz w:val="24"/>
          <w:rFonts w:ascii="Inter" w:hAnsi="Inter" w:eastAsia="Noto Sans CJK JP" w:cs="Noto Sans CJK JP"/>
        </w:rPr>
        <w:t>u</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C</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u</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u</w:t>
      </w:r>
      <w:r>
        <w:rPr>
          <w:color w:val="404040"/>
          <w:sz w:val="24"/>
          <w:rFonts w:ascii="Inter" w:hAnsi="Inter" w:eastAsia="Noto Sans CJK JP" w:cs="Noto Sans CJK JP"/>
        </w:rPr>
        <w:t>p</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k</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i</w:t>
      </w:r>
      <w:r>
        <w:rPr>
          <w:color w:val="404040"/>
          <w:sz w:val="24"/>
          <w:rFonts w:ascii="Inter" w:hAnsi="Inter" w:eastAsia="Noto Sans CJK JP" w:cs="Noto Sans CJK JP"/>
        </w:rPr>
        <w:t>p</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u</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v</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1" name="Picture 1"/>
            <wp:cNvGraphicFramePr>
              <a:graphicFrameLocks noChangeAspect="1"/>
            </wp:cNvGraphicFramePr>
            <a:graphic>
              <a:graphicData uri="http://schemas.openxmlformats.org/drawingml/2006/picture">
                <pic:pic>
                  <pic:nvPicPr>
                    <pic:cNvPr id="0" name="image.jpg"/>
                    <pic:cNvPicPr/>
                  </pic:nvPicPr>
                  <pic:blipFill>
                    <a:blip r:embed="rId9"/>
                    <a:stretch>
                      <a:fillRect/>
                    </a:stretch>
                  </pic:blipFill>
                  <pic:spPr>
                    <a:xfrm>
                      <a:off x="0" y="0"/>
                      <a:ext cx="5328000" cy="3041655"/>
                    </a:xfrm>
                    <a:prstGeom prst="rect"/>
                  </pic:spPr>
                </pic:pic>
              </a:graphicData>
            </a:graphic>
          </wp:inline>
        </w:drawing>
      </w:r>
    </w:p>
    <w:p>
      <w:pPr>
        <w:pStyle w:val="Caption"/>
        <w:jc w:val="center"/>
      </w:pPr>
      <w:r>
        <w:rPr>
          <w:b/>
          <w:color w:val="404040"/>
        </w:rPr>
        <w:t>A welding workbench holds a welding electrode, welding helmet, wire brush, marker, and two aluminum workpieces. An ESAB EMP 210 welding machine displays settings of 85 amps and 52.0 volts.</w:t>
      </w:r>
    </w:p>
    <w:p>
      <w:pPr>
        <w:pStyle w:val="Heading1"/>
        <w:keepNext/>
        <w:keepLines/>
        <w:outlineLvl w:val="0"/>
      </w:pPr>
      <w:r>
        <w:rPr>
          <w:b/>
          <w:color w:val="404040"/>
          <w:sz w:val="32"/>
          <w:rFonts w:ascii="Inter" w:hAnsi="Inter" w:eastAsia="Noto Sans CJK JP" w:cs="Noto Sans CJK JP"/>
        </w:rPr>
        <w:t>Purpose</w:t>
      </w:r>
    </w:p>
    <w:p>
      <w:pP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w:t>
      </w:r>
      <w:r>
        <w:rPr>
          <w:color w:val="404040"/>
          <w:sz w:val="24"/>
          <w:rFonts w:ascii="Inter" w:hAnsi="Inter" w:eastAsia="Noto Sans CJK JP" w:cs="Noto Sans CJK JP"/>
        </w:rPr>
        <w:t>b</w:t>
      </w:r>
      <w:r>
        <w:rPr>
          <w:color w:val="404040"/>
          <w:sz w:val="24"/>
          <w:rFonts w:ascii="Inter" w:hAnsi="Inter" w:eastAsia="Noto Sans CJK JP" w:cs="Noto Sans CJK JP"/>
        </w:rPr>
        <w:t>y</w:t>
      </w:r>
      <w:r>
        <w:rPr>
          <w:color w:val="404040"/>
          <w:sz w:val="24"/>
          <w:rFonts w:ascii="Inter" w:hAnsi="Inter" w:eastAsia="Noto Sans CJK JP" w:cs="Noto Sans CJK JP"/>
        </w:rPr>
        <w:t>-</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u</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C</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d</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i</w:t>
      </w:r>
      <w:r>
        <w:rPr>
          <w:color w:val="404040"/>
          <w:sz w:val="24"/>
          <w:rFonts w:ascii="Inter" w:hAnsi="Inter" w:eastAsia="Noto Sans CJK JP" w:cs="Noto Sans CJK JP"/>
        </w:rPr>
        <w:t>p</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w:t>
      </w:r>
    </w:p>
    <w:p>
      <w:pPr>
        <w:pStyle w:val="Heading1"/>
        <w:keepNext/>
        <w:keepLines/>
        <w:outlineLvl w:val="0"/>
      </w:pPr>
      <w:r>
        <w:rPr>
          <w:b/>
          <w:color w:val="404040"/>
          <w:sz w:val="32"/>
          <w:rFonts w:ascii="Inter" w:hAnsi="Inter" w:eastAsia="Noto Sans CJK JP" w:cs="Noto Sans CJK JP"/>
        </w:rPr>
        <w:t>Scope</w:t>
      </w:r>
    </w:p>
    <w:p>
      <w:pP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y</w:t>
      </w:r>
      <w:r>
        <w:rPr>
          <w:color w:val="404040"/>
          <w:sz w:val="24"/>
          <w:rFonts w:ascii="Inter" w:hAnsi="Inter" w:eastAsia="Noto Sans CJK JP" w:cs="Noto Sans CJK JP"/>
        </w:rPr>
        <w:t>d</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C</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p>
    <w:p>
      <w:pPr>
        <w:pStyle w:val="Heading1"/>
        <w:keepNext/>
        <w:keepLines/>
        <w:outlineLvl w:val="0"/>
      </w:pPr>
      <w:r>
        <w:rPr>
          <w:b/>
          <w:color w:val="404040"/>
          <w:sz w:val="32"/>
          <w:rFonts w:ascii="Inter" w:hAnsi="Inter" w:eastAsia="Noto Sans CJK JP" w:cs="Noto Sans CJK JP"/>
        </w:rPr>
        <w:t>Required equipment and PPE</w:t>
      </w:r>
    </w:p>
    <w:p>
      <w:pPr>
        <w:pStyle w:val="ListBullet2"/>
      </w:pPr>
      <w:r>
        <w:rPr>
          <w:color w:val="404040"/>
          <w:sz w:val="24"/>
          <w:rFonts w:ascii="Inter" w:hAnsi="Inter" w:eastAsia="Noto Sans CJK JP" w:cs="Noto Sans CJK JP"/>
        </w:rPr>
        <w:t>D</w:t>
      </w:r>
      <w:r>
        <w:rPr>
          <w:color w:val="404040"/>
          <w:sz w:val="24"/>
          <w:rFonts w:ascii="Inter" w:hAnsi="Inter" w:eastAsia="Noto Sans CJK JP" w:cs="Noto Sans CJK JP"/>
        </w:rPr>
        <w:t>C</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C</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D</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p</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2</w:t>
      </w:r>
      <w:r>
        <w:rPr>
          <w:color w:val="404040"/>
          <w:sz w:val="24"/>
          <w:rFonts w:ascii="Inter" w:hAnsi="Inter" w:eastAsia="Noto Sans CJK JP" w:cs="Noto Sans CJK JP"/>
        </w:rPr>
        <w:t>1</w:t>
      </w:r>
      <w:r>
        <w:rPr>
          <w:color w:val="404040"/>
          <w:sz w:val="24"/>
          <w:rFonts w:ascii="Inter" w:hAnsi="Inter" w:eastAsia="Noto Sans CJK JP" w:cs="Noto Sans CJK JP"/>
        </w:rPr>
        <w:t>0</w:t>
      </w:r>
    </w:p>
    <w:p>
      <w:pPr>
        <w:pStyle w:val="ListBullet2"/>
      </w:pPr>
      <w:r>
        <w:rPr>
          <w:color w:val="404040"/>
          <w:sz w:val="24"/>
          <w:rFonts w:ascii="Inter" w:hAnsi="Inter" w:eastAsia="Noto Sans CJK JP" w:cs="Noto Sans CJK JP"/>
        </w:rPr>
        <w:t>3</w:t>
      </w:r>
      <w:r>
        <w:rPr>
          <w:color w:val="404040"/>
          <w:sz w:val="24"/>
          <w:rFonts w:ascii="Inter" w:hAnsi="Inter" w:eastAsia="Noto Sans CJK JP" w:cs="Noto Sans CJK JP"/>
        </w:rPr>
        <w:t>/</w:t>
      </w:r>
      <w:r>
        <w:rPr>
          <w:color w:val="404040"/>
          <w:sz w:val="24"/>
          <w:rFonts w:ascii="Inter" w:hAnsi="Inter" w:eastAsia="Noto Sans CJK JP" w:cs="Noto Sans CJK JP"/>
        </w:rPr>
        <w:t>3</w:t>
      </w:r>
      <w:r>
        <w:rPr>
          <w:color w:val="404040"/>
          <w:sz w:val="24"/>
          <w:rFonts w:ascii="Inter" w:hAnsi="Inter" w:eastAsia="Noto Sans CJK JP" w:cs="Noto Sans CJK JP"/>
        </w:rPr>
        <w:t>2</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2</w:t>
      </w:r>
      <w:r>
        <w:rPr>
          <w:color w:val="404040"/>
          <w:sz w:val="24"/>
          <w:rFonts w:ascii="Inter" w:hAnsi="Inter" w:eastAsia="Noto Sans CJK JP" w:cs="Noto Sans CJK JP"/>
        </w:rPr>
        <w:t>.</w:t>
      </w:r>
      <w:r>
        <w:rPr>
          <w:color w:val="404040"/>
          <w:sz w:val="24"/>
          <w:rFonts w:ascii="Inter" w:hAnsi="Inter" w:eastAsia="Noto Sans CJK JP" w:cs="Noto Sans CJK JP"/>
        </w:rPr>
        <w:t>4</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m</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y</w:t>
      </w:r>
      <w:r>
        <w:rPr>
          <w:color w:val="404040"/>
          <w:sz w:val="24"/>
          <w:rFonts w:ascii="Inter" w:hAnsi="Inter" w:eastAsia="Noto Sans CJK JP" w:cs="Noto Sans CJK JP"/>
        </w:rPr>
        <w:t>d</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m</w:t>
      </w:r>
    </w:p>
    <w:p>
      <w:pPr>
        <w:pStyle w:val="ListBullet2"/>
      </w:pP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k</w:t>
      </w:r>
      <w:r>
        <w:rPr>
          <w:color w:val="404040"/>
          <w:sz w:val="24"/>
          <w:rFonts w:ascii="Inter" w:hAnsi="Inter" w:eastAsia="Noto Sans CJK JP" w:cs="Noto Sans CJK JP"/>
        </w:rPr>
        <w:t>p</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O</w:t>
      </w:r>
      <w:r>
        <w:rPr>
          <w:color w:val="404040"/>
          <w:sz w:val="24"/>
          <w:rFonts w:ascii="Inter" w:hAnsi="Inter" w:eastAsia="Noto Sans CJK JP" w:cs="Noto Sans CJK JP"/>
        </w:rPr>
        <w:t>x</w:t>
      </w:r>
      <w:r>
        <w:rPr>
          <w:color w:val="404040"/>
          <w:sz w:val="24"/>
          <w:rFonts w:ascii="Inter" w:hAnsi="Inter" w:eastAsia="Noto Sans CJK JP" w:cs="Noto Sans CJK JP"/>
        </w:rPr>
        <w:t>y</w:t>
      </w:r>
      <w:r>
        <w:rPr>
          <w:color w:val="404040"/>
          <w:sz w:val="24"/>
          <w:rFonts w:ascii="Inter" w:hAnsi="Inter" w:eastAsia="Noto Sans CJK JP" w:cs="Noto Sans CJK JP"/>
        </w:rPr>
        <w:t>-</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y</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c</w:t>
      </w:r>
      <w:r>
        <w:rPr>
          <w:color w:val="404040"/>
          <w:sz w:val="24"/>
          <w:rFonts w:ascii="Inter" w:hAnsi="Inter" w:eastAsia="Noto Sans CJK JP" w:cs="Noto Sans CJK JP"/>
        </w:rPr>
        <w:t>h</w:t>
      </w:r>
    </w:p>
    <w:p>
      <w:pPr>
        <w:pStyle w:val="ListBullet2"/>
      </w:pP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k</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3</w:t>
      </w:r>
      <w:r>
        <w:rPr>
          <w:color w:val="404040"/>
          <w:sz w:val="24"/>
          <w:rFonts w:ascii="Inter" w:hAnsi="Inter" w:eastAsia="Noto Sans CJK JP" w:cs="Noto Sans CJK JP"/>
        </w:rPr>
        <w:t>5</w:t>
      </w:r>
      <w:r>
        <w:rPr>
          <w:color w:val="404040"/>
          <w:sz w:val="24"/>
          <w:rFonts w:ascii="Inter" w:hAnsi="Inter" w:eastAsia="Noto Sans CJK JP" w:cs="Noto Sans CJK JP"/>
        </w:rPr>
        <w:t>0</w:t>
      </w:r>
      <w:r>
        <w:rPr>
          <w:color w:val="404040"/>
          <w:sz w:val="24"/>
          <w:rFonts w:ascii="Inter" w:hAnsi="Inter" w:eastAsia="Noto Sans CJK JP" w:cs="Noto Sans CJK JP"/>
        </w:rPr>
        <w:t>°</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2</w:t>
      </w:r>
      <w:r>
        <w:rPr>
          <w:color w:val="404040"/>
          <w:sz w:val="24"/>
          <w:rFonts w:ascii="Inter" w:hAnsi="Inter" w:eastAsia="Noto Sans CJK JP" w:cs="Noto Sans CJK JP"/>
        </w:rPr>
        <w:t>5</w:t>
      </w:r>
      <w:r>
        <w:rPr>
          <w:color w:val="404040"/>
          <w:sz w:val="24"/>
          <w:rFonts w:ascii="Inter" w:hAnsi="Inter" w:eastAsia="Noto Sans CJK JP" w:cs="Noto Sans CJK JP"/>
        </w:rPr>
        <w:t>0</w:t>
      </w:r>
      <w:r>
        <w:rPr>
          <w:color w:val="404040"/>
          <w:sz w:val="24"/>
          <w:rFonts w:ascii="Inter" w:hAnsi="Inter" w:eastAsia="Noto Sans CJK JP" w:cs="Noto Sans CJK JP"/>
        </w:rPr>
        <w:t>°</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b</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r</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p</w:t>
      </w:r>
      <w:r>
        <w:rPr>
          <w:color w:val="404040"/>
          <w:sz w:val="24"/>
          <w:rFonts w:ascii="Inter" w:hAnsi="Inter" w:eastAsia="Noto Sans CJK JP" w:cs="Noto Sans CJK JP"/>
        </w:rPr>
        <w:t>p</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r</w:t>
      </w:r>
    </w:p>
    <w:p>
      <w:pPr>
        <w:pStyle w:val="ListBullet2"/>
      </w:pP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s</w:t>
      </w:r>
    </w:p>
    <w:p>
      <w:pPr>
        <w:pStyle w:val="ListBullet2"/>
      </w:pP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k</w:t>
      </w:r>
      <w:r>
        <w:rPr>
          <w:color w:val="404040"/>
          <w:sz w:val="24"/>
          <w:rFonts w:ascii="Inter" w:hAnsi="Inter" w:eastAsia="Noto Sans CJK JP" w:cs="Noto Sans CJK JP"/>
        </w:rPr>
        <w:t>e</w:t>
      </w:r>
      <w:r>
        <w:rPr>
          <w:color w:val="404040"/>
          <w:sz w:val="24"/>
          <w:rFonts w:ascii="Inter" w:hAnsi="Inter" w:eastAsia="Noto Sans CJK JP" w:cs="Noto Sans CJK JP"/>
        </w:rPr>
        <w:t>r</w:t>
      </w:r>
    </w:p>
    <w:p>
      <w:pPr>
        <w:pStyle w:val="ListBullet2"/>
      </w:pP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t</w:t>
      </w:r>
    </w:p>
    <w:p>
      <w:pPr>
        <w:pStyle w:val="ListBullet2"/>
      </w:pP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j</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s</w:t>
      </w:r>
    </w:p>
    <w:p>
      <w:pPr>
        <w:pStyle w:val="ListBullet2"/>
        <w:keepNext/>
        <w:keepLines/>
      </w:pP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s</w:t>
      </w:r>
    </w:p>
    <w:p>
      <w:pPr>
        <w:keepNext/>
        <w:keepLines/>
        <w:jc w:val="center"/>
      </w:pPr>
      <w:r>
        <w:drawing>
          <wp:inline xmlns:a="http://schemas.openxmlformats.org/drawingml/2006/main" xmlns:pic="http://schemas.openxmlformats.org/drawingml/2006/picture">
            <wp:extent cx="5328000" cy="3041655"/>
            <wp:docPr id="2" name="Picture 2"/>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5328000" cy="3041655"/>
                    </a:xfrm>
                    <a:prstGeom prst="rect"/>
                  </pic:spPr>
                </pic:pic>
              </a:graphicData>
            </a:graphic>
          </wp:inline>
        </w:drawing>
      </w:r>
    </w:p>
    <w:p>
      <w:pPr>
        <w:pStyle w:val="Caption"/>
        <w:jc w:val="center"/>
      </w:pPr>
      <w:r>
        <w:rPr>
          <w:b/>
          <w:color w:val="404040"/>
        </w:rPr>
        <w:t>Close-up of hands holding an electrode near a fillet joint of aluminum pieces on a perforated welding table, with a wire brush and marker visible in the background.</w:t>
      </w:r>
    </w:p>
    <w:p>
      <w:pPr>
        <w:pStyle w:val="Heading1"/>
        <w:keepNext/>
        <w:keepLines/>
        <w:outlineLvl w:val="0"/>
      </w:pPr>
      <w:r>
        <w:rPr>
          <w:b/>
          <w:color w:val="404040"/>
          <w:sz w:val="32"/>
          <w:rFonts w:ascii="Inter" w:hAnsi="Inter" w:eastAsia="Noto Sans CJK JP" w:cs="Noto Sans CJK JP"/>
        </w:rPr>
        <w:t>Procedure</w:t>
      </w:r>
    </w:p>
    <w:p>
      <w:pPr>
        <w:pStyle w:val="Heading2"/>
        <w:keepNext/>
        <w:keepLines/>
        <w:ind w:left="0"/>
        <w:outlineLvl w:val="1"/>
      </w:pPr>
      <w:r>
        <w:rPr>
          <w:b/>
          <w:color w:val="404040"/>
          <w:sz w:val="28"/>
          <w:rFonts w:ascii="Inter" w:hAnsi="Inter" w:eastAsia="Noto Sans CJK JP" w:cs="Noto Sans CJK JP"/>
        </w:rPr>
        <w:t>Confirm setup and polarity</w:t>
      </w:r>
    </w:p>
    <w:p>
      <w:pPr/>
      <w:r>
        <w:rPr>
          <w:b/>
          <w:color w:val="404040"/>
          <w:sz w:val="24"/>
          <w:rFonts w:ascii="Inter" w:hAnsi="Inter" w:eastAsia="Noto Sans CJK JP" w:cs="Noto Sans CJK JP"/>
        </w:rPr>
        <w:t>1</w:t>
      </w:r>
      <w:r>
        <w:rPr>
          <w:b/>
          <w:color w:val="404040"/>
          <w:sz w:val="24"/>
          <w:rFonts w:ascii="Inter" w:hAnsi="Inter" w:eastAsia="Noto Sans CJK JP" w:cs="Noto Sans CJK JP"/>
        </w:rPr>
        <w: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C</w:t>
      </w:r>
      <w:r>
        <w:rPr>
          <w:b/>
          <w:color w:val="404040"/>
          <w:sz w:val="24"/>
          <w:rFonts w:ascii="Inter" w:hAnsi="Inter" w:eastAsia="Noto Sans CJK JP" w:cs="Noto Sans CJK JP"/>
        </w:rPr>
        <w:t>o</w:t>
      </w:r>
      <w:r>
        <w:rPr>
          <w:b/>
          <w:color w:val="404040"/>
          <w:sz w:val="24"/>
          <w:rFonts w:ascii="Inter" w:hAnsi="Inter" w:eastAsia="Noto Sans CJK JP" w:cs="Noto Sans CJK JP"/>
        </w:rPr>
        <w:t>n</w:t>
      </w:r>
      <w:r>
        <w:rPr>
          <w:b/>
          <w:color w:val="404040"/>
          <w:sz w:val="24"/>
          <w:rFonts w:ascii="Inter" w:hAnsi="Inter" w:eastAsia="Noto Sans CJK JP" w:cs="Noto Sans CJK JP"/>
        </w:rPr>
        <w:t>f</w:t>
      </w:r>
      <w:r>
        <w:rPr>
          <w:b/>
          <w:color w:val="404040"/>
          <w:sz w:val="24"/>
          <w:rFonts w:ascii="Inter" w:hAnsi="Inter" w:eastAsia="Noto Sans CJK JP" w:cs="Noto Sans CJK JP"/>
        </w:rPr>
        <w:t>i</w:t>
      </w:r>
      <w:r>
        <w:rPr>
          <w:b/>
          <w:color w:val="404040"/>
          <w:sz w:val="24"/>
          <w:rFonts w:ascii="Inter" w:hAnsi="Inter" w:eastAsia="Noto Sans CJK JP" w:cs="Noto Sans CJK JP"/>
        </w:rPr>
        <w:t>r</w:t>
      </w:r>
      <w:r>
        <w:rPr>
          <w:b/>
          <w:color w:val="404040"/>
          <w:sz w:val="24"/>
          <w:rFonts w:ascii="Inter" w:hAnsi="Inter" w:eastAsia="Noto Sans CJK JP" w:cs="Noto Sans CJK JP"/>
        </w:rPr>
        <w:t>m</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h</w:t>
      </w:r>
      <w:r>
        <w:rPr>
          <w:b/>
          <w:color w:val="404040"/>
          <w:sz w:val="24"/>
          <w:rFonts w:ascii="Inter" w:hAnsi="Inter" w:eastAsia="Noto Sans CJK JP" w:cs="Noto Sans CJK JP"/>
        </w:rPr>
        <w:t>a</w:t>
      </w:r>
      <w:r>
        <w:rPr>
          <w:b/>
          <w:color w:val="404040"/>
          <w:sz w:val="24"/>
          <w:rFonts w:ascii="Inter" w:hAnsi="Inter" w:eastAsia="Noto Sans CJK JP" w:cs="Noto Sans CJK JP"/>
        </w:rPr>
        <w:t>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s</w:t>
      </w:r>
      <w:r>
        <w:rPr>
          <w:b/>
          <w:color w:val="404040"/>
          <w:sz w:val="24"/>
          <w:rFonts w:ascii="Inter" w:hAnsi="Inter" w:eastAsia="Noto Sans CJK JP" w:cs="Noto Sans CJK JP"/>
        </w:rPr>
        <w:t>t</w:t>
      </w:r>
      <w:r>
        <w:rPr>
          <w:b/>
          <w:color w:val="404040"/>
          <w:sz w:val="24"/>
          <w:rFonts w:ascii="Inter" w:hAnsi="Inter" w:eastAsia="Noto Sans CJK JP" w:cs="Noto Sans CJK JP"/>
        </w:rPr>
        <w:t>i</w:t>
      </w:r>
      <w:r>
        <w:rPr>
          <w:b/>
          <w:color w:val="404040"/>
          <w:sz w:val="24"/>
          <w:rFonts w:ascii="Inter" w:hAnsi="Inter" w:eastAsia="Noto Sans CJK JP" w:cs="Noto Sans CJK JP"/>
        </w:rPr>
        <w:t>c</w:t>
      </w:r>
      <w:r>
        <w:rPr>
          <w:b/>
          <w:color w:val="404040"/>
          <w:sz w:val="24"/>
          <w:rFonts w:ascii="Inter" w:hAnsi="Inter" w:eastAsia="Noto Sans CJK JP" w:cs="Noto Sans CJK JP"/>
        </w:rPr>
        <w:t>k</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w</w:t>
      </w:r>
      <w:r>
        <w:rPr>
          <w:b/>
          <w:color w:val="404040"/>
          <w:sz w:val="24"/>
          <w:rFonts w:ascii="Inter" w:hAnsi="Inter" w:eastAsia="Noto Sans CJK JP" w:cs="Noto Sans CJK JP"/>
        </w:rPr>
        <w:t>e</w:t>
      </w:r>
      <w:r>
        <w:rPr>
          <w:b/>
          <w:color w:val="404040"/>
          <w:sz w:val="24"/>
          <w:rFonts w:ascii="Inter" w:hAnsi="Inter" w:eastAsia="Noto Sans CJK JP" w:cs="Noto Sans CJK JP"/>
        </w:rPr>
        <w:t>l</w:t>
      </w:r>
      <w:r>
        <w:rPr>
          <w:b/>
          <w:color w:val="404040"/>
          <w:sz w:val="24"/>
          <w:rFonts w:ascii="Inter" w:hAnsi="Inter" w:eastAsia="Noto Sans CJK JP" w:cs="Noto Sans CJK JP"/>
        </w:rPr>
        <w:t>d</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g</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a</w:t>
      </w:r>
      <w:r>
        <w:rPr>
          <w:b/>
          <w:color w:val="404040"/>
          <w:sz w:val="24"/>
          <w:rFonts w:ascii="Inter" w:hAnsi="Inter" w:eastAsia="Noto Sans CJK JP" w:cs="Noto Sans CJK JP"/>
        </w:rPr>
        <w:t>l</w:t>
      </w:r>
      <w:r>
        <w:rPr>
          <w:b/>
          <w:color w:val="404040"/>
          <w:sz w:val="24"/>
          <w:rFonts w:ascii="Inter" w:hAnsi="Inter" w:eastAsia="Noto Sans CJK JP" w:cs="Noto Sans CJK JP"/>
        </w:rPr>
        <w:t>u</w:t>
      </w:r>
      <w:r>
        <w:rPr>
          <w:b/>
          <w:color w:val="404040"/>
          <w:sz w:val="24"/>
          <w:rFonts w:ascii="Inter" w:hAnsi="Inter" w:eastAsia="Noto Sans CJK JP" w:cs="Noto Sans CJK JP"/>
        </w:rPr>
        <w:t>m</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u</w:t>
      </w:r>
      <w:r>
        <w:rPr>
          <w:b/>
          <w:color w:val="404040"/>
          <w:sz w:val="24"/>
          <w:rFonts w:ascii="Inter" w:hAnsi="Inter" w:eastAsia="Noto Sans CJK JP" w:cs="Noto Sans CJK JP"/>
        </w:rPr>
        <w:t>m</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i</w:t>
      </w:r>
      <w:r>
        <w:rPr>
          <w:b/>
          <w:color w:val="404040"/>
          <w:sz w:val="24"/>
          <w:rFonts w:ascii="Inter" w:hAnsi="Inter" w:eastAsia="Noto Sans CJK JP" w:cs="Noto Sans CJK JP"/>
        </w:rPr>
        <w:t>s</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p</w:t>
      </w:r>
      <w:r>
        <w:rPr>
          <w:b/>
          <w:color w:val="404040"/>
          <w:sz w:val="24"/>
          <w:rFonts w:ascii="Inter" w:hAnsi="Inter" w:eastAsia="Noto Sans CJK JP" w:cs="Noto Sans CJK JP"/>
        </w:rPr>
        <w:t>o</w:t>
      </w:r>
      <w:r>
        <w:rPr>
          <w:b/>
          <w:color w:val="404040"/>
          <w:sz w:val="24"/>
          <w:rFonts w:ascii="Inter" w:hAnsi="Inter" w:eastAsia="Noto Sans CJK JP" w:cs="Noto Sans CJK JP"/>
        </w:rPr>
        <w:t>s</w:t>
      </w:r>
      <w:r>
        <w:rPr>
          <w:b/>
          <w:color w:val="404040"/>
          <w:sz w:val="24"/>
          <w:rFonts w:ascii="Inter" w:hAnsi="Inter" w:eastAsia="Noto Sans CJK JP" w:cs="Noto Sans CJK JP"/>
        </w:rPr>
        <w:t>s</w:t>
      </w:r>
      <w:r>
        <w:rPr>
          <w:b/>
          <w:color w:val="404040"/>
          <w:sz w:val="24"/>
          <w:rFonts w:ascii="Inter" w:hAnsi="Inter" w:eastAsia="Noto Sans CJK JP" w:cs="Noto Sans CJK JP"/>
        </w:rPr>
        <w:t>i</w:t>
      </w:r>
      <w:r>
        <w:rPr>
          <w:b/>
          <w:color w:val="404040"/>
          <w:sz w:val="24"/>
          <w:rFonts w:ascii="Inter" w:hAnsi="Inter" w:eastAsia="Noto Sans CJK JP" w:cs="Noto Sans CJK JP"/>
        </w:rPr>
        <w:t>b</w:t>
      </w:r>
      <w:r>
        <w:rPr>
          <w:b/>
          <w:color w:val="404040"/>
          <w:sz w:val="24"/>
          <w:rFonts w:ascii="Inter" w:hAnsi="Inter" w:eastAsia="Noto Sans CJK JP" w:cs="Noto Sans CJK JP"/>
        </w:rPr>
        <w:t>l</w:t>
      </w:r>
      <w:r>
        <w:rPr>
          <w:b/>
          <w:color w:val="404040"/>
          <w:sz w:val="24"/>
          <w:rFonts w:ascii="Inter" w:hAnsi="Inter" w:eastAsia="Noto Sans CJK JP" w:cs="Noto Sans CJK JP"/>
        </w:rPr>
        <w:t>e</w:t>
      </w:r>
      <w:r>
        <w:rPr>
          <w:b/>
          <w:color w:val="404040"/>
          <w:sz w:val="24"/>
          <w:rFonts w:ascii="Inter" w:hAnsi="Inter" w:eastAsia="Noto Sans CJK JP" w:cs="Noto Sans CJK JP"/>
        </w:rPr>
        <w:t>.</w:t>
      </w:r>
      <w:r>
        <w:rPr>
          <w:color w:val="404040"/>
          <w:sz w:val="24"/>
          <w:rFonts w:ascii="Inter" w:hAnsi="Inter" w:eastAsia="Noto Sans CJK JP" w:cs="Noto Sans CJK JP"/>
        </w:rPr>
        <w:br/>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C</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g</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y</w:t>
      </w:r>
      <w:r>
        <w:rPr>
          <w:color w:val="404040"/>
          <w:sz w:val="24"/>
          <w:rFonts w:ascii="Inter" w:hAnsi="Inter" w:eastAsia="Noto Sans CJK JP" w:cs="Noto Sans CJK JP"/>
        </w:rPr>
        <w:t>p</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k</w:t>
      </w:r>
      <w:r>
        <w:rPr>
          <w:color w:val="404040"/>
          <w:sz w:val="24"/>
          <w:rFonts w:ascii="Inter" w:hAnsi="Inter" w:eastAsia="Noto Sans CJK JP" w:cs="Noto Sans CJK JP"/>
        </w:rPr>
        <w:t>.</w:t>
      </w:r>
    </w:p>
    <w:p>
      <w:pPr/>
      <w:r>
        <w:rPr>
          <w:b/>
          <w:color w:val="404040"/>
          <w:sz w:val="24"/>
          <w:rFonts w:ascii="Inter" w:hAnsi="Inter" w:eastAsia="Noto Sans CJK JP" w:cs="Noto Sans CJK JP"/>
        </w:rPr>
        <w:t>2</w:t>
      </w:r>
      <w:r>
        <w:rPr>
          <w:b/>
          <w:color w:val="404040"/>
          <w:sz w:val="24"/>
          <w:rFonts w:ascii="Inter" w:hAnsi="Inter" w:eastAsia="Noto Sans CJK JP" w:cs="Noto Sans CJK JP"/>
        </w:rPr>
        <w: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S</w:t>
      </w:r>
      <w:r>
        <w:rPr>
          <w:b/>
          <w:color w:val="404040"/>
          <w:sz w:val="24"/>
          <w:rFonts w:ascii="Inter" w:hAnsi="Inter" w:eastAsia="Noto Sans CJK JP" w:cs="Noto Sans CJK JP"/>
        </w:rPr>
        <w:t>e</w:t>
      </w:r>
      <w:r>
        <w:rPr>
          <w:b/>
          <w:color w:val="404040"/>
          <w:sz w:val="24"/>
          <w:rFonts w:ascii="Inter" w:hAnsi="Inter" w:eastAsia="Noto Sans CJK JP" w:cs="Noto Sans CJK JP"/>
        </w:rPr>
        <w:t>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h</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m</w:t>
      </w:r>
      <w:r>
        <w:rPr>
          <w:b/>
          <w:color w:val="404040"/>
          <w:sz w:val="24"/>
          <w:rFonts w:ascii="Inter" w:hAnsi="Inter" w:eastAsia="Noto Sans CJK JP" w:cs="Noto Sans CJK JP"/>
        </w:rPr>
        <w:t>a</w:t>
      </w:r>
      <w:r>
        <w:rPr>
          <w:b/>
          <w:color w:val="404040"/>
          <w:sz w:val="24"/>
          <w:rFonts w:ascii="Inter" w:hAnsi="Inter" w:eastAsia="Noto Sans CJK JP" w:cs="Noto Sans CJK JP"/>
        </w:rPr>
        <w:t>c</w:t>
      </w:r>
      <w:r>
        <w:rPr>
          <w:b/>
          <w:color w:val="404040"/>
          <w:sz w:val="24"/>
          <w:rFonts w:ascii="Inter" w:hAnsi="Inter" w:eastAsia="Noto Sans CJK JP" w:cs="Noto Sans CJK JP"/>
        </w:rPr>
        <w:t>h</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o</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D</w:t>
      </w:r>
      <w:r>
        <w:rPr>
          <w:b/>
          <w:color w:val="404040"/>
          <w:sz w:val="24"/>
          <w:rFonts w:ascii="Inter" w:hAnsi="Inter" w:eastAsia="Noto Sans CJK JP" w:cs="Noto Sans CJK JP"/>
        </w:rPr>
        <w:t>C</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e</w:t>
      </w:r>
      <w:r>
        <w:rPr>
          <w:b/>
          <w:color w:val="404040"/>
          <w:sz w:val="24"/>
          <w:rFonts w:ascii="Inter" w:hAnsi="Inter" w:eastAsia="Noto Sans CJK JP" w:cs="Noto Sans CJK JP"/>
        </w:rPr>
        <w:t>l</w:t>
      </w:r>
      <w:r>
        <w:rPr>
          <w:b/>
          <w:color w:val="404040"/>
          <w:sz w:val="24"/>
          <w:rFonts w:ascii="Inter" w:hAnsi="Inter" w:eastAsia="Noto Sans CJK JP" w:cs="Noto Sans CJK JP"/>
        </w:rPr>
        <w:t>e</w:t>
      </w:r>
      <w:r>
        <w:rPr>
          <w:b/>
          <w:color w:val="404040"/>
          <w:sz w:val="24"/>
          <w:rFonts w:ascii="Inter" w:hAnsi="Inter" w:eastAsia="Noto Sans CJK JP" w:cs="Noto Sans CJK JP"/>
        </w:rPr>
        <w:t>c</w:t>
      </w:r>
      <w:r>
        <w:rPr>
          <w:b/>
          <w:color w:val="404040"/>
          <w:sz w:val="24"/>
          <w:rFonts w:ascii="Inter" w:hAnsi="Inter" w:eastAsia="Noto Sans CJK JP" w:cs="Noto Sans CJK JP"/>
        </w:rPr>
        <w:t>t</w:t>
      </w:r>
      <w:r>
        <w:rPr>
          <w:b/>
          <w:color w:val="404040"/>
          <w:sz w:val="24"/>
          <w:rFonts w:ascii="Inter" w:hAnsi="Inter" w:eastAsia="Noto Sans CJK JP" w:cs="Noto Sans CJK JP"/>
        </w:rPr>
        <w:t>r</w:t>
      </w:r>
      <w:r>
        <w:rPr>
          <w:b/>
          <w:color w:val="404040"/>
          <w:sz w:val="24"/>
          <w:rFonts w:ascii="Inter" w:hAnsi="Inter" w:eastAsia="Noto Sans CJK JP" w:cs="Noto Sans CJK JP"/>
        </w:rPr>
        <w:t>o</w:t>
      </w:r>
      <w:r>
        <w:rPr>
          <w:b/>
          <w:color w:val="404040"/>
          <w:sz w:val="24"/>
          <w:rFonts w:ascii="Inter" w:hAnsi="Inter" w:eastAsia="Noto Sans CJK JP" w:cs="Noto Sans CJK JP"/>
        </w:rPr>
        <w:t>d</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p</w:t>
      </w:r>
      <w:r>
        <w:rPr>
          <w:b/>
          <w:color w:val="404040"/>
          <w:sz w:val="24"/>
          <w:rFonts w:ascii="Inter" w:hAnsi="Inter" w:eastAsia="Noto Sans CJK JP" w:cs="Noto Sans CJK JP"/>
        </w:rPr>
        <w:t>o</w:t>
      </w:r>
      <w:r>
        <w:rPr>
          <w:b/>
          <w:color w:val="404040"/>
          <w:sz w:val="24"/>
          <w:rFonts w:ascii="Inter" w:hAnsi="Inter" w:eastAsia="Noto Sans CJK JP" w:cs="Noto Sans CJK JP"/>
        </w:rPr>
        <w:t>s</w:t>
      </w:r>
      <w:r>
        <w:rPr>
          <w:b/>
          <w:color w:val="404040"/>
          <w:sz w:val="24"/>
          <w:rFonts w:ascii="Inter" w:hAnsi="Inter" w:eastAsia="Noto Sans CJK JP" w:cs="Noto Sans CJK JP"/>
        </w:rPr>
        <w:t>i</w:t>
      </w:r>
      <w:r>
        <w:rPr>
          <w:b/>
          <w:color w:val="404040"/>
          <w:sz w:val="24"/>
          <w:rFonts w:ascii="Inter" w:hAnsi="Inter" w:eastAsia="Noto Sans CJK JP" w:cs="Noto Sans CJK JP"/>
        </w:rPr>
        <w:t>t</w:t>
      </w:r>
      <w:r>
        <w:rPr>
          <w:b/>
          <w:color w:val="404040"/>
          <w:sz w:val="24"/>
          <w:rFonts w:ascii="Inter" w:hAnsi="Inter" w:eastAsia="Noto Sans CJK JP" w:cs="Noto Sans CJK JP"/>
        </w:rPr>
        <w:t>i</w:t>
      </w:r>
      <w:r>
        <w:rPr>
          <w:b/>
          <w:color w:val="404040"/>
          <w:sz w:val="24"/>
          <w:rFonts w:ascii="Inter" w:hAnsi="Inter" w:eastAsia="Noto Sans CJK JP" w:cs="Noto Sans CJK JP"/>
        </w:rPr>
        <w:t>v</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w:t>
      </w:r>
      <w:r>
        <w:rPr>
          <w:b/>
          <w:color w:val="404040"/>
          <w:sz w:val="24"/>
          <w:rFonts w:ascii="Inter" w:hAnsi="Inter" w:eastAsia="Noto Sans CJK JP" w:cs="Noto Sans CJK JP"/>
        </w:rPr>
        <w:t>D</w:t>
      </w:r>
      <w:r>
        <w:rPr>
          <w:b/>
          <w:color w:val="404040"/>
          <w:sz w:val="24"/>
          <w:rFonts w:ascii="Inter" w:hAnsi="Inter" w:eastAsia="Noto Sans CJK JP" w:cs="Noto Sans CJK JP"/>
        </w:rPr>
        <w:t>C</w:t>
      </w:r>
      <w:r>
        <w:rPr>
          <w:b/>
          <w:color w:val="404040"/>
          <w:sz w:val="24"/>
          <w:rFonts w:ascii="Inter" w:hAnsi="Inter" w:eastAsia="Noto Sans CJK JP" w:cs="Noto Sans CJK JP"/>
        </w:rPr>
        <w:t>E</w:t>
      </w:r>
      <w:r>
        <w:rPr>
          <w:b/>
          <w:color w:val="404040"/>
          <w:sz w:val="24"/>
          <w:rFonts w:ascii="Inter" w:hAnsi="Inter" w:eastAsia="Noto Sans CJK JP" w:cs="Noto Sans CJK JP"/>
        </w:rPr>
        <w:t>P</w:t>
      </w:r>
      <w:r>
        <w:rPr>
          <w:b/>
          <w:color w:val="404040"/>
          <w:sz w:val="24"/>
          <w:rFonts w:ascii="Inter" w:hAnsi="Inter" w:eastAsia="Noto Sans CJK JP" w:cs="Noto Sans CJK JP"/>
        </w:rPr>
        <w:t>)</w:t>
      </w:r>
      <w:r>
        <w:rPr>
          <w:b/>
          <w:color w:val="404040"/>
          <w:sz w:val="24"/>
          <w:rFonts w:ascii="Inter" w:hAnsi="Inter" w:eastAsia="Noto Sans CJK JP" w:cs="Noto Sans CJK JP"/>
        </w:rPr>
        <w:t>.</w:t>
      </w:r>
      <w:r>
        <w:rPr>
          <w:color w:val="404040"/>
          <w:sz w:val="24"/>
          <w:rFonts w:ascii="Inter" w:hAnsi="Inter" w:eastAsia="Noto Sans CJK JP" w:cs="Noto Sans CJK JP"/>
        </w:rPr>
        <w:br/>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C</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D</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c</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y</w:t>
      </w:r>
      <w:r>
        <w:rPr>
          <w:color w:val="404040"/>
          <w:sz w:val="24"/>
          <w:rFonts w:ascii="Inter" w:hAnsi="Inter" w:eastAsia="Noto Sans CJK JP" w:cs="Noto Sans CJK JP"/>
        </w:rPr>
        <w:t>.</w:t>
      </w:r>
    </w:p>
    <w:p>
      <w:pPr/>
      <w:r>
        <w:rPr>
          <w:b/>
          <w:color w:val="404040"/>
          <w:sz w:val="24"/>
          <w:rFonts w:ascii="Inter" w:hAnsi="Inter" w:eastAsia="Noto Sans CJK JP" w:cs="Noto Sans CJK JP"/>
        </w:rPr>
        <w:t>S</w:t>
      </w:r>
      <w:r>
        <w:rPr>
          <w:b/>
          <w:color w:val="404040"/>
          <w:sz w:val="24"/>
          <w:rFonts w:ascii="Inter" w:hAnsi="Inter" w:eastAsia="Noto Sans CJK JP" w:cs="Noto Sans CJK JP"/>
        </w:rPr>
        <w:t>a</w:t>
      </w:r>
      <w:r>
        <w:rPr>
          <w:b/>
          <w:color w:val="404040"/>
          <w:sz w:val="24"/>
          <w:rFonts w:ascii="Inter" w:hAnsi="Inter" w:eastAsia="Noto Sans CJK JP" w:cs="Noto Sans CJK JP"/>
        </w:rPr>
        <w:t>f</w:t>
      </w:r>
      <w:r>
        <w:rPr>
          <w:b/>
          <w:color w:val="404040"/>
          <w:sz w:val="24"/>
          <w:rFonts w:ascii="Inter" w:hAnsi="Inter" w:eastAsia="Noto Sans CJK JP" w:cs="Noto Sans CJK JP"/>
        </w:rPr>
        <w:t>e</w:t>
      </w:r>
      <w:r>
        <w:rPr>
          <w:b/>
          <w:color w:val="404040"/>
          <w:sz w:val="24"/>
          <w:rFonts w:ascii="Inter" w:hAnsi="Inter" w:eastAsia="Noto Sans CJK JP" w:cs="Noto Sans CJK JP"/>
        </w:rPr>
        <w:t>t</w:t>
      </w:r>
      <w:r>
        <w:rPr>
          <w:b/>
          <w:color w:val="404040"/>
          <w:sz w:val="24"/>
          <w:rFonts w:ascii="Inter" w:hAnsi="Inter" w:eastAsia="Noto Sans CJK JP" w:cs="Noto Sans CJK JP"/>
        </w:rPr>
        <w:t>y</w:t>
      </w:r>
      <w:r>
        <w:rPr>
          <w:b/>
          <w:color w:val="404040"/>
          <w:sz w:val="24"/>
          <w:rFonts w:ascii="Inter" w:hAnsi="Inter" w:eastAsia="Noto Sans CJK JP" w:cs="Noto Sans CJK JP"/>
        </w:rPr>
        <w:t>/</w:t>
      </w:r>
      <w:r>
        <w:rPr>
          <w:b/>
          <w:color w:val="404040"/>
          <w:sz w:val="24"/>
          <w:rFonts w:ascii="Inter" w:hAnsi="Inter" w:eastAsia="Noto Sans CJK JP" w:cs="Noto Sans CJK JP"/>
        </w:rPr>
        <w:t>q</w:t>
      </w:r>
      <w:r>
        <w:rPr>
          <w:b/>
          <w:color w:val="404040"/>
          <w:sz w:val="24"/>
          <w:rFonts w:ascii="Inter" w:hAnsi="Inter" w:eastAsia="Noto Sans CJK JP" w:cs="Noto Sans CJK JP"/>
        </w:rPr>
        <w:t>u</w:t>
      </w:r>
      <w:r>
        <w:rPr>
          <w:b/>
          <w:color w:val="404040"/>
          <w:sz w:val="24"/>
          <w:rFonts w:ascii="Inter" w:hAnsi="Inter" w:eastAsia="Noto Sans CJK JP" w:cs="Noto Sans CJK JP"/>
        </w:rPr>
        <w:t>a</w:t>
      </w:r>
      <w:r>
        <w:rPr>
          <w:b/>
          <w:color w:val="404040"/>
          <w:sz w:val="24"/>
          <w:rFonts w:ascii="Inter" w:hAnsi="Inter" w:eastAsia="Noto Sans CJK JP" w:cs="Noto Sans CJK JP"/>
        </w:rPr>
        <w:t>l</w:t>
      </w:r>
      <w:r>
        <w:rPr>
          <w:b/>
          <w:color w:val="404040"/>
          <w:sz w:val="24"/>
          <w:rFonts w:ascii="Inter" w:hAnsi="Inter" w:eastAsia="Noto Sans CJK JP" w:cs="Noto Sans CJK JP"/>
        </w:rPr>
        <w:t>i</w:t>
      </w:r>
      <w:r>
        <w:rPr>
          <w:b/>
          <w:color w:val="404040"/>
          <w:sz w:val="24"/>
          <w:rFonts w:ascii="Inter" w:hAnsi="Inter" w:eastAsia="Noto Sans CJK JP" w:cs="Noto Sans CJK JP"/>
        </w:rPr>
        <w:t>t</w:t>
      </w:r>
      <w:r>
        <w:rPr>
          <w:b/>
          <w:color w:val="404040"/>
          <w:sz w:val="24"/>
          <w:rFonts w:ascii="Inter" w:hAnsi="Inter" w:eastAsia="Noto Sans CJK JP" w:cs="Noto Sans CJK JP"/>
        </w:rPr>
        <w:t>y</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n</w:t>
      </w:r>
      <w:r>
        <w:rPr>
          <w:b/>
          <w:color w:val="404040"/>
          <w:sz w:val="24"/>
          <w:rFonts w:ascii="Inter" w:hAnsi="Inter" w:eastAsia="Noto Sans CJK JP" w:cs="Noto Sans CJK JP"/>
        </w:rPr>
        <w:t>o</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k</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c</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d</w:t>
      </w:r>
      <w:r>
        <w:rPr>
          <w:color w:val="404040"/>
          <w:sz w:val="24"/>
          <w:rFonts w:ascii="Inter" w:hAnsi="Inter" w:eastAsia="Noto Sans CJK JP" w:cs="Noto Sans CJK JP"/>
        </w:rPr>
        <w:t>u</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c</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w:t>
      </w:r>
    </w:p>
    <w:p>
      <w:pPr/>
      <w:r>
        <w:rPr>
          <w:b/>
          <w:color w:val="404040"/>
          <w:sz w:val="24"/>
          <w:rFonts w:ascii="Inter" w:hAnsi="Inter" w:eastAsia="Noto Sans CJK JP" w:cs="Noto Sans CJK JP"/>
        </w:rPr>
        <w:t>3</w:t>
      </w:r>
      <w:r>
        <w:rPr>
          <w:b/>
          <w:color w:val="404040"/>
          <w:sz w:val="24"/>
          <w:rFonts w:ascii="Inter" w:hAnsi="Inter" w:eastAsia="Noto Sans CJK JP" w:cs="Noto Sans CJK JP"/>
        </w:rPr>
        <w: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P</w:t>
      </w:r>
      <w:r>
        <w:rPr>
          <w:b/>
          <w:color w:val="404040"/>
          <w:sz w:val="24"/>
          <w:rFonts w:ascii="Inter" w:hAnsi="Inter" w:eastAsia="Noto Sans CJK JP" w:cs="Noto Sans CJK JP"/>
        </w:rPr>
        <w:t>r</w:t>
      </w:r>
      <w:r>
        <w:rPr>
          <w:b/>
          <w:color w:val="404040"/>
          <w:sz w:val="24"/>
          <w:rFonts w:ascii="Inter" w:hAnsi="Inter" w:eastAsia="Noto Sans CJK JP" w:cs="Noto Sans CJK JP"/>
        </w:rPr>
        <w:t>e</w:t>
      </w:r>
      <w:r>
        <w:rPr>
          <w:b/>
          <w:color w:val="404040"/>
          <w:sz w:val="24"/>
          <w:rFonts w:ascii="Inter" w:hAnsi="Inter" w:eastAsia="Noto Sans CJK JP" w:cs="Noto Sans CJK JP"/>
        </w:rPr>
        <w:t>p</w:t>
      </w:r>
      <w:r>
        <w:rPr>
          <w:b/>
          <w:color w:val="404040"/>
          <w:sz w:val="24"/>
          <w:rFonts w:ascii="Inter" w:hAnsi="Inter" w:eastAsia="Noto Sans CJK JP" w:cs="Noto Sans CJK JP"/>
        </w:rPr>
        <w:t>a</w:t>
      </w:r>
      <w:r>
        <w:rPr>
          <w:b/>
          <w:color w:val="404040"/>
          <w:sz w:val="24"/>
          <w:rFonts w:ascii="Inter" w:hAnsi="Inter" w:eastAsia="Noto Sans CJK JP" w:cs="Noto Sans CJK JP"/>
        </w:rPr>
        <w:t>r</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h</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w</w:t>
      </w:r>
      <w:r>
        <w:rPr>
          <w:b/>
          <w:color w:val="404040"/>
          <w:sz w:val="24"/>
          <w:rFonts w:ascii="Inter" w:hAnsi="Inter" w:eastAsia="Noto Sans CJK JP" w:cs="Noto Sans CJK JP"/>
        </w:rPr>
        <w:t>o</w:t>
      </w:r>
      <w:r>
        <w:rPr>
          <w:b/>
          <w:color w:val="404040"/>
          <w:sz w:val="24"/>
          <w:rFonts w:ascii="Inter" w:hAnsi="Inter" w:eastAsia="Noto Sans CJK JP" w:cs="Noto Sans CJK JP"/>
        </w:rPr>
        <w:t>r</w:t>
      </w:r>
      <w:r>
        <w:rPr>
          <w:b/>
          <w:color w:val="404040"/>
          <w:sz w:val="24"/>
          <w:rFonts w:ascii="Inter" w:hAnsi="Inter" w:eastAsia="Noto Sans CJK JP" w:cs="Noto Sans CJK JP"/>
        </w:rPr>
        <w:t>k</w:t>
      </w:r>
      <w:r>
        <w:rPr>
          <w:b/>
          <w:color w:val="404040"/>
          <w:sz w:val="24"/>
          <w:rFonts w:ascii="Inter" w:hAnsi="Inter" w:eastAsia="Noto Sans CJK JP" w:cs="Noto Sans CJK JP"/>
        </w:rPr>
        <w:t>p</w:t>
      </w:r>
      <w:r>
        <w:rPr>
          <w:b/>
          <w:color w:val="404040"/>
          <w:sz w:val="24"/>
          <w:rFonts w:ascii="Inter" w:hAnsi="Inter" w:eastAsia="Noto Sans CJK JP" w:cs="Noto Sans CJK JP"/>
        </w:rPr>
        <w:t>i</w:t>
      </w:r>
      <w:r>
        <w:rPr>
          <w:b/>
          <w:color w:val="404040"/>
          <w:sz w:val="24"/>
          <w:rFonts w:ascii="Inter" w:hAnsi="Inter" w:eastAsia="Noto Sans CJK JP" w:cs="Noto Sans CJK JP"/>
        </w:rPr>
        <w:t>e</w:t>
      </w:r>
      <w:r>
        <w:rPr>
          <w:b/>
          <w:color w:val="404040"/>
          <w:sz w:val="24"/>
          <w:rFonts w:ascii="Inter" w:hAnsi="Inter" w:eastAsia="Noto Sans CJK JP" w:cs="Noto Sans CJK JP"/>
        </w:rPr>
        <w:t>c</w:t>
      </w:r>
      <w:r>
        <w:rPr>
          <w:b/>
          <w:color w:val="404040"/>
          <w:sz w:val="24"/>
          <w:rFonts w:ascii="Inter" w:hAnsi="Inter" w:eastAsia="Noto Sans CJK JP" w:cs="Noto Sans CJK JP"/>
        </w:rPr>
        <w:t>e</w:t>
      </w:r>
      <w:r>
        <w:rPr>
          <w:b/>
          <w:color w:val="404040"/>
          <w:sz w:val="24"/>
          <w:rFonts w:ascii="Inter" w:hAnsi="Inter" w:eastAsia="Noto Sans CJK JP" w:cs="Noto Sans CJK JP"/>
        </w:rPr>
        <w:t>s</w:t>
      </w:r>
      <w:r>
        <w:rPr>
          <w:b/>
          <w:color w:val="404040"/>
          <w:sz w:val="24"/>
          <w:rFonts w:ascii="Inter" w:hAnsi="Inter" w:eastAsia="Noto Sans CJK JP" w:cs="Noto Sans CJK JP"/>
        </w:rPr>
        <w:t>.</w:t>
      </w:r>
      <w:r>
        <w:rPr>
          <w:color w:val="404040"/>
          <w:sz w:val="24"/>
          <w:rFonts w:ascii="Inter" w:hAnsi="Inter" w:eastAsia="Noto Sans CJK JP" w:cs="Noto Sans CJK JP"/>
        </w:rPr>
        <w:br/>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f</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w:t>
      </w:r>
    </w:p>
    <w:p>
      <w:pPr/>
      <w:r>
        <w:rPr>
          <w:b/>
          <w:color w:val="404040"/>
          <w:sz w:val="24"/>
          <w:rFonts w:ascii="Inter" w:hAnsi="Inter" w:eastAsia="Noto Sans CJK JP" w:cs="Noto Sans CJK JP"/>
        </w:rPr>
        <w:t>4</w:t>
      </w:r>
      <w:r>
        <w:rPr>
          <w:b/>
          <w:color w:val="404040"/>
          <w:sz w:val="24"/>
          <w:rFonts w:ascii="Inter" w:hAnsi="Inter" w:eastAsia="Noto Sans CJK JP" w:cs="Noto Sans CJK JP"/>
        </w:rPr>
        <w: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U</w:t>
      </w:r>
      <w:r>
        <w:rPr>
          <w:b/>
          <w:color w:val="404040"/>
          <w:sz w:val="24"/>
          <w:rFonts w:ascii="Inter" w:hAnsi="Inter" w:eastAsia="Noto Sans CJK JP" w:cs="Noto Sans CJK JP"/>
        </w:rPr>
        <w:t>n</w:t>
      </w:r>
      <w:r>
        <w:rPr>
          <w:b/>
          <w:color w:val="404040"/>
          <w:sz w:val="24"/>
          <w:rFonts w:ascii="Inter" w:hAnsi="Inter" w:eastAsia="Noto Sans CJK JP" w:cs="Noto Sans CJK JP"/>
        </w:rPr>
        <w:t>d</w:t>
      </w:r>
      <w:r>
        <w:rPr>
          <w:b/>
          <w:color w:val="404040"/>
          <w:sz w:val="24"/>
          <w:rFonts w:ascii="Inter" w:hAnsi="Inter" w:eastAsia="Noto Sans CJK JP" w:cs="Noto Sans CJK JP"/>
        </w:rPr>
        <w:t>e</w:t>
      </w:r>
      <w:r>
        <w:rPr>
          <w:b/>
          <w:color w:val="404040"/>
          <w:sz w:val="24"/>
          <w:rFonts w:ascii="Inter" w:hAnsi="Inter" w:eastAsia="Noto Sans CJK JP" w:cs="Noto Sans CJK JP"/>
        </w:rPr>
        <w:t>r</w:t>
      </w:r>
      <w:r>
        <w:rPr>
          <w:b/>
          <w:color w:val="404040"/>
          <w:sz w:val="24"/>
          <w:rFonts w:ascii="Inter" w:hAnsi="Inter" w:eastAsia="Noto Sans CJK JP" w:cs="Noto Sans CJK JP"/>
        </w:rPr>
        <w:t>s</w:t>
      </w:r>
      <w:r>
        <w:rPr>
          <w:b/>
          <w:color w:val="404040"/>
          <w:sz w:val="24"/>
          <w:rFonts w:ascii="Inter" w:hAnsi="Inter" w:eastAsia="Noto Sans CJK JP" w:cs="Noto Sans CJK JP"/>
        </w:rPr>
        <w:t>t</w:t>
      </w:r>
      <w:r>
        <w:rPr>
          <w:b/>
          <w:color w:val="404040"/>
          <w:sz w:val="24"/>
          <w:rFonts w:ascii="Inter" w:hAnsi="Inter" w:eastAsia="Noto Sans CJK JP" w:cs="Noto Sans CJK JP"/>
        </w:rPr>
        <w:t>a</w:t>
      </w:r>
      <w:r>
        <w:rPr>
          <w:b/>
          <w:color w:val="404040"/>
          <w:sz w:val="24"/>
          <w:rFonts w:ascii="Inter" w:hAnsi="Inter" w:eastAsia="Noto Sans CJK JP" w:cs="Noto Sans CJK JP"/>
        </w:rPr>
        <w:t>n</w:t>
      </w:r>
      <w:r>
        <w:rPr>
          <w:b/>
          <w:color w:val="404040"/>
          <w:sz w:val="24"/>
          <w:rFonts w:ascii="Inter" w:hAnsi="Inter" w:eastAsia="Noto Sans CJK JP" w:cs="Noto Sans CJK JP"/>
        </w:rPr>
        <w:t>d</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w</w:t>
      </w:r>
      <w:r>
        <w:rPr>
          <w:b/>
          <w:color w:val="404040"/>
          <w:sz w:val="24"/>
          <w:rFonts w:ascii="Inter" w:hAnsi="Inter" w:eastAsia="Noto Sans CJK JP" w:cs="Noto Sans CJK JP"/>
        </w:rPr>
        <w:t>h</w:t>
      </w:r>
      <w:r>
        <w:rPr>
          <w:b/>
          <w:color w:val="404040"/>
          <w:sz w:val="24"/>
          <w:rFonts w:ascii="Inter" w:hAnsi="Inter" w:eastAsia="Noto Sans CJK JP" w:cs="Noto Sans CJK JP"/>
        </w:rPr>
        <w:t>y</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p</w:t>
      </w:r>
      <w:r>
        <w:rPr>
          <w:b/>
          <w:color w:val="404040"/>
          <w:sz w:val="24"/>
          <w:rFonts w:ascii="Inter" w:hAnsi="Inter" w:eastAsia="Noto Sans CJK JP" w:cs="Noto Sans CJK JP"/>
        </w:rPr>
        <w:t>r</w:t>
      </w:r>
      <w:r>
        <w:rPr>
          <w:b/>
          <w:color w:val="404040"/>
          <w:sz w:val="24"/>
          <w:rFonts w:ascii="Inter" w:hAnsi="Inter" w:eastAsia="Noto Sans CJK JP" w:cs="Noto Sans CJK JP"/>
        </w:rPr>
        <w:t>e</w:t>
      </w:r>
      <w:r>
        <w:rPr>
          <w:b/>
          <w:color w:val="404040"/>
          <w:sz w:val="24"/>
          <w:rFonts w:ascii="Inter" w:hAnsi="Inter" w:eastAsia="Noto Sans CJK JP" w:cs="Noto Sans CJK JP"/>
        </w:rPr>
        <w:t>h</w:t>
      </w:r>
      <w:r>
        <w:rPr>
          <w:b/>
          <w:color w:val="404040"/>
          <w:sz w:val="24"/>
          <w:rFonts w:ascii="Inter" w:hAnsi="Inter" w:eastAsia="Noto Sans CJK JP" w:cs="Noto Sans CJK JP"/>
        </w:rPr>
        <w:t>e</w:t>
      </w:r>
      <w:r>
        <w:rPr>
          <w:b/>
          <w:color w:val="404040"/>
          <w:sz w:val="24"/>
          <w:rFonts w:ascii="Inter" w:hAnsi="Inter" w:eastAsia="Noto Sans CJK JP" w:cs="Noto Sans CJK JP"/>
        </w:rPr>
        <w:t>a</w:t>
      </w:r>
      <w:r>
        <w:rPr>
          <w:b/>
          <w:color w:val="404040"/>
          <w:sz w:val="24"/>
          <w:rFonts w:ascii="Inter" w:hAnsi="Inter" w:eastAsia="Noto Sans CJK JP" w:cs="Noto Sans CJK JP"/>
        </w:rPr>
        <w:t>t</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g</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m</w:t>
      </w:r>
      <w:r>
        <w:rPr>
          <w:b/>
          <w:color w:val="404040"/>
          <w:sz w:val="24"/>
          <w:rFonts w:ascii="Inter" w:hAnsi="Inter" w:eastAsia="Noto Sans CJK JP" w:cs="Noto Sans CJK JP"/>
        </w:rPr>
        <w:t>a</w:t>
      </w:r>
      <w:r>
        <w:rPr>
          <w:b/>
          <w:color w:val="404040"/>
          <w:sz w:val="24"/>
          <w:rFonts w:ascii="Inter" w:hAnsi="Inter" w:eastAsia="Noto Sans CJK JP" w:cs="Noto Sans CJK JP"/>
        </w:rPr>
        <w:t>t</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r</w:t>
      </w:r>
      <w:r>
        <w:rPr>
          <w:b/>
          <w:color w:val="404040"/>
          <w:sz w:val="24"/>
          <w:rFonts w:ascii="Inter" w:hAnsi="Inter" w:eastAsia="Noto Sans CJK JP" w:cs="Noto Sans CJK JP"/>
        </w:rPr>
        <w:t>s</w:t>
      </w:r>
      <w:r>
        <w:rPr>
          <w:b/>
          <w:color w:val="404040"/>
          <w:sz w:val="24"/>
          <w:rFonts w:ascii="Inter" w:hAnsi="Inter" w:eastAsia="Noto Sans CJK JP" w:cs="Noto Sans CJK JP"/>
        </w:rPr>
        <w:t>.</w:t>
      </w:r>
      <w:r>
        <w:rPr>
          <w:color w:val="404040"/>
          <w:sz w:val="24"/>
          <w:rFonts w:ascii="Inter" w:hAnsi="Inter" w:eastAsia="Noto Sans CJK JP" w:cs="Noto Sans CJK JP"/>
        </w:rPr>
        <w:br/>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k</w:t>
      </w:r>
      <w:r>
        <w:rPr>
          <w:color w:val="404040"/>
          <w:sz w:val="24"/>
          <w:rFonts w:ascii="Inter" w:hAnsi="Inter" w:eastAsia="Noto Sans CJK JP" w:cs="Noto Sans CJK JP"/>
        </w:rPr>
        <w:t>p</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d</w:t>
      </w:r>
      <w:r>
        <w:rPr>
          <w:color w:val="404040"/>
          <w:sz w:val="24"/>
          <w:rFonts w:ascii="Inter" w:hAnsi="Inter" w:eastAsia="Noto Sans CJK JP" w:cs="Noto Sans CJK JP"/>
        </w:rPr>
        <w:t>u</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u</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w:t>
      </w:r>
    </w:p>
    <w:p>
      <w:pPr/>
      <w:r>
        <w:rPr>
          <w:b/>
          <w:color w:val="404040"/>
          <w:sz w:val="24"/>
          <w:rFonts w:ascii="Inter" w:hAnsi="Inter" w:eastAsia="Noto Sans CJK JP" w:cs="Noto Sans CJK JP"/>
        </w:rPr>
        <w:t>5</w:t>
      </w:r>
      <w:r>
        <w:rPr>
          <w:b/>
          <w:color w:val="404040"/>
          <w:sz w:val="24"/>
          <w:rFonts w:ascii="Inter" w:hAnsi="Inter" w:eastAsia="Noto Sans CJK JP" w:cs="Noto Sans CJK JP"/>
        </w:rPr>
        <w: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U</w:t>
      </w:r>
      <w:r>
        <w:rPr>
          <w:b/>
          <w:color w:val="404040"/>
          <w:sz w:val="24"/>
          <w:rFonts w:ascii="Inter" w:hAnsi="Inter" w:eastAsia="Noto Sans CJK JP" w:cs="Noto Sans CJK JP"/>
        </w:rPr>
        <w:t>n</w:t>
      </w:r>
      <w:r>
        <w:rPr>
          <w:b/>
          <w:color w:val="404040"/>
          <w:sz w:val="24"/>
          <w:rFonts w:ascii="Inter" w:hAnsi="Inter" w:eastAsia="Noto Sans CJK JP" w:cs="Noto Sans CJK JP"/>
        </w:rPr>
        <w:t>d</w:t>
      </w:r>
      <w:r>
        <w:rPr>
          <w:b/>
          <w:color w:val="404040"/>
          <w:sz w:val="24"/>
          <w:rFonts w:ascii="Inter" w:hAnsi="Inter" w:eastAsia="Noto Sans CJK JP" w:cs="Noto Sans CJK JP"/>
        </w:rPr>
        <w:t>e</w:t>
      </w:r>
      <w:r>
        <w:rPr>
          <w:b/>
          <w:color w:val="404040"/>
          <w:sz w:val="24"/>
          <w:rFonts w:ascii="Inter" w:hAnsi="Inter" w:eastAsia="Noto Sans CJK JP" w:cs="Noto Sans CJK JP"/>
        </w:rPr>
        <w:t>r</w:t>
      </w:r>
      <w:r>
        <w:rPr>
          <w:b/>
          <w:color w:val="404040"/>
          <w:sz w:val="24"/>
          <w:rFonts w:ascii="Inter" w:hAnsi="Inter" w:eastAsia="Noto Sans CJK JP" w:cs="Noto Sans CJK JP"/>
        </w:rPr>
        <w:t>s</w:t>
      </w:r>
      <w:r>
        <w:rPr>
          <w:b/>
          <w:color w:val="404040"/>
          <w:sz w:val="24"/>
          <w:rFonts w:ascii="Inter" w:hAnsi="Inter" w:eastAsia="Noto Sans CJK JP" w:cs="Noto Sans CJK JP"/>
        </w:rPr>
        <w:t>t</w:t>
      </w:r>
      <w:r>
        <w:rPr>
          <w:b/>
          <w:color w:val="404040"/>
          <w:sz w:val="24"/>
          <w:rFonts w:ascii="Inter" w:hAnsi="Inter" w:eastAsia="Noto Sans CJK JP" w:cs="Noto Sans CJK JP"/>
        </w:rPr>
        <w:t>a</w:t>
      </w:r>
      <w:r>
        <w:rPr>
          <w:b/>
          <w:color w:val="404040"/>
          <w:sz w:val="24"/>
          <w:rFonts w:ascii="Inter" w:hAnsi="Inter" w:eastAsia="Noto Sans CJK JP" w:cs="Noto Sans CJK JP"/>
        </w:rPr>
        <w:t>n</w:t>
      </w:r>
      <w:r>
        <w:rPr>
          <w:b/>
          <w:color w:val="404040"/>
          <w:sz w:val="24"/>
          <w:rFonts w:ascii="Inter" w:hAnsi="Inter" w:eastAsia="Noto Sans CJK JP" w:cs="Noto Sans CJK JP"/>
        </w:rPr>
        <w:t>d</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h</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n</w:t>
      </w:r>
      <w:r>
        <w:rPr>
          <w:b/>
          <w:color w:val="404040"/>
          <w:sz w:val="24"/>
          <w:rFonts w:ascii="Inter" w:hAnsi="Inter" w:eastAsia="Noto Sans CJK JP" w:cs="Noto Sans CJK JP"/>
        </w:rPr>
        <w:t>a</w:t>
      </w:r>
      <w:r>
        <w:rPr>
          <w:b/>
          <w:color w:val="404040"/>
          <w:sz w:val="24"/>
          <w:rFonts w:ascii="Inter" w:hAnsi="Inter" w:eastAsia="Noto Sans CJK JP" w:cs="Noto Sans CJK JP"/>
        </w:rPr>
        <w:t>t</w:t>
      </w:r>
      <w:r>
        <w:rPr>
          <w:b/>
          <w:color w:val="404040"/>
          <w:sz w:val="24"/>
          <w:rFonts w:ascii="Inter" w:hAnsi="Inter" w:eastAsia="Noto Sans CJK JP" w:cs="Noto Sans CJK JP"/>
        </w:rPr>
        <w:t>u</w:t>
      </w:r>
      <w:r>
        <w:rPr>
          <w:b/>
          <w:color w:val="404040"/>
          <w:sz w:val="24"/>
          <w:rFonts w:ascii="Inter" w:hAnsi="Inter" w:eastAsia="Noto Sans CJK JP" w:cs="Noto Sans CJK JP"/>
        </w:rPr>
        <w:t>r</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o</w:t>
      </w:r>
      <w:r>
        <w:rPr>
          <w:b/>
          <w:color w:val="404040"/>
          <w:sz w:val="24"/>
          <w:rFonts w:ascii="Inter" w:hAnsi="Inter" w:eastAsia="Noto Sans CJK JP" w:cs="Noto Sans CJK JP"/>
        </w:rPr>
        <w:t>f</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a</w:t>
      </w:r>
      <w:r>
        <w:rPr>
          <w:b/>
          <w:color w:val="404040"/>
          <w:sz w:val="24"/>
          <w:rFonts w:ascii="Inter" w:hAnsi="Inter" w:eastAsia="Noto Sans CJK JP" w:cs="Noto Sans CJK JP"/>
        </w:rPr>
        <w:t>l</w:t>
      </w:r>
      <w:r>
        <w:rPr>
          <w:b/>
          <w:color w:val="404040"/>
          <w:sz w:val="24"/>
          <w:rFonts w:ascii="Inter" w:hAnsi="Inter" w:eastAsia="Noto Sans CJK JP" w:cs="Noto Sans CJK JP"/>
        </w:rPr>
        <w:t>u</w:t>
      </w:r>
      <w:r>
        <w:rPr>
          <w:b/>
          <w:color w:val="404040"/>
          <w:sz w:val="24"/>
          <w:rFonts w:ascii="Inter" w:hAnsi="Inter" w:eastAsia="Noto Sans CJK JP" w:cs="Noto Sans CJK JP"/>
        </w:rPr>
        <w:t>m</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u</w:t>
      </w:r>
      <w:r>
        <w:rPr>
          <w:b/>
          <w:color w:val="404040"/>
          <w:sz w:val="24"/>
          <w:rFonts w:ascii="Inter" w:hAnsi="Inter" w:eastAsia="Noto Sans CJK JP" w:cs="Noto Sans CJK JP"/>
        </w:rPr>
        <w:t>m</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s</w:t>
      </w:r>
      <w:r>
        <w:rPr>
          <w:b/>
          <w:color w:val="404040"/>
          <w:sz w:val="24"/>
          <w:rFonts w:ascii="Inter" w:hAnsi="Inter" w:eastAsia="Noto Sans CJK JP" w:cs="Noto Sans CJK JP"/>
        </w:rPr>
        <w:t>t</w:t>
      </w:r>
      <w:r>
        <w:rPr>
          <w:b/>
          <w:color w:val="404040"/>
          <w:sz w:val="24"/>
          <w:rFonts w:ascii="Inter" w:hAnsi="Inter" w:eastAsia="Noto Sans CJK JP" w:cs="Noto Sans CJK JP"/>
        </w:rPr>
        <w:t>i</w:t>
      </w:r>
      <w:r>
        <w:rPr>
          <w:b/>
          <w:color w:val="404040"/>
          <w:sz w:val="24"/>
          <w:rFonts w:ascii="Inter" w:hAnsi="Inter" w:eastAsia="Noto Sans CJK JP" w:cs="Noto Sans CJK JP"/>
        </w:rPr>
        <w:t>c</w:t>
      </w:r>
      <w:r>
        <w:rPr>
          <w:b/>
          <w:color w:val="404040"/>
          <w:sz w:val="24"/>
          <w:rFonts w:ascii="Inter" w:hAnsi="Inter" w:eastAsia="Noto Sans CJK JP" w:cs="Noto Sans CJK JP"/>
        </w:rPr>
        <w:t>k</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w</w:t>
      </w:r>
      <w:r>
        <w:rPr>
          <w:b/>
          <w:color w:val="404040"/>
          <w:sz w:val="24"/>
          <w:rFonts w:ascii="Inter" w:hAnsi="Inter" w:eastAsia="Noto Sans CJK JP" w:cs="Noto Sans CJK JP"/>
        </w:rPr>
        <w:t>e</w:t>
      </w:r>
      <w:r>
        <w:rPr>
          <w:b/>
          <w:color w:val="404040"/>
          <w:sz w:val="24"/>
          <w:rFonts w:ascii="Inter" w:hAnsi="Inter" w:eastAsia="Noto Sans CJK JP" w:cs="Noto Sans CJK JP"/>
        </w:rPr>
        <w:t>l</w:t>
      </w:r>
      <w:r>
        <w:rPr>
          <w:b/>
          <w:color w:val="404040"/>
          <w:sz w:val="24"/>
          <w:rFonts w:ascii="Inter" w:hAnsi="Inter" w:eastAsia="Noto Sans CJK JP" w:cs="Noto Sans CJK JP"/>
        </w:rPr>
        <w:t>d</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g</w:t>
      </w:r>
      <w:r>
        <w:rPr>
          <w:b/>
          <w:color w:val="404040"/>
          <w:sz w:val="24"/>
          <w:rFonts w:ascii="Inter" w:hAnsi="Inter" w:eastAsia="Noto Sans CJK JP" w:cs="Noto Sans CJK JP"/>
        </w:rPr>
        <w:t>.</w:t>
      </w:r>
      <w:r>
        <w:rPr>
          <w:color w:val="404040"/>
          <w:sz w:val="24"/>
          <w:rFonts w:ascii="Inter" w:hAnsi="Inter" w:eastAsia="Noto Sans CJK JP" w:cs="Noto Sans CJK JP"/>
        </w:rPr>
        <w:br/>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g</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m</w:t>
      </w:r>
      <w:r>
        <w:rPr>
          <w:color w:val="404040"/>
          <w:sz w:val="24"/>
          <w:rFonts w:ascii="Inter" w:hAnsi="Inter" w:eastAsia="Noto Sans CJK JP" w:cs="Noto Sans CJK JP"/>
        </w:rPr>
        <w:t>y</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d</w:t>
      </w:r>
      <w:r>
        <w:rPr>
          <w:color w:val="404040"/>
          <w:sz w:val="24"/>
          <w:rFonts w:ascii="Inter" w:hAnsi="Inter" w:eastAsia="Noto Sans CJK JP" w:cs="Noto Sans CJK JP"/>
        </w:rPr>
        <w:t>u</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v</w:t>
      </w:r>
      <w:r>
        <w:rPr>
          <w:color w:val="404040"/>
          <w:sz w:val="24"/>
          <w:rFonts w:ascii="Inter" w:hAnsi="Inter" w:eastAsia="Noto Sans CJK JP" w:cs="Noto Sans CJK JP"/>
        </w:rPr>
        <w:t>y</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t</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x</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u</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o</w:t>
      </w:r>
      <w:r>
        <w:rPr>
          <w:color w:val="404040"/>
          <w:sz w:val="24"/>
          <w:rFonts w:ascii="Inter" w:hAnsi="Inter" w:eastAsia="Noto Sans CJK JP" w:cs="Noto Sans CJK JP"/>
        </w:rPr>
        <w:t>k</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w:t>
      </w:r>
    </w:p>
    <w:p>
      <w:pPr/>
      <w:r>
        <w:rPr>
          <w:b/>
          <w:color w:val="404040"/>
          <w:sz w:val="24"/>
          <w:rFonts w:ascii="Inter" w:hAnsi="Inter" w:eastAsia="Noto Sans CJK JP" w:cs="Noto Sans CJK JP"/>
        </w:rPr>
        <w:t>6</w:t>
      </w:r>
      <w:r>
        <w:rPr>
          <w:b/>
          <w:color w:val="404040"/>
          <w:sz w:val="24"/>
          <w:rFonts w:ascii="Inter" w:hAnsi="Inter" w:eastAsia="Noto Sans CJK JP" w:cs="Noto Sans CJK JP"/>
        </w:rPr>
        <w: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R</w:t>
      </w:r>
      <w:r>
        <w:rPr>
          <w:b/>
          <w:color w:val="404040"/>
          <w:sz w:val="24"/>
          <w:rFonts w:ascii="Inter" w:hAnsi="Inter" w:eastAsia="Noto Sans CJK JP" w:cs="Noto Sans CJK JP"/>
        </w:rPr>
        <w:t>e</w:t>
      </w:r>
      <w:r>
        <w:rPr>
          <w:b/>
          <w:color w:val="404040"/>
          <w:sz w:val="24"/>
          <w:rFonts w:ascii="Inter" w:hAnsi="Inter" w:eastAsia="Noto Sans CJK JP" w:cs="Noto Sans CJK JP"/>
        </w:rPr>
        <w:t>c</w:t>
      </w:r>
      <w:r>
        <w:rPr>
          <w:b/>
          <w:color w:val="404040"/>
          <w:sz w:val="24"/>
          <w:rFonts w:ascii="Inter" w:hAnsi="Inter" w:eastAsia="Noto Sans CJK JP" w:cs="Noto Sans CJK JP"/>
        </w:rPr>
        <w:t>o</w:t>
      </w:r>
      <w:r>
        <w:rPr>
          <w:b/>
          <w:color w:val="404040"/>
          <w:sz w:val="24"/>
          <w:rFonts w:ascii="Inter" w:hAnsi="Inter" w:eastAsia="Noto Sans CJK JP" w:cs="Noto Sans CJK JP"/>
        </w:rPr>
        <w:t>g</w:t>
      </w:r>
      <w:r>
        <w:rPr>
          <w:b/>
          <w:color w:val="404040"/>
          <w:sz w:val="24"/>
          <w:rFonts w:ascii="Inter" w:hAnsi="Inter" w:eastAsia="Noto Sans CJK JP" w:cs="Noto Sans CJK JP"/>
        </w:rPr>
        <w:t>n</w:t>
      </w:r>
      <w:r>
        <w:rPr>
          <w:b/>
          <w:color w:val="404040"/>
          <w:sz w:val="24"/>
          <w:rFonts w:ascii="Inter" w:hAnsi="Inter" w:eastAsia="Noto Sans CJK JP" w:cs="Noto Sans CJK JP"/>
        </w:rPr>
        <w:t>i</w:t>
      </w:r>
      <w:r>
        <w:rPr>
          <w:b/>
          <w:color w:val="404040"/>
          <w:sz w:val="24"/>
          <w:rFonts w:ascii="Inter" w:hAnsi="Inter" w:eastAsia="Noto Sans CJK JP" w:cs="Noto Sans CJK JP"/>
        </w:rPr>
        <w:t>z</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a</w:t>
      </w:r>
      <w:r>
        <w:rPr>
          <w:b/>
          <w:color w:val="404040"/>
          <w:sz w:val="24"/>
          <w:rFonts w:ascii="Inter" w:hAnsi="Inter" w:eastAsia="Noto Sans CJK JP" w:cs="Noto Sans CJK JP"/>
        </w:rPr>
        <w:t>l</w:t>
      </w:r>
      <w:r>
        <w:rPr>
          <w:b/>
          <w:color w:val="404040"/>
          <w:sz w:val="24"/>
          <w:rFonts w:ascii="Inter" w:hAnsi="Inter" w:eastAsia="Noto Sans CJK JP" w:cs="Noto Sans CJK JP"/>
        </w:rPr>
        <w:t>l</w:t>
      </w:r>
      <w:r>
        <w:rPr>
          <w:b/>
          <w:color w:val="404040"/>
          <w:sz w:val="24"/>
          <w:rFonts w:ascii="Inter" w:hAnsi="Inter" w:eastAsia="Noto Sans CJK JP" w:cs="Noto Sans CJK JP"/>
        </w:rPr>
        <w:t>o</w:t>
      </w:r>
      <w:r>
        <w:rPr>
          <w:b/>
          <w:color w:val="404040"/>
          <w:sz w:val="24"/>
          <w:rFonts w:ascii="Inter" w:hAnsi="Inter" w:eastAsia="Noto Sans CJK JP" w:cs="Noto Sans CJK JP"/>
        </w:rPr>
        <w:t>y</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v</w:t>
      </w:r>
      <w:r>
        <w:rPr>
          <w:b/>
          <w:color w:val="404040"/>
          <w:sz w:val="24"/>
          <w:rFonts w:ascii="Inter" w:hAnsi="Inter" w:eastAsia="Noto Sans CJK JP" w:cs="Noto Sans CJK JP"/>
        </w:rPr>
        <w:t>a</w:t>
      </w:r>
      <w:r>
        <w:rPr>
          <w:b/>
          <w:color w:val="404040"/>
          <w:sz w:val="24"/>
          <w:rFonts w:ascii="Inter" w:hAnsi="Inter" w:eastAsia="Noto Sans CJK JP" w:cs="Noto Sans CJK JP"/>
        </w:rPr>
        <w:t>r</w:t>
      </w:r>
      <w:r>
        <w:rPr>
          <w:b/>
          <w:color w:val="404040"/>
          <w:sz w:val="24"/>
          <w:rFonts w:ascii="Inter" w:hAnsi="Inter" w:eastAsia="Noto Sans CJK JP" w:cs="Noto Sans CJK JP"/>
        </w:rPr>
        <w:t>i</w:t>
      </w:r>
      <w:r>
        <w:rPr>
          <w:b/>
          <w:color w:val="404040"/>
          <w:sz w:val="24"/>
          <w:rFonts w:ascii="Inter" w:hAnsi="Inter" w:eastAsia="Noto Sans CJK JP" w:cs="Noto Sans CJK JP"/>
        </w:rPr>
        <w:t>a</w:t>
      </w:r>
      <w:r>
        <w:rPr>
          <w:b/>
          <w:color w:val="404040"/>
          <w:sz w:val="24"/>
          <w:rFonts w:ascii="Inter" w:hAnsi="Inter" w:eastAsia="Noto Sans CJK JP" w:cs="Noto Sans CJK JP"/>
        </w:rPr>
        <w:t>b</w:t>
      </w:r>
      <w:r>
        <w:rPr>
          <w:b/>
          <w:color w:val="404040"/>
          <w:sz w:val="24"/>
          <w:rFonts w:ascii="Inter" w:hAnsi="Inter" w:eastAsia="Noto Sans CJK JP" w:cs="Noto Sans CJK JP"/>
        </w:rPr>
        <w:t>i</w:t>
      </w:r>
      <w:r>
        <w:rPr>
          <w:b/>
          <w:color w:val="404040"/>
          <w:sz w:val="24"/>
          <w:rFonts w:ascii="Inter" w:hAnsi="Inter" w:eastAsia="Noto Sans CJK JP" w:cs="Noto Sans CJK JP"/>
        </w:rPr>
        <w:t>l</w:t>
      </w:r>
      <w:r>
        <w:rPr>
          <w:b/>
          <w:color w:val="404040"/>
          <w:sz w:val="24"/>
          <w:rFonts w:ascii="Inter" w:hAnsi="Inter" w:eastAsia="Noto Sans CJK JP" w:cs="Noto Sans CJK JP"/>
        </w:rPr>
        <w:t>i</w:t>
      </w:r>
      <w:r>
        <w:rPr>
          <w:b/>
          <w:color w:val="404040"/>
          <w:sz w:val="24"/>
          <w:rFonts w:ascii="Inter" w:hAnsi="Inter" w:eastAsia="Noto Sans CJK JP" w:cs="Noto Sans CJK JP"/>
        </w:rPr>
        <w:t>t</w:t>
      </w:r>
      <w:r>
        <w:rPr>
          <w:b/>
          <w:color w:val="404040"/>
          <w:sz w:val="24"/>
          <w:rFonts w:ascii="Inter" w:hAnsi="Inter" w:eastAsia="Noto Sans CJK JP" w:cs="Noto Sans CJK JP"/>
        </w:rPr>
        <w:t>y</w:t>
      </w:r>
      <w:r>
        <w:rPr>
          <w:b/>
          <w:color w:val="404040"/>
          <w:sz w:val="24"/>
          <w:rFonts w:ascii="Inter" w:hAnsi="Inter" w:eastAsia="Noto Sans CJK JP" w:cs="Noto Sans CJK JP"/>
        </w:rPr>
        <w:t>.</w:t>
      </w:r>
      <w:r>
        <w:rPr>
          <w:color w:val="404040"/>
          <w:sz w:val="24"/>
          <w:rFonts w:ascii="Inter" w:hAnsi="Inter" w:eastAsia="Noto Sans CJK JP" w:cs="Noto Sans CJK JP"/>
        </w:rPr>
        <w:br/>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y</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v</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m</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v</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y</w:t>
      </w:r>
      <w:r>
        <w:rPr>
          <w:color w:val="404040"/>
          <w:sz w:val="24"/>
          <w:rFonts w:ascii="Inter" w:hAnsi="Inter" w:eastAsia="Noto Sans CJK JP" w:cs="Noto Sans CJK JP"/>
        </w:rPr>
        <w:t>d</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w:t>
      </w:r>
    </w:p>
    <w:p>
      <w:pPr>
        <w:pStyle w:val="Heading2"/>
        <w:keepNext/>
        <w:keepLines/>
        <w:ind w:left="0"/>
        <w:outlineLvl w:val="1"/>
      </w:pPr>
      <w:r>
        <w:rPr>
          <w:b/>
          <w:color w:val="404040"/>
          <w:sz w:val="28"/>
          <w:rFonts w:ascii="Inter" w:hAnsi="Inter" w:eastAsia="Noto Sans CJK JP" w:cs="Noto Sans CJK JP"/>
        </w:rPr>
        <w:t>Preheating the aluminum</w:t>
      </w:r>
    </w:p>
    <w:p>
      <w:pPr>
        <w:keepNext/>
        <w:keepLines/>
      </w:pPr>
      <w:r>
        <w:rPr>
          <w:b/>
          <w:color w:val="404040"/>
          <w:sz w:val="24"/>
          <w:rFonts w:ascii="Inter" w:hAnsi="Inter" w:eastAsia="Noto Sans CJK JP" w:cs="Noto Sans CJK JP"/>
        </w:rPr>
        <w:t>7</w:t>
      </w:r>
      <w:r>
        <w:rPr>
          <w:b/>
          <w:color w:val="404040"/>
          <w:sz w:val="24"/>
          <w:rFonts w:ascii="Inter" w:hAnsi="Inter" w:eastAsia="Noto Sans CJK JP" w:cs="Noto Sans CJK JP"/>
        </w:rPr>
        <w: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G</w:t>
      </w:r>
      <w:r>
        <w:rPr>
          <w:b/>
          <w:color w:val="404040"/>
          <w:sz w:val="24"/>
          <w:rFonts w:ascii="Inter" w:hAnsi="Inter" w:eastAsia="Noto Sans CJK JP" w:cs="Noto Sans CJK JP"/>
        </w:rPr>
        <w:t>a</w:t>
      </w:r>
      <w:r>
        <w:rPr>
          <w:b/>
          <w:color w:val="404040"/>
          <w:sz w:val="24"/>
          <w:rFonts w:ascii="Inter" w:hAnsi="Inter" w:eastAsia="Noto Sans CJK JP" w:cs="Noto Sans CJK JP"/>
        </w:rPr>
        <w:t>t</w:t>
      </w:r>
      <w:r>
        <w:rPr>
          <w:b/>
          <w:color w:val="404040"/>
          <w:sz w:val="24"/>
          <w:rFonts w:ascii="Inter" w:hAnsi="Inter" w:eastAsia="Noto Sans CJK JP" w:cs="Noto Sans CJK JP"/>
        </w:rPr>
        <w:t>h</w:t>
      </w:r>
      <w:r>
        <w:rPr>
          <w:b/>
          <w:color w:val="404040"/>
          <w:sz w:val="24"/>
          <w:rFonts w:ascii="Inter" w:hAnsi="Inter" w:eastAsia="Noto Sans CJK JP" w:cs="Noto Sans CJK JP"/>
        </w:rPr>
        <w:t>e</w:t>
      </w:r>
      <w:r>
        <w:rPr>
          <w:b/>
          <w:color w:val="404040"/>
          <w:sz w:val="24"/>
          <w:rFonts w:ascii="Inter" w:hAnsi="Inter" w:eastAsia="Noto Sans CJK JP" w:cs="Noto Sans CJK JP"/>
        </w:rPr>
        <w:t>r</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h</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p</w:t>
      </w:r>
      <w:r>
        <w:rPr>
          <w:b/>
          <w:color w:val="404040"/>
          <w:sz w:val="24"/>
          <w:rFonts w:ascii="Inter" w:hAnsi="Inter" w:eastAsia="Noto Sans CJK JP" w:cs="Noto Sans CJK JP"/>
        </w:rPr>
        <w:t>r</w:t>
      </w:r>
      <w:r>
        <w:rPr>
          <w:b/>
          <w:color w:val="404040"/>
          <w:sz w:val="24"/>
          <w:rFonts w:ascii="Inter" w:hAnsi="Inter" w:eastAsia="Noto Sans CJK JP" w:cs="Noto Sans CJK JP"/>
        </w:rPr>
        <w:t>e</w:t>
      </w:r>
      <w:r>
        <w:rPr>
          <w:b/>
          <w:color w:val="404040"/>
          <w:sz w:val="24"/>
          <w:rFonts w:ascii="Inter" w:hAnsi="Inter" w:eastAsia="Noto Sans CJK JP" w:cs="Noto Sans CJK JP"/>
        </w:rPr>
        <w:t>h</w:t>
      </w:r>
      <w:r>
        <w:rPr>
          <w:b/>
          <w:color w:val="404040"/>
          <w:sz w:val="24"/>
          <w:rFonts w:ascii="Inter" w:hAnsi="Inter" w:eastAsia="Noto Sans CJK JP" w:cs="Noto Sans CJK JP"/>
        </w:rPr>
        <w:t>e</w:t>
      </w:r>
      <w:r>
        <w:rPr>
          <w:b/>
          <w:color w:val="404040"/>
          <w:sz w:val="24"/>
          <w:rFonts w:ascii="Inter" w:hAnsi="Inter" w:eastAsia="Noto Sans CJK JP" w:cs="Noto Sans CJK JP"/>
        </w:rPr>
        <w:t>a</w:t>
      </w:r>
      <w:r>
        <w:rPr>
          <w:b/>
          <w:color w:val="404040"/>
          <w:sz w:val="24"/>
          <w:rFonts w:ascii="Inter" w:hAnsi="Inter" w:eastAsia="Noto Sans CJK JP" w:cs="Noto Sans CJK JP"/>
        </w:rPr>
        <w:t>t</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g</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e</w:t>
      </w:r>
      <w:r>
        <w:rPr>
          <w:b/>
          <w:color w:val="404040"/>
          <w:sz w:val="24"/>
          <w:rFonts w:ascii="Inter" w:hAnsi="Inter" w:eastAsia="Noto Sans CJK JP" w:cs="Noto Sans CJK JP"/>
        </w:rPr>
        <w:t>q</w:t>
      </w:r>
      <w:r>
        <w:rPr>
          <w:b/>
          <w:color w:val="404040"/>
          <w:sz w:val="24"/>
          <w:rFonts w:ascii="Inter" w:hAnsi="Inter" w:eastAsia="Noto Sans CJK JP" w:cs="Noto Sans CJK JP"/>
        </w:rPr>
        <w:t>u</w:t>
      </w:r>
      <w:r>
        <w:rPr>
          <w:b/>
          <w:color w:val="404040"/>
          <w:sz w:val="24"/>
          <w:rFonts w:ascii="Inter" w:hAnsi="Inter" w:eastAsia="Noto Sans CJK JP" w:cs="Noto Sans CJK JP"/>
        </w:rPr>
        <w:t>i</w:t>
      </w:r>
      <w:r>
        <w:rPr>
          <w:b/>
          <w:color w:val="404040"/>
          <w:sz w:val="24"/>
          <w:rFonts w:ascii="Inter" w:hAnsi="Inter" w:eastAsia="Noto Sans CJK JP" w:cs="Noto Sans CJK JP"/>
        </w:rPr>
        <w:t>p</w:t>
      </w:r>
      <w:r>
        <w:rPr>
          <w:b/>
          <w:color w:val="404040"/>
          <w:sz w:val="24"/>
          <w:rFonts w:ascii="Inter" w:hAnsi="Inter" w:eastAsia="Noto Sans CJK JP" w:cs="Noto Sans CJK JP"/>
        </w:rPr>
        <w:t>m</w:t>
      </w:r>
      <w:r>
        <w:rPr>
          <w:b/>
          <w:color w:val="404040"/>
          <w:sz w:val="24"/>
          <w:rFonts w:ascii="Inter" w:hAnsi="Inter" w:eastAsia="Noto Sans CJK JP" w:cs="Noto Sans CJK JP"/>
        </w:rPr>
        <w:t>e</w:t>
      </w:r>
      <w:r>
        <w:rPr>
          <w:b/>
          <w:color w:val="404040"/>
          <w:sz w:val="24"/>
          <w:rFonts w:ascii="Inter" w:hAnsi="Inter" w:eastAsia="Noto Sans CJK JP" w:cs="Noto Sans CJK JP"/>
        </w:rPr>
        <w:t>n</w:t>
      </w:r>
      <w:r>
        <w:rPr>
          <w:b/>
          <w:color w:val="404040"/>
          <w:sz w:val="24"/>
          <w:rFonts w:ascii="Inter" w:hAnsi="Inter" w:eastAsia="Noto Sans CJK JP" w:cs="Noto Sans CJK JP"/>
        </w:rPr>
        <w:t>t</w:t>
      </w:r>
      <w:r>
        <w:rPr>
          <w:b/>
          <w:color w:val="404040"/>
          <w:sz w:val="24"/>
          <w:rFonts w:ascii="Inter" w:hAnsi="Inter" w:eastAsia="Noto Sans CJK JP" w:cs="Noto Sans CJK JP"/>
        </w:rPr>
        <w:t>.</w:t>
      </w:r>
      <w:r>
        <w:rPr>
          <w:color w:val="404040"/>
          <w:sz w:val="24"/>
          <w:rFonts w:ascii="Inter" w:hAnsi="Inter" w:eastAsia="Noto Sans CJK JP" w:cs="Noto Sans CJK JP"/>
        </w:rPr>
        <w:br/>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x</w:t>
      </w:r>
      <w:r>
        <w:rPr>
          <w:color w:val="404040"/>
          <w:sz w:val="24"/>
          <w:rFonts w:ascii="Inter" w:hAnsi="Inter" w:eastAsia="Noto Sans CJK JP" w:cs="Noto Sans CJK JP"/>
        </w:rPr>
        <w:t>y</w:t>
      </w:r>
      <w:r>
        <w:rPr>
          <w:color w:val="404040"/>
          <w:sz w:val="24"/>
          <w:rFonts w:ascii="Inter" w:hAnsi="Inter" w:eastAsia="Noto Sans CJK JP" w:cs="Noto Sans CJK JP"/>
        </w:rPr>
        <w:t>-</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y</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r</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k</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k</w:t>
      </w:r>
      <w:r>
        <w:rPr>
          <w:color w:val="404040"/>
          <w:sz w:val="24"/>
          <w:rFonts w:ascii="Inter" w:hAnsi="Inter" w:eastAsia="Noto Sans CJK JP" w:cs="Noto Sans CJK JP"/>
        </w:rPr>
        <w:t>p</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k</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3</w:t>
      </w:r>
      <w:r>
        <w:rPr>
          <w:color w:val="404040"/>
          <w:sz w:val="24"/>
          <w:rFonts w:ascii="Inter" w:hAnsi="Inter" w:eastAsia="Noto Sans CJK JP" w:cs="Noto Sans CJK JP"/>
        </w:rPr>
        <w:t>5</w:t>
      </w:r>
      <w:r>
        <w:rPr>
          <w:color w:val="404040"/>
          <w:sz w:val="24"/>
          <w:rFonts w:ascii="Inter" w:hAnsi="Inter" w:eastAsia="Noto Sans CJK JP" w:cs="Noto Sans CJK JP"/>
        </w:rPr>
        <w:t>0</w:t>
      </w:r>
      <w:r>
        <w:rPr>
          <w:color w:val="404040"/>
          <w:sz w:val="24"/>
          <w:rFonts w:ascii="Inter" w:hAnsi="Inter" w:eastAsia="Noto Sans CJK JP" w:cs="Noto Sans CJK JP"/>
        </w:rPr>
        <w:t>°</w:t>
      </w:r>
      <w:r>
        <w:rPr>
          <w:color w:val="404040"/>
          <w:sz w:val="24"/>
          <w:rFonts w:ascii="Inter" w:hAnsi="Inter" w:eastAsia="Noto Sans CJK JP" w:cs="Noto Sans CJK JP"/>
        </w:rPr>
        <w:t>F</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g</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2</w:t>
      </w:r>
      <w:r>
        <w:rPr>
          <w:color w:val="404040"/>
          <w:sz w:val="24"/>
          <w:rFonts w:ascii="Inter" w:hAnsi="Inter" w:eastAsia="Noto Sans CJK JP" w:cs="Noto Sans CJK JP"/>
        </w:rPr>
        <w:t>5</w:t>
      </w:r>
      <w:r>
        <w:rPr>
          <w:color w:val="404040"/>
          <w:sz w:val="24"/>
          <w:rFonts w:ascii="Inter" w:hAnsi="Inter" w:eastAsia="Noto Sans CJK JP" w:cs="Noto Sans CJK JP"/>
        </w:rPr>
        <w:t>0</w:t>
      </w:r>
      <w:r>
        <w:rPr>
          <w:color w:val="404040"/>
          <w:sz w:val="24"/>
          <w:rFonts w:ascii="Inter" w:hAnsi="Inter" w:eastAsia="Noto Sans CJK JP" w:cs="Noto Sans CJK JP"/>
        </w:rPr>
        <w:t>°</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y</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3" name="Picture 3"/>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5328000" cy="3041655"/>
                    </a:xfrm>
                    <a:prstGeom prst="rect"/>
                  </pic:spPr>
                </pic:pic>
              </a:graphicData>
            </a:graphic>
          </wp:inline>
        </w:drawing>
      </w:r>
    </w:p>
    <w:p>
      <w:pPr>
        <w:pStyle w:val="Caption"/>
        <w:jc w:val="center"/>
      </w:pPr>
      <w:r>
        <w:rPr>
          <w:b/>
          <w:color w:val="404040"/>
        </w:rPr>
        <w:t>A welding table holds an ESAB EMP 210 welder displaying 85 amps and 52.0 volts, along with a welding helmet, wire brush, marker, and aluminum workpieces staged for the preheating process.</w:t>
      </w:r>
    </w:p>
    <w:p>
      <w:pPr>
        <w:keepNext/>
        <w:keepLines/>
      </w:pPr>
      <w:r>
        <w:rPr>
          <w:b/>
          <w:color w:val="404040"/>
          <w:sz w:val="24"/>
          <w:rFonts w:ascii="Inter" w:hAnsi="Inter" w:eastAsia="Noto Sans CJK JP" w:cs="Noto Sans CJK JP"/>
        </w:rPr>
        <w:t>8</w:t>
      </w:r>
      <w:r>
        <w:rPr>
          <w:b/>
          <w:color w:val="404040"/>
          <w:sz w:val="24"/>
          <w:rFonts w:ascii="Inter" w:hAnsi="Inter" w:eastAsia="Noto Sans CJK JP" w:cs="Noto Sans CJK JP"/>
        </w:rPr>
        <w: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C</w:t>
      </w:r>
      <w:r>
        <w:rPr>
          <w:b/>
          <w:color w:val="404040"/>
          <w:sz w:val="24"/>
          <w:rFonts w:ascii="Inter" w:hAnsi="Inter" w:eastAsia="Noto Sans CJK JP" w:cs="Noto Sans CJK JP"/>
        </w:rPr>
        <w:t>h</w:t>
      </w:r>
      <w:r>
        <w:rPr>
          <w:b/>
          <w:color w:val="404040"/>
          <w:sz w:val="24"/>
          <w:rFonts w:ascii="Inter" w:hAnsi="Inter" w:eastAsia="Noto Sans CJK JP" w:cs="Noto Sans CJK JP"/>
        </w:rPr>
        <w:t>o</w:t>
      </w:r>
      <w:r>
        <w:rPr>
          <w:b/>
          <w:color w:val="404040"/>
          <w:sz w:val="24"/>
          <w:rFonts w:ascii="Inter" w:hAnsi="Inter" w:eastAsia="Noto Sans CJK JP" w:cs="Noto Sans CJK JP"/>
        </w:rPr>
        <w:t>o</w:t>
      </w:r>
      <w:r>
        <w:rPr>
          <w:b/>
          <w:color w:val="404040"/>
          <w:sz w:val="24"/>
          <w:rFonts w:ascii="Inter" w:hAnsi="Inter" w:eastAsia="Noto Sans CJK JP" w:cs="Noto Sans CJK JP"/>
        </w:rPr>
        <w:t>s</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y</w:t>
      </w:r>
      <w:r>
        <w:rPr>
          <w:b/>
          <w:color w:val="404040"/>
          <w:sz w:val="24"/>
          <w:rFonts w:ascii="Inter" w:hAnsi="Inter" w:eastAsia="Noto Sans CJK JP" w:cs="Noto Sans CJK JP"/>
        </w:rPr>
        <w:t>o</w:t>
      </w:r>
      <w:r>
        <w:rPr>
          <w:b/>
          <w:color w:val="404040"/>
          <w:sz w:val="24"/>
          <w:rFonts w:ascii="Inter" w:hAnsi="Inter" w:eastAsia="Noto Sans CJK JP" w:cs="Noto Sans CJK JP"/>
        </w:rPr>
        <w:t>u</w:t>
      </w:r>
      <w:r>
        <w:rPr>
          <w:b/>
          <w:color w:val="404040"/>
          <w:sz w:val="24"/>
          <w:rFonts w:ascii="Inter" w:hAnsi="Inter" w:eastAsia="Noto Sans CJK JP" w:cs="Noto Sans CJK JP"/>
        </w:rPr>
        <w:t>r</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m</w:t>
      </w:r>
      <w:r>
        <w:rPr>
          <w:b/>
          <w:color w:val="404040"/>
          <w:sz w:val="24"/>
          <w:rFonts w:ascii="Inter" w:hAnsi="Inter" w:eastAsia="Noto Sans CJK JP" w:cs="Noto Sans CJK JP"/>
        </w:rPr>
        <w:t>p</w:t>
      </w:r>
      <w:r>
        <w:rPr>
          <w:b/>
          <w:color w:val="404040"/>
          <w:sz w:val="24"/>
          <w:rFonts w:ascii="Inter" w:hAnsi="Inter" w:eastAsia="Noto Sans CJK JP" w:cs="Noto Sans CJK JP"/>
        </w:rPr>
        <w:t>e</w:t>
      </w:r>
      <w:r>
        <w:rPr>
          <w:b/>
          <w:color w:val="404040"/>
          <w:sz w:val="24"/>
          <w:rFonts w:ascii="Inter" w:hAnsi="Inter" w:eastAsia="Noto Sans CJK JP" w:cs="Noto Sans CJK JP"/>
        </w:rPr>
        <w:t>r</w:t>
      </w:r>
      <w:r>
        <w:rPr>
          <w:b/>
          <w:color w:val="404040"/>
          <w:sz w:val="24"/>
          <w:rFonts w:ascii="Inter" w:hAnsi="Inter" w:eastAsia="Noto Sans CJK JP" w:cs="Noto Sans CJK JP"/>
        </w:rPr>
        <w:t>a</w:t>
      </w:r>
      <w:r>
        <w:rPr>
          <w:b/>
          <w:color w:val="404040"/>
          <w:sz w:val="24"/>
          <w:rFonts w:ascii="Inter" w:hAnsi="Inter" w:eastAsia="Noto Sans CJK JP" w:cs="Noto Sans CJK JP"/>
        </w:rPr>
        <w:t>t</w:t>
      </w:r>
      <w:r>
        <w:rPr>
          <w:b/>
          <w:color w:val="404040"/>
          <w:sz w:val="24"/>
          <w:rFonts w:ascii="Inter" w:hAnsi="Inter" w:eastAsia="Noto Sans CJK JP" w:cs="Noto Sans CJK JP"/>
        </w:rPr>
        <w:t>u</w:t>
      </w:r>
      <w:r>
        <w:rPr>
          <w:b/>
          <w:color w:val="404040"/>
          <w:sz w:val="24"/>
          <w:rFonts w:ascii="Inter" w:hAnsi="Inter" w:eastAsia="Noto Sans CJK JP" w:cs="Noto Sans CJK JP"/>
        </w:rPr>
        <w:t>r</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d</w:t>
      </w:r>
      <w:r>
        <w:rPr>
          <w:b/>
          <w:color w:val="404040"/>
          <w:sz w:val="24"/>
          <w:rFonts w:ascii="Inter" w:hAnsi="Inter" w:eastAsia="Noto Sans CJK JP" w:cs="Noto Sans CJK JP"/>
        </w:rPr>
        <w:t>i</w:t>
      </w:r>
      <w:r>
        <w:rPr>
          <w:b/>
          <w:color w:val="404040"/>
          <w:sz w:val="24"/>
          <w:rFonts w:ascii="Inter" w:hAnsi="Inter" w:eastAsia="Noto Sans CJK JP" w:cs="Noto Sans CJK JP"/>
        </w:rPr>
        <w:t>c</w:t>
      </w:r>
      <w:r>
        <w:rPr>
          <w:b/>
          <w:color w:val="404040"/>
          <w:sz w:val="24"/>
          <w:rFonts w:ascii="Inter" w:hAnsi="Inter" w:eastAsia="Noto Sans CJK JP" w:cs="Noto Sans CJK JP"/>
        </w:rPr>
        <w:t>a</w:t>
      </w:r>
      <w:r>
        <w:rPr>
          <w:b/>
          <w:color w:val="404040"/>
          <w:sz w:val="24"/>
          <w:rFonts w:ascii="Inter" w:hAnsi="Inter" w:eastAsia="Noto Sans CJK JP" w:cs="Noto Sans CJK JP"/>
        </w:rPr>
        <w:t>t</w:t>
      </w:r>
      <w:r>
        <w:rPr>
          <w:b/>
          <w:color w:val="404040"/>
          <w:sz w:val="24"/>
          <w:rFonts w:ascii="Inter" w:hAnsi="Inter" w:eastAsia="Noto Sans CJK JP" w:cs="Noto Sans CJK JP"/>
        </w:rPr>
        <w:t>o</w:t>
      </w:r>
      <w:r>
        <w:rPr>
          <w:b/>
          <w:color w:val="404040"/>
          <w:sz w:val="24"/>
          <w:rFonts w:ascii="Inter" w:hAnsi="Inter" w:eastAsia="Noto Sans CJK JP" w:cs="Noto Sans CJK JP"/>
        </w:rPr>
        <w:t>r</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m</w:t>
      </w:r>
      <w:r>
        <w:rPr>
          <w:b/>
          <w:color w:val="404040"/>
          <w:sz w:val="24"/>
          <w:rFonts w:ascii="Inter" w:hAnsi="Inter" w:eastAsia="Noto Sans CJK JP" w:cs="Noto Sans CJK JP"/>
        </w:rPr>
        <w:t>e</w:t>
      </w:r>
      <w:r>
        <w:rPr>
          <w:b/>
          <w:color w:val="404040"/>
          <w:sz w:val="24"/>
          <w:rFonts w:ascii="Inter" w:hAnsi="Inter" w:eastAsia="Noto Sans CJK JP" w:cs="Noto Sans CJK JP"/>
        </w:rPr>
        <w:t>t</w:t>
      </w:r>
      <w:r>
        <w:rPr>
          <w:b/>
          <w:color w:val="404040"/>
          <w:sz w:val="24"/>
          <w:rFonts w:ascii="Inter" w:hAnsi="Inter" w:eastAsia="Noto Sans CJK JP" w:cs="Noto Sans CJK JP"/>
        </w:rPr>
        <w:t>h</w:t>
      </w:r>
      <w:r>
        <w:rPr>
          <w:b/>
          <w:color w:val="404040"/>
          <w:sz w:val="24"/>
          <w:rFonts w:ascii="Inter" w:hAnsi="Inter" w:eastAsia="Noto Sans CJK JP" w:cs="Noto Sans CJK JP"/>
        </w:rPr>
        <w:t>o</w:t>
      </w:r>
      <w:r>
        <w:rPr>
          <w:b/>
          <w:color w:val="404040"/>
          <w:sz w:val="24"/>
          <w:rFonts w:ascii="Inter" w:hAnsi="Inter" w:eastAsia="Noto Sans CJK JP" w:cs="Noto Sans CJK JP"/>
        </w:rPr>
        <w:t>d</w:t>
      </w:r>
      <w:r>
        <w:rPr>
          <w:b/>
          <w:color w:val="404040"/>
          <w:sz w:val="24"/>
          <w:rFonts w:ascii="Inter" w:hAnsi="Inter" w:eastAsia="Noto Sans CJK JP" w:cs="Noto Sans CJK JP"/>
        </w:rPr>
        <w:t>.</w:t>
      </w:r>
      <w:r>
        <w:rPr>
          <w:color w:val="404040"/>
          <w:sz w:val="24"/>
          <w:rFonts w:ascii="Inter" w:hAnsi="Inter" w:eastAsia="Noto Sans CJK JP" w:cs="Noto Sans CJK JP"/>
        </w:rPr>
        <w:br/>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3</w:t>
      </w:r>
      <w:r>
        <w:rPr>
          <w:color w:val="404040"/>
          <w:sz w:val="24"/>
          <w:rFonts w:ascii="Inter" w:hAnsi="Inter" w:eastAsia="Noto Sans CJK JP" w:cs="Noto Sans CJK JP"/>
        </w:rPr>
        <w:t>5</w:t>
      </w:r>
      <w:r>
        <w:rPr>
          <w:color w:val="404040"/>
          <w:sz w:val="24"/>
          <w:rFonts w:ascii="Inter" w:hAnsi="Inter" w:eastAsia="Noto Sans CJK JP" w:cs="Noto Sans CJK JP"/>
        </w:rPr>
        <w:t>0</w:t>
      </w:r>
      <w:r>
        <w:rPr>
          <w:color w:val="404040"/>
          <w:sz w:val="24"/>
          <w:rFonts w:ascii="Inter" w:hAnsi="Inter" w:eastAsia="Noto Sans CJK JP" w:cs="Noto Sans CJK JP"/>
        </w:rPr>
        <w:t>°</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v</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2</w:t>
      </w:r>
      <w:r>
        <w:rPr>
          <w:color w:val="404040"/>
          <w:sz w:val="24"/>
          <w:rFonts w:ascii="Inter" w:hAnsi="Inter" w:eastAsia="Noto Sans CJK JP" w:cs="Noto Sans CJK JP"/>
        </w:rPr>
        <w:t>5</w:t>
      </w:r>
      <w:r>
        <w:rPr>
          <w:color w:val="404040"/>
          <w:sz w:val="24"/>
          <w:rFonts w:ascii="Inter" w:hAnsi="Inter" w:eastAsia="Noto Sans CJK JP" w:cs="Noto Sans CJK JP"/>
        </w:rPr>
        <w:t>0</w:t>
      </w:r>
      <w:r>
        <w:rPr>
          <w:color w:val="404040"/>
          <w:sz w:val="24"/>
          <w:rFonts w:ascii="Inter" w:hAnsi="Inter" w:eastAsia="Noto Sans CJK JP" w:cs="Noto Sans CJK JP"/>
        </w:rPr>
        <w:t>°</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b</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z</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f</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x</w:t>
      </w:r>
      <w:r>
        <w:rPr>
          <w:color w:val="404040"/>
          <w:sz w:val="24"/>
          <w:rFonts w:ascii="Inter" w:hAnsi="Inter" w:eastAsia="Noto Sans CJK JP" w:cs="Noto Sans CJK JP"/>
        </w:rPr>
        <w:t>i</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4</w:t>
      </w:r>
      <w:r>
        <w:rPr>
          <w:color w:val="404040"/>
          <w:sz w:val="24"/>
          <w:rFonts w:ascii="Inter" w:hAnsi="Inter" w:eastAsia="Noto Sans CJK JP" w:cs="Noto Sans CJK JP"/>
        </w:rPr>
        <w:t>0</w:t>
      </w:r>
      <w:r>
        <w:rPr>
          <w:color w:val="404040"/>
          <w:sz w:val="24"/>
          <w:rFonts w:ascii="Inter" w:hAnsi="Inter" w:eastAsia="Noto Sans CJK JP" w:cs="Noto Sans CJK JP"/>
        </w:rPr>
        <w:t>0</w:t>
      </w:r>
      <w:r>
        <w:rPr>
          <w:color w:val="404040"/>
          <w:sz w:val="24"/>
          <w:rFonts w:ascii="Inter" w:hAnsi="Inter" w:eastAsia="Noto Sans CJK JP" w:cs="Noto Sans CJK JP"/>
        </w:rPr>
        <w:t>°</w:t>
      </w:r>
      <w:r>
        <w:rPr>
          <w:color w:val="404040"/>
          <w:sz w:val="24"/>
          <w:rFonts w:ascii="Inter" w:hAnsi="Inter" w:eastAsia="Noto Sans CJK JP" w:cs="Noto Sans CJK JP"/>
        </w:rPr>
        <w:t>F</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4" name="Picture 4"/>
            <wp:cNvGraphicFramePr>
              <a:graphicFrameLocks noChangeAspect="1"/>
            </wp:cNvGraphicFramePr>
            <a:graphic>
              <a:graphicData uri="http://schemas.openxmlformats.org/drawingml/2006/picture">
                <pic:pic>
                  <pic:nvPicPr>
                    <pic:cNvPr id="0" name="image.jpg"/>
                    <pic:cNvPicPr/>
                  </pic:nvPicPr>
                  <pic:blipFill>
                    <a:blip r:embed="rId12"/>
                    <a:stretch>
                      <a:fillRect/>
                    </a:stretch>
                  </pic:blipFill>
                  <pic:spPr>
                    <a:xfrm>
                      <a:off x="0" y="0"/>
                      <a:ext cx="5328000" cy="3041655"/>
                    </a:xfrm>
                    <a:prstGeom prst="rect"/>
                  </pic:spPr>
                </pic:pic>
              </a:graphicData>
            </a:graphic>
          </wp:inline>
        </w:drawing>
      </w:r>
    </w:p>
    <w:p>
      <w:pPr>
        <w:pStyle w:val="Caption"/>
        <w:jc w:val="center"/>
      </w:pPr>
      <w:r>
        <w:rPr>
          <w:b/>
          <w:color w:val="404040"/>
        </w:rPr>
        <w:t>Holding a temperature-indicating stick (Tempilstik) in preparation to mark the aluminum workpiece, with a welding helmet, wire brush, and aluminum pieces visible on the workbench.</w:t>
      </w:r>
    </w:p>
    <w:p>
      <w:pPr/>
      <w:r>
        <w:rPr>
          <w:b/>
          <w:color w:val="404040"/>
          <w:sz w:val="24"/>
          <w:rFonts w:ascii="Inter" w:hAnsi="Inter" w:eastAsia="Noto Sans CJK JP" w:cs="Noto Sans CJK JP"/>
        </w:rPr>
        <w:t>9</w:t>
      </w:r>
      <w:r>
        <w:rPr>
          <w:b/>
          <w:color w:val="404040"/>
          <w:sz w:val="24"/>
          <w:rFonts w:ascii="Inter" w:hAnsi="Inter" w:eastAsia="Noto Sans CJK JP" w:cs="Noto Sans CJK JP"/>
        </w:rPr>
        <w: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A</w:t>
      </w:r>
      <w:r>
        <w:rPr>
          <w:b/>
          <w:color w:val="404040"/>
          <w:sz w:val="24"/>
          <w:rFonts w:ascii="Inter" w:hAnsi="Inter" w:eastAsia="Noto Sans CJK JP" w:cs="Noto Sans CJK JP"/>
        </w:rPr>
        <w:t>p</w:t>
      </w:r>
      <w:r>
        <w:rPr>
          <w:b/>
          <w:color w:val="404040"/>
          <w:sz w:val="24"/>
          <w:rFonts w:ascii="Inter" w:hAnsi="Inter" w:eastAsia="Noto Sans CJK JP" w:cs="Noto Sans CJK JP"/>
        </w:rPr>
        <w:t>p</w:t>
      </w:r>
      <w:r>
        <w:rPr>
          <w:b/>
          <w:color w:val="404040"/>
          <w:sz w:val="24"/>
          <w:rFonts w:ascii="Inter" w:hAnsi="Inter" w:eastAsia="Noto Sans CJK JP" w:cs="Noto Sans CJK JP"/>
        </w:rPr>
        <w:t>l</w:t>
      </w:r>
      <w:r>
        <w:rPr>
          <w:b/>
          <w:color w:val="404040"/>
          <w:sz w:val="24"/>
          <w:rFonts w:ascii="Inter" w:hAnsi="Inter" w:eastAsia="Noto Sans CJK JP" w:cs="Noto Sans CJK JP"/>
        </w:rPr>
        <w:t>y</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h</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m</w:t>
      </w:r>
      <w:r>
        <w:rPr>
          <w:b/>
          <w:color w:val="404040"/>
          <w:sz w:val="24"/>
          <w:rFonts w:ascii="Inter" w:hAnsi="Inter" w:eastAsia="Noto Sans CJK JP" w:cs="Noto Sans CJK JP"/>
        </w:rPr>
        <w:t>p</w:t>
      </w:r>
      <w:r>
        <w:rPr>
          <w:b/>
          <w:color w:val="404040"/>
          <w:sz w:val="24"/>
          <w:rFonts w:ascii="Inter" w:hAnsi="Inter" w:eastAsia="Noto Sans CJK JP" w:cs="Noto Sans CJK JP"/>
        </w:rPr>
        <w:t>i</w:t>
      </w:r>
      <w:r>
        <w:rPr>
          <w:b/>
          <w:color w:val="404040"/>
          <w:sz w:val="24"/>
          <w:rFonts w:ascii="Inter" w:hAnsi="Inter" w:eastAsia="Noto Sans CJK JP" w:cs="Noto Sans CJK JP"/>
        </w:rPr>
        <w:t>l</w:t>
      </w:r>
      <w:r>
        <w:rPr>
          <w:b/>
          <w:color w:val="404040"/>
          <w:sz w:val="24"/>
          <w:rFonts w:ascii="Inter" w:hAnsi="Inter" w:eastAsia="Noto Sans CJK JP" w:cs="Noto Sans CJK JP"/>
        </w:rPr>
        <w:t>s</w:t>
      </w:r>
      <w:r>
        <w:rPr>
          <w:b/>
          <w:color w:val="404040"/>
          <w:sz w:val="24"/>
          <w:rFonts w:ascii="Inter" w:hAnsi="Inter" w:eastAsia="Noto Sans CJK JP" w:cs="Noto Sans CJK JP"/>
        </w:rPr>
        <w:t>t</w:t>
      </w:r>
      <w:r>
        <w:rPr>
          <w:b/>
          <w:color w:val="404040"/>
          <w:sz w:val="24"/>
          <w:rFonts w:ascii="Inter" w:hAnsi="Inter" w:eastAsia="Noto Sans CJK JP" w:cs="Noto Sans CJK JP"/>
        </w:rPr>
        <w:t>i</w:t>
      </w:r>
      <w:r>
        <w:rPr>
          <w:b/>
          <w:color w:val="404040"/>
          <w:sz w:val="24"/>
          <w:rFonts w:ascii="Inter" w:hAnsi="Inter" w:eastAsia="Noto Sans CJK JP" w:cs="Noto Sans CJK JP"/>
        </w:rPr>
        <w:t>k</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o</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h</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w</w:t>
      </w:r>
      <w:r>
        <w:rPr>
          <w:b/>
          <w:color w:val="404040"/>
          <w:sz w:val="24"/>
          <w:rFonts w:ascii="Inter" w:hAnsi="Inter" w:eastAsia="Noto Sans CJK JP" w:cs="Noto Sans CJK JP"/>
        </w:rPr>
        <w:t>o</w:t>
      </w:r>
      <w:r>
        <w:rPr>
          <w:b/>
          <w:color w:val="404040"/>
          <w:sz w:val="24"/>
          <w:rFonts w:ascii="Inter" w:hAnsi="Inter" w:eastAsia="Noto Sans CJK JP" w:cs="Noto Sans CJK JP"/>
        </w:rPr>
        <w:t>r</w:t>
      </w:r>
      <w:r>
        <w:rPr>
          <w:b/>
          <w:color w:val="404040"/>
          <w:sz w:val="24"/>
          <w:rFonts w:ascii="Inter" w:hAnsi="Inter" w:eastAsia="Noto Sans CJK JP" w:cs="Noto Sans CJK JP"/>
        </w:rPr>
        <w:t>k</w:t>
      </w:r>
      <w:r>
        <w:rPr>
          <w:b/>
          <w:color w:val="404040"/>
          <w:sz w:val="24"/>
          <w:rFonts w:ascii="Inter" w:hAnsi="Inter" w:eastAsia="Noto Sans CJK JP" w:cs="Noto Sans CJK JP"/>
        </w:rPr>
        <w:t>p</w:t>
      </w:r>
      <w:r>
        <w:rPr>
          <w:b/>
          <w:color w:val="404040"/>
          <w:sz w:val="24"/>
          <w:rFonts w:ascii="Inter" w:hAnsi="Inter" w:eastAsia="Noto Sans CJK JP" w:cs="Noto Sans CJK JP"/>
        </w:rPr>
        <w:t>i</w:t>
      </w:r>
      <w:r>
        <w:rPr>
          <w:b/>
          <w:color w:val="404040"/>
          <w:sz w:val="24"/>
          <w:rFonts w:ascii="Inter" w:hAnsi="Inter" w:eastAsia="Noto Sans CJK JP" w:cs="Noto Sans CJK JP"/>
        </w:rPr>
        <w:t>e</w:t>
      </w:r>
      <w:r>
        <w:rPr>
          <w:b/>
          <w:color w:val="404040"/>
          <w:sz w:val="24"/>
          <w:rFonts w:ascii="Inter" w:hAnsi="Inter" w:eastAsia="Noto Sans CJK JP" w:cs="Noto Sans CJK JP"/>
        </w:rPr>
        <w:t>c</w:t>
      </w:r>
      <w:r>
        <w:rPr>
          <w:b/>
          <w:color w:val="404040"/>
          <w:sz w:val="24"/>
          <w:rFonts w:ascii="Inter" w:hAnsi="Inter" w:eastAsia="Noto Sans CJK JP" w:cs="Noto Sans CJK JP"/>
        </w:rPr>
        <w:t>e</w:t>
      </w:r>
      <w:r>
        <w:rPr>
          <w:b/>
          <w:color w:val="404040"/>
          <w:sz w:val="24"/>
          <w:rFonts w:ascii="Inter" w:hAnsi="Inter" w:eastAsia="Noto Sans CJK JP" w:cs="Noto Sans CJK JP"/>
        </w:rPr>
        <w:t>.</w:t>
      </w:r>
      <w:r>
        <w:rPr>
          <w:color w:val="404040"/>
          <w:sz w:val="24"/>
          <w:rFonts w:ascii="Inter" w:hAnsi="Inter" w:eastAsia="Noto Sans CJK JP" w:cs="Noto Sans CJK JP"/>
        </w:rPr>
        <w:br/>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2</w:t>
      </w:r>
      <w:r>
        <w:rPr>
          <w:color w:val="404040"/>
          <w:sz w:val="24"/>
          <w:rFonts w:ascii="Inter" w:hAnsi="Inter" w:eastAsia="Noto Sans CJK JP" w:cs="Noto Sans CJK JP"/>
        </w:rPr>
        <w:t>5</w:t>
      </w:r>
      <w:r>
        <w:rPr>
          <w:color w:val="404040"/>
          <w:sz w:val="24"/>
          <w:rFonts w:ascii="Inter" w:hAnsi="Inter" w:eastAsia="Noto Sans CJK JP" w:cs="Noto Sans CJK JP"/>
        </w:rPr>
        <w:t>0</w:t>
      </w:r>
      <w:r>
        <w:rPr>
          <w:color w:val="404040"/>
          <w:sz w:val="24"/>
          <w:rFonts w:ascii="Inter" w:hAnsi="Inter" w:eastAsia="Noto Sans CJK JP" w:cs="Noto Sans CJK JP"/>
        </w:rPr>
        <w:t>°</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3</w:t>
      </w:r>
      <w:r>
        <w:rPr>
          <w:color w:val="404040"/>
          <w:sz w:val="24"/>
          <w:rFonts w:ascii="Inter" w:hAnsi="Inter" w:eastAsia="Noto Sans CJK JP" w:cs="Noto Sans CJK JP"/>
        </w:rPr>
        <w:t>5</w:t>
      </w:r>
      <w:r>
        <w:rPr>
          <w:color w:val="404040"/>
          <w:sz w:val="24"/>
          <w:rFonts w:ascii="Inter" w:hAnsi="Inter" w:eastAsia="Noto Sans CJK JP" w:cs="Noto Sans CJK JP"/>
        </w:rPr>
        <w:t>0</w:t>
      </w:r>
      <w:r>
        <w:rPr>
          <w:color w:val="404040"/>
          <w:sz w:val="24"/>
          <w:rFonts w:ascii="Inter" w:hAnsi="Inter" w:eastAsia="Noto Sans CJK JP" w:cs="Noto Sans CJK JP"/>
        </w:rPr>
        <w:t>°</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v</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w:t>
      </w:r>
    </w:p>
    <w:p>
      <w:pPr/>
      <w:r>
        <w:rPr>
          <w:b/>
          <w:color w:val="404040"/>
          <w:sz w:val="24"/>
          <w:rFonts w:ascii="Inter" w:hAnsi="Inter" w:eastAsia="Noto Sans CJK JP" w:cs="Noto Sans CJK JP"/>
        </w:rPr>
        <w:t>1</w:t>
      </w:r>
      <w:r>
        <w:rPr>
          <w:b/>
          <w:color w:val="404040"/>
          <w:sz w:val="24"/>
          <w:rFonts w:ascii="Inter" w:hAnsi="Inter" w:eastAsia="Noto Sans CJK JP" w:cs="Noto Sans CJK JP"/>
        </w:rPr>
        <w:t>0</w:t>
      </w:r>
      <w:r>
        <w:rPr>
          <w:b/>
          <w:color w:val="404040"/>
          <w:sz w:val="24"/>
          <w:rFonts w:ascii="Inter" w:hAnsi="Inter" w:eastAsia="Noto Sans CJK JP" w:cs="Noto Sans CJK JP"/>
        </w:rPr>
        <w: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M</w:t>
      </w:r>
      <w:r>
        <w:rPr>
          <w:b/>
          <w:color w:val="404040"/>
          <w:sz w:val="24"/>
          <w:rFonts w:ascii="Inter" w:hAnsi="Inter" w:eastAsia="Noto Sans CJK JP" w:cs="Noto Sans CJK JP"/>
        </w:rPr>
        <w:t>a</w:t>
      </w:r>
      <w:r>
        <w:rPr>
          <w:b/>
          <w:color w:val="404040"/>
          <w:sz w:val="24"/>
          <w:rFonts w:ascii="Inter" w:hAnsi="Inter" w:eastAsia="Noto Sans CJK JP" w:cs="Noto Sans CJK JP"/>
        </w:rPr>
        <w:t>r</w:t>
      </w:r>
      <w:r>
        <w:rPr>
          <w:b/>
          <w:color w:val="404040"/>
          <w:sz w:val="24"/>
          <w:rFonts w:ascii="Inter" w:hAnsi="Inter" w:eastAsia="Noto Sans CJK JP" w:cs="Noto Sans CJK JP"/>
        </w:rPr>
        <w:t>k</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h</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a</w:t>
      </w:r>
      <w:r>
        <w:rPr>
          <w:b/>
          <w:color w:val="404040"/>
          <w:sz w:val="24"/>
          <w:rFonts w:ascii="Inter" w:hAnsi="Inter" w:eastAsia="Noto Sans CJK JP" w:cs="Noto Sans CJK JP"/>
        </w:rPr>
        <w:t>l</w:t>
      </w:r>
      <w:r>
        <w:rPr>
          <w:b/>
          <w:color w:val="404040"/>
          <w:sz w:val="24"/>
          <w:rFonts w:ascii="Inter" w:hAnsi="Inter" w:eastAsia="Noto Sans CJK JP" w:cs="Noto Sans CJK JP"/>
        </w:rPr>
        <w:t>u</w:t>
      </w:r>
      <w:r>
        <w:rPr>
          <w:b/>
          <w:color w:val="404040"/>
          <w:sz w:val="24"/>
          <w:rFonts w:ascii="Inter" w:hAnsi="Inter" w:eastAsia="Noto Sans CJK JP" w:cs="Noto Sans CJK JP"/>
        </w:rPr>
        <w:t>m</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u</w:t>
      </w:r>
      <w:r>
        <w:rPr>
          <w:b/>
          <w:color w:val="404040"/>
          <w:sz w:val="24"/>
          <w:rFonts w:ascii="Inter" w:hAnsi="Inter" w:eastAsia="Noto Sans CJK JP" w:cs="Noto Sans CJK JP"/>
        </w:rPr>
        <w:t>m</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w</w:t>
      </w:r>
      <w:r>
        <w:rPr>
          <w:b/>
          <w:color w:val="404040"/>
          <w:sz w:val="24"/>
          <w:rFonts w:ascii="Inter" w:hAnsi="Inter" w:eastAsia="Noto Sans CJK JP" w:cs="Noto Sans CJK JP"/>
        </w:rPr>
        <w:t>o</w:t>
      </w:r>
      <w:r>
        <w:rPr>
          <w:b/>
          <w:color w:val="404040"/>
          <w:sz w:val="24"/>
          <w:rFonts w:ascii="Inter" w:hAnsi="Inter" w:eastAsia="Noto Sans CJK JP" w:cs="Noto Sans CJK JP"/>
        </w:rPr>
        <w:t>r</w:t>
      </w:r>
      <w:r>
        <w:rPr>
          <w:b/>
          <w:color w:val="404040"/>
          <w:sz w:val="24"/>
          <w:rFonts w:ascii="Inter" w:hAnsi="Inter" w:eastAsia="Noto Sans CJK JP" w:cs="Noto Sans CJK JP"/>
        </w:rPr>
        <w:t>k</w:t>
      </w:r>
      <w:r>
        <w:rPr>
          <w:b/>
          <w:color w:val="404040"/>
          <w:sz w:val="24"/>
          <w:rFonts w:ascii="Inter" w:hAnsi="Inter" w:eastAsia="Noto Sans CJK JP" w:cs="Noto Sans CJK JP"/>
        </w:rPr>
        <w:t>p</w:t>
      </w:r>
      <w:r>
        <w:rPr>
          <w:b/>
          <w:color w:val="404040"/>
          <w:sz w:val="24"/>
          <w:rFonts w:ascii="Inter" w:hAnsi="Inter" w:eastAsia="Noto Sans CJK JP" w:cs="Noto Sans CJK JP"/>
        </w:rPr>
        <w:t>i</w:t>
      </w:r>
      <w:r>
        <w:rPr>
          <w:b/>
          <w:color w:val="404040"/>
          <w:sz w:val="24"/>
          <w:rFonts w:ascii="Inter" w:hAnsi="Inter" w:eastAsia="Noto Sans CJK JP" w:cs="Noto Sans CJK JP"/>
        </w:rPr>
        <w:t>e</w:t>
      </w:r>
      <w:r>
        <w:rPr>
          <w:b/>
          <w:color w:val="404040"/>
          <w:sz w:val="24"/>
          <w:rFonts w:ascii="Inter" w:hAnsi="Inter" w:eastAsia="Noto Sans CJK JP" w:cs="Noto Sans CJK JP"/>
        </w:rPr>
        <w:t>c</w:t>
      </w:r>
      <w:r>
        <w:rPr>
          <w:b/>
          <w:color w:val="404040"/>
          <w:sz w:val="24"/>
          <w:rFonts w:ascii="Inter" w:hAnsi="Inter" w:eastAsia="Noto Sans CJK JP" w:cs="Noto Sans CJK JP"/>
        </w:rPr>
        <w:t>e</w:t>
      </w:r>
      <w:r>
        <w:rPr>
          <w:b/>
          <w:color w:val="404040"/>
          <w:sz w:val="24"/>
          <w:rFonts w:ascii="Inter" w:hAnsi="Inter" w:eastAsia="Noto Sans CJK JP" w:cs="Noto Sans CJK JP"/>
        </w:rPr>
        <w:t>.</w:t>
      </w:r>
      <w:r>
        <w:rPr>
          <w:color w:val="404040"/>
          <w:sz w:val="24"/>
          <w:rFonts w:ascii="Inter" w:hAnsi="Inter" w:eastAsia="Noto Sans CJK JP" w:cs="Noto Sans CJK JP"/>
        </w:rPr>
        <w:br/>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s</w:t>
      </w:r>
      <w:r>
        <w:rPr>
          <w:color w:val="404040"/>
          <w:sz w:val="24"/>
          <w:rFonts w:ascii="Inter" w:hAnsi="Inter" w:eastAsia="Noto Sans CJK JP" w:cs="Noto Sans CJK JP"/>
        </w:rPr>
        <w:t>.</w:t>
      </w:r>
    </w:p>
    <w:p>
      <w:pPr/>
      <w:r>
        <w:rPr>
          <w:b/>
          <w:color w:val="404040"/>
          <w:sz w:val="24"/>
          <w:rFonts w:ascii="Inter" w:hAnsi="Inter" w:eastAsia="Noto Sans CJK JP" w:cs="Noto Sans CJK JP"/>
        </w:rPr>
        <w:t>1</w:t>
      </w:r>
      <w:r>
        <w:rPr>
          <w:b/>
          <w:color w:val="404040"/>
          <w:sz w:val="24"/>
          <w:rFonts w:ascii="Inter" w:hAnsi="Inter" w:eastAsia="Noto Sans CJK JP" w:cs="Noto Sans CJK JP"/>
        </w:rPr>
        <w:t>1</w:t>
      </w:r>
      <w:r>
        <w:rPr>
          <w:b/>
          <w:color w:val="404040"/>
          <w:sz w:val="24"/>
          <w:rFonts w:ascii="Inter" w:hAnsi="Inter" w:eastAsia="Noto Sans CJK JP" w:cs="Noto Sans CJK JP"/>
        </w:rPr>
        <w: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S</w:t>
      </w:r>
      <w:r>
        <w:rPr>
          <w:b/>
          <w:color w:val="404040"/>
          <w:sz w:val="24"/>
          <w:rFonts w:ascii="Inter" w:hAnsi="Inter" w:eastAsia="Noto Sans CJK JP" w:cs="Noto Sans CJK JP"/>
        </w:rPr>
        <w:t>e</w:t>
      </w:r>
      <w:r>
        <w:rPr>
          <w:b/>
          <w:color w:val="404040"/>
          <w:sz w:val="24"/>
          <w:rFonts w:ascii="Inter" w:hAnsi="Inter" w:eastAsia="Noto Sans CJK JP" w:cs="Noto Sans CJK JP"/>
        </w:rPr>
        <w:t>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h</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o</w:t>
      </w:r>
      <w:r>
        <w:rPr>
          <w:b/>
          <w:color w:val="404040"/>
          <w:sz w:val="24"/>
          <w:rFonts w:ascii="Inter" w:hAnsi="Inter" w:eastAsia="Noto Sans CJK JP" w:cs="Noto Sans CJK JP"/>
        </w:rPr>
        <w:t>r</w:t>
      </w:r>
      <w:r>
        <w:rPr>
          <w:b/>
          <w:color w:val="404040"/>
          <w:sz w:val="24"/>
          <w:rFonts w:ascii="Inter" w:hAnsi="Inter" w:eastAsia="Noto Sans CJK JP" w:cs="Noto Sans CJK JP"/>
        </w:rPr>
        <w:t>c</w:t>
      </w:r>
      <w:r>
        <w:rPr>
          <w:b/>
          <w:color w:val="404040"/>
          <w:sz w:val="24"/>
          <w:rFonts w:ascii="Inter" w:hAnsi="Inter" w:eastAsia="Noto Sans CJK JP" w:cs="Noto Sans CJK JP"/>
        </w:rPr>
        <w:t>h</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o</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a</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c</w:t>
      </w:r>
      <w:r>
        <w:rPr>
          <w:b/>
          <w:color w:val="404040"/>
          <w:sz w:val="24"/>
          <w:rFonts w:ascii="Inter" w:hAnsi="Inter" w:eastAsia="Noto Sans CJK JP" w:cs="Noto Sans CJK JP"/>
        </w:rPr>
        <w:t>a</w:t>
      </w:r>
      <w:r>
        <w:rPr>
          <w:b/>
          <w:color w:val="404040"/>
          <w:sz w:val="24"/>
          <w:rFonts w:ascii="Inter" w:hAnsi="Inter" w:eastAsia="Noto Sans CJK JP" w:cs="Noto Sans CJK JP"/>
        </w:rPr>
        <w:t>r</w:t>
      </w:r>
      <w:r>
        <w:rPr>
          <w:b/>
          <w:color w:val="404040"/>
          <w:sz w:val="24"/>
          <w:rFonts w:ascii="Inter" w:hAnsi="Inter" w:eastAsia="Noto Sans CJK JP" w:cs="Noto Sans CJK JP"/>
        </w:rPr>
        <w:t>b</w:t>
      </w:r>
      <w:r>
        <w:rPr>
          <w:b/>
          <w:color w:val="404040"/>
          <w:sz w:val="24"/>
          <w:rFonts w:ascii="Inter" w:hAnsi="Inter" w:eastAsia="Noto Sans CJK JP" w:cs="Noto Sans CJK JP"/>
        </w:rPr>
        <w:t>u</w:t>
      </w:r>
      <w:r>
        <w:rPr>
          <w:b/>
          <w:color w:val="404040"/>
          <w:sz w:val="24"/>
          <w:rFonts w:ascii="Inter" w:hAnsi="Inter" w:eastAsia="Noto Sans CJK JP" w:cs="Noto Sans CJK JP"/>
        </w:rPr>
        <w:t>r</w:t>
      </w:r>
      <w:r>
        <w:rPr>
          <w:b/>
          <w:color w:val="404040"/>
          <w:sz w:val="24"/>
          <w:rFonts w:ascii="Inter" w:hAnsi="Inter" w:eastAsia="Noto Sans CJK JP" w:cs="Noto Sans CJK JP"/>
        </w:rPr>
        <w:t>i</w:t>
      </w:r>
      <w:r>
        <w:rPr>
          <w:b/>
          <w:color w:val="404040"/>
          <w:sz w:val="24"/>
          <w:rFonts w:ascii="Inter" w:hAnsi="Inter" w:eastAsia="Noto Sans CJK JP" w:cs="Noto Sans CJK JP"/>
        </w:rPr>
        <w:t>z</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g</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f</w:t>
      </w:r>
      <w:r>
        <w:rPr>
          <w:b/>
          <w:color w:val="404040"/>
          <w:sz w:val="24"/>
          <w:rFonts w:ascii="Inter" w:hAnsi="Inter" w:eastAsia="Noto Sans CJK JP" w:cs="Noto Sans CJK JP"/>
        </w:rPr>
        <w:t>l</w:t>
      </w:r>
      <w:r>
        <w:rPr>
          <w:b/>
          <w:color w:val="404040"/>
          <w:sz w:val="24"/>
          <w:rFonts w:ascii="Inter" w:hAnsi="Inter" w:eastAsia="Noto Sans CJK JP" w:cs="Noto Sans CJK JP"/>
        </w:rPr>
        <w:t>a</w:t>
      </w:r>
      <w:r>
        <w:rPr>
          <w:b/>
          <w:color w:val="404040"/>
          <w:sz w:val="24"/>
          <w:rFonts w:ascii="Inter" w:hAnsi="Inter" w:eastAsia="Noto Sans CJK JP" w:cs="Noto Sans CJK JP"/>
        </w:rPr>
        <w:t>m</w:t>
      </w:r>
      <w:r>
        <w:rPr>
          <w:b/>
          <w:color w:val="404040"/>
          <w:sz w:val="24"/>
          <w:rFonts w:ascii="Inter" w:hAnsi="Inter" w:eastAsia="Noto Sans CJK JP" w:cs="Noto Sans CJK JP"/>
        </w:rPr>
        <w:t>e</w:t>
      </w:r>
      <w:r>
        <w:rPr>
          <w:b/>
          <w:color w:val="404040"/>
          <w:sz w:val="24"/>
          <w:rFonts w:ascii="Inter" w:hAnsi="Inter" w:eastAsia="Noto Sans CJK JP" w:cs="Noto Sans CJK JP"/>
        </w:rPr>
        <w:t>.</w:t>
      </w:r>
      <w:r>
        <w:rPr>
          <w:color w:val="404040"/>
          <w:sz w:val="24"/>
          <w:rFonts w:ascii="Inter" w:hAnsi="Inter" w:eastAsia="Noto Sans CJK JP" w:cs="Noto Sans CJK JP"/>
        </w:rPr>
        <w:br/>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h</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x</w:t>
      </w:r>
      <w:r>
        <w:rPr>
          <w:color w:val="404040"/>
          <w:sz w:val="24"/>
          <w:rFonts w:ascii="Inter" w:hAnsi="Inter" w:eastAsia="Noto Sans CJK JP" w:cs="Noto Sans CJK JP"/>
        </w:rPr>
        <w:t>y</w:t>
      </w:r>
      <w:r>
        <w:rPr>
          <w:color w:val="404040"/>
          <w:sz w:val="24"/>
          <w:rFonts w:ascii="Inter" w:hAnsi="Inter" w:eastAsia="Noto Sans CJK JP" w:cs="Noto Sans CJK JP"/>
        </w:rPr>
        <w:t>-</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y</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j</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b</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z</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b</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y</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f</w:t>
      </w:r>
      <w:r>
        <w:rPr>
          <w:color w:val="404040"/>
          <w:sz w:val="24"/>
          <w:rFonts w:ascii="Inter" w:hAnsi="Inter" w:eastAsia="Noto Sans CJK JP" w:cs="Noto Sans CJK JP"/>
        </w:rPr>
        <w:t>u</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d</w:t>
      </w:r>
      <w:r>
        <w:rPr>
          <w:color w:val="404040"/>
          <w:sz w:val="24"/>
          <w:rFonts w:ascii="Inter" w:hAnsi="Inter" w:eastAsia="Noto Sans CJK JP" w:cs="Noto Sans CJK JP"/>
        </w:rPr>
        <w:t>u</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y</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w:t>
      </w:r>
    </w:p>
    <w:p>
      <w:pPr/>
      <w:r>
        <w:rPr>
          <w:b/>
          <w:color w:val="404040"/>
          <w:sz w:val="24"/>
          <w:rFonts w:ascii="Inter" w:hAnsi="Inter" w:eastAsia="Noto Sans CJK JP" w:cs="Noto Sans CJK JP"/>
        </w:rPr>
        <w:t>1</w:t>
      </w:r>
      <w:r>
        <w:rPr>
          <w:b/>
          <w:color w:val="404040"/>
          <w:sz w:val="24"/>
          <w:rFonts w:ascii="Inter" w:hAnsi="Inter" w:eastAsia="Noto Sans CJK JP" w:cs="Noto Sans CJK JP"/>
        </w:rPr>
        <w:t>2</w:t>
      </w:r>
      <w:r>
        <w:rPr>
          <w:b/>
          <w:color w:val="404040"/>
          <w:sz w:val="24"/>
          <w:rFonts w:ascii="Inter" w:hAnsi="Inter" w:eastAsia="Noto Sans CJK JP" w:cs="Noto Sans CJK JP"/>
        </w:rPr>
        <w: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A</w:t>
      </w:r>
      <w:r>
        <w:rPr>
          <w:b/>
          <w:color w:val="404040"/>
          <w:sz w:val="24"/>
          <w:rFonts w:ascii="Inter" w:hAnsi="Inter" w:eastAsia="Noto Sans CJK JP" w:cs="Noto Sans CJK JP"/>
        </w:rPr>
        <w:t>p</w:t>
      </w:r>
      <w:r>
        <w:rPr>
          <w:b/>
          <w:color w:val="404040"/>
          <w:sz w:val="24"/>
          <w:rFonts w:ascii="Inter" w:hAnsi="Inter" w:eastAsia="Noto Sans CJK JP" w:cs="Noto Sans CJK JP"/>
        </w:rPr>
        <w:t>p</w:t>
      </w:r>
      <w:r>
        <w:rPr>
          <w:b/>
          <w:color w:val="404040"/>
          <w:sz w:val="24"/>
          <w:rFonts w:ascii="Inter" w:hAnsi="Inter" w:eastAsia="Noto Sans CJK JP" w:cs="Noto Sans CJK JP"/>
        </w:rPr>
        <w:t>l</w:t>
      </w:r>
      <w:r>
        <w:rPr>
          <w:b/>
          <w:color w:val="404040"/>
          <w:sz w:val="24"/>
          <w:rFonts w:ascii="Inter" w:hAnsi="Inter" w:eastAsia="Noto Sans CJK JP" w:cs="Noto Sans CJK JP"/>
        </w:rPr>
        <w:t>y</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s</w:t>
      </w:r>
      <w:r>
        <w:rPr>
          <w:b/>
          <w:color w:val="404040"/>
          <w:sz w:val="24"/>
          <w:rFonts w:ascii="Inter" w:hAnsi="Inter" w:eastAsia="Noto Sans CJK JP" w:cs="Noto Sans CJK JP"/>
        </w:rPr>
        <w:t>o</w:t>
      </w:r>
      <w:r>
        <w:rPr>
          <w:b/>
          <w:color w:val="404040"/>
          <w:sz w:val="24"/>
          <w:rFonts w:ascii="Inter" w:hAnsi="Inter" w:eastAsia="Noto Sans CJK JP" w:cs="Noto Sans CJK JP"/>
        </w:rPr>
        <w:t>o</w:t>
      </w:r>
      <w:r>
        <w:rPr>
          <w:b/>
          <w:color w:val="404040"/>
          <w:sz w:val="24"/>
          <w:rFonts w:ascii="Inter" w:hAnsi="Inter" w:eastAsia="Noto Sans CJK JP" w:cs="Noto Sans CJK JP"/>
        </w:rPr>
        <w:t>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o</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h</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a</w:t>
      </w:r>
      <w:r>
        <w:rPr>
          <w:b/>
          <w:color w:val="404040"/>
          <w:sz w:val="24"/>
          <w:rFonts w:ascii="Inter" w:hAnsi="Inter" w:eastAsia="Noto Sans CJK JP" w:cs="Noto Sans CJK JP"/>
        </w:rPr>
        <w:t>l</w:t>
      </w:r>
      <w:r>
        <w:rPr>
          <w:b/>
          <w:color w:val="404040"/>
          <w:sz w:val="24"/>
          <w:rFonts w:ascii="Inter" w:hAnsi="Inter" w:eastAsia="Noto Sans CJK JP" w:cs="Noto Sans CJK JP"/>
        </w:rPr>
        <w:t>u</w:t>
      </w:r>
      <w:r>
        <w:rPr>
          <w:b/>
          <w:color w:val="404040"/>
          <w:sz w:val="24"/>
          <w:rFonts w:ascii="Inter" w:hAnsi="Inter" w:eastAsia="Noto Sans CJK JP" w:cs="Noto Sans CJK JP"/>
        </w:rPr>
        <w:t>m</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u</w:t>
      </w:r>
      <w:r>
        <w:rPr>
          <w:b/>
          <w:color w:val="404040"/>
          <w:sz w:val="24"/>
          <w:rFonts w:ascii="Inter" w:hAnsi="Inter" w:eastAsia="Noto Sans CJK JP" w:cs="Noto Sans CJK JP"/>
        </w:rPr>
        <w:t>m</w:t>
      </w:r>
      <w:r>
        <w:rPr>
          <w:b/>
          <w:color w:val="404040"/>
          <w:sz w:val="24"/>
          <w:rFonts w:ascii="Inter" w:hAnsi="Inter" w:eastAsia="Noto Sans CJK JP" w:cs="Noto Sans CJK JP"/>
        </w:rPr>
        <w:t>.</w:t>
      </w:r>
      <w:r>
        <w:rPr>
          <w:color w:val="404040"/>
          <w:sz w:val="24"/>
          <w:rFonts w:ascii="Inter" w:hAnsi="Inter" w:eastAsia="Noto Sans CJK JP" w:cs="Noto Sans CJK JP"/>
        </w:rPr>
        <w:br/>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b</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z</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k</w:t>
      </w:r>
      <w:r>
        <w:rPr>
          <w:color w:val="404040"/>
          <w:sz w:val="24"/>
          <w:rFonts w:ascii="Inter" w:hAnsi="Inter" w:eastAsia="Noto Sans CJK JP" w:cs="Noto Sans CJK JP"/>
        </w:rPr>
        <w:t>p</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w:t>
      </w:r>
    </w:p>
    <w:p>
      <w:pPr/>
      <w:r>
        <w:rPr>
          <w:b/>
          <w:color w:val="404040"/>
          <w:sz w:val="24"/>
          <w:rFonts w:ascii="Inter" w:hAnsi="Inter" w:eastAsia="Noto Sans CJK JP" w:cs="Noto Sans CJK JP"/>
        </w:rPr>
        <w:t>1</w:t>
      </w:r>
      <w:r>
        <w:rPr>
          <w:b/>
          <w:color w:val="404040"/>
          <w:sz w:val="24"/>
          <w:rFonts w:ascii="Inter" w:hAnsi="Inter" w:eastAsia="Noto Sans CJK JP" w:cs="Noto Sans CJK JP"/>
        </w:rPr>
        <w:t>3</w:t>
      </w:r>
      <w:r>
        <w:rPr>
          <w:b/>
          <w:color w:val="404040"/>
          <w:sz w:val="24"/>
          <w:rFonts w:ascii="Inter" w:hAnsi="Inter" w:eastAsia="Noto Sans CJK JP" w:cs="Noto Sans CJK JP"/>
        </w:rPr>
        <w: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H</w:t>
      </w:r>
      <w:r>
        <w:rPr>
          <w:b/>
          <w:color w:val="404040"/>
          <w:sz w:val="24"/>
          <w:rFonts w:ascii="Inter" w:hAnsi="Inter" w:eastAsia="Noto Sans CJK JP" w:cs="Noto Sans CJK JP"/>
        </w:rPr>
        <w:t>e</w:t>
      </w:r>
      <w:r>
        <w:rPr>
          <w:b/>
          <w:color w:val="404040"/>
          <w:sz w:val="24"/>
          <w:rFonts w:ascii="Inter" w:hAnsi="Inter" w:eastAsia="Noto Sans CJK JP" w:cs="Noto Sans CJK JP"/>
        </w:rPr>
        <w:t>a</w:t>
      </w:r>
      <w:r>
        <w:rPr>
          <w:b/>
          <w:color w:val="404040"/>
          <w:sz w:val="24"/>
          <w:rFonts w:ascii="Inter" w:hAnsi="Inter" w:eastAsia="Noto Sans CJK JP" w:cs="Noto Sans CJK JP"/>
        </w:rPr>
        <w:t>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h</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a</w:t>
      </w:r>
      <w:r>
        <w:rPr>
          <w:b/>
          <w:color w:val="404040"/>
          <w:sz w:val="24"/>
          <w:rFonts w:ascii="Inter" w:hAnsi="Inter" w:eastAsia="Noto Sans CJK JP" w:cs="Noto Sans CJK JP"/>
        </w:rPr>
        <w:t>l</w:t>
      </w:r>
      <w:r>
        <w:rPr>
          <w:b/>
          <w:color w:val="404040"/>
          <w:sz w:val="24"/>
          <w:rFonts w:ascii="Inter" w:hAnsi="Inter" w:eastAsia="Noto Sans CJK JP" w:cs="Noto Sans CJK JP"/>
        </w:rPr>
        <w:t>u</w:t>
      </w:r>
      <w:r>
        <w:rPr>
          <w:b/>
          <w:color w:val="404040"/>
          <w:sz w:val="24"/>
          <w:rFonts w:ascii="Inter" w:hAnsi="Inter" w:eastAsia="Noto Sans CJK JP" w:cs="Noto Sans CJK JP"/>
        </w:rPr>
        <w:t>m</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u</w:t>
      </w:r>
      <w:r>
        <w:rPr>
          <w:b/>
          <w:color w:val="404040"/>
          <w:sz w:val="24"/>
          <w:rFonts w:ascii="Inter" w:hAnsi="Inter" w:eastAsia="Noto Sans CJK JP" w:cs="Noto Sans CJK JP"/>
        </w:rPr>
        <w:t>m</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u</w:t>
      </w:r>
      <w:r>
        <w:rPr>
          <w:b/>
          <w:color w:val="404040"/>
          <w:sz w:val="24"/>
          <w:rFonts w:ascii="Inter" w:hAnsi="Inter" w:eastAsia="Noto Sans CJK JP" w:cs="Noto Sans CJK JP"/>
        </w:rPr>
        <w:t>n</w:t>
      </w:r>
      <w:r>
        <w:rPr>
          <w:b/>
          <w:color w:val="404040"/>
          <w:sz w:val="24"/>
          <w:rFonts w:ascii="Inter" w:hAnsi="Inter" w:eastAsia="Noto Sans CJK JP" w:cs="Noto Sans CJK JP"/>
        </w:rPr>
        <w:t>t</w:t>
      </w:r>
      <w:r>
        <w:rPr>
          <w:b/>
          <w:color w:val="404040"/>
          <w:sz w:val="24"/>
          <w:rFonts w:ascii="Inter" w:hAnsi="Inter" w:eastAsia="Noto Sans CJK JP" w:cs="Noto Sans CJK JP"/>
        </w:rPr>
        <w:t>i</w:t>
      </w:r>
      <w:r>
        <w:rPr>
          <w:b/>
          <w:color w:val="404040"/>
          <w:sz w:val="24"/>
          <w:rFonts w:ascii="Inter" w:hAnsi="Inter" w:eastAsia="Noto Sans CJK JP" w:cs="Noto Sans CJK JP"/>
        </w:rPr>
        <w:t>l</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h</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s</w:t>
      </w:r>
      <w:r>
        <w:rPr>
          <w:b/>
          <w:color w:val="404040"/>
          <w:sz w:val="24"/>
          <w:rFonts w:ascii="Inter" w:hAnsi="Inter" w:eastAsia="Noto Sans CJK JP" w:cs="Noto Sans CJK JP"/>
        </w:rPr>
        <w:t>o</w:t>
      </w:r>
      <w:r>
        <w:rPr>
          <w:b/>
          <w:color w:val="404040"/>
          <w:sz w:val="24"/>
          <w:rFonts w:ascii="Inter" w:hAnsi="Inter" w:eastAsia="Noto Sans CJK JP" w:cs="Noto Sans CJK JP"/>
        </w:rPr>
        <w:t>o</w:t>
      </w:r>
      <w:r>
        <w:rPr>
          <w:b/>
          <w:color w:val="404040"/>
          <w:sz w:val="24"/>
          <w:rFonts w:ascii="Inter" w:hAnsi="Inter" w:eastAsia="Noto Sans CJK JP" w:cs="Noto Sans CJK JP"/>
        </w:rPr>
        <w:t>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d</w:t>
      </w:r>
      <w:r>
        <w:rPr>
          <w:b/>
          <w:color w:val="404040"/>
          <w:sz w:val="24"/>
          <w:rFonts w:ascii="Inter" w:hAnsi="Inter" w:eastAsia="Noto Sans CJK JP" w:cs="Noto Sans CJK JP"/>
        </w:rPr>
        <w:t>i</w:t>
      </w:r>
      <w:r>
        <w:rPr>
          <w:b/>
          <w:color w:val="404040"/>
          <w:sz w:val="24"/>
          <w:rFonts w:ascii="Inter" w:hAnsi="Inter" w:eastAsia="Noto Sans CJK JP" w:cs="Noto Sans CJK JP"/>
        </w:rPr>
        <w:t>s</w:t>
      </w:r>
      <w:r>
        <w:rPr>
          <w:b/>
          <w:color w:val="404040"/>
          <w:sz w:val="24"/>
          <w:rFonts w:ascii="Inter" w:hAnsi="Inter" w:eastAsia="Noto Sans CJK JP" w:cs="Noto Sans CJK JP"/>
        </w:rPr>
        <w:t>a</w:t>
      </w:r>
      <w:r>
        <w:rPr>
          <w:b/>
          <w:color w:val="404040"/>
          <w:sz w:val="24"/>
          <w:rFonts w:ascii="Inter" w:hAnsi="Inter" w:eastAsia="Noto Sans CJK JP" w:cs="Noto Sans CJK JP"/>
        </w:rPr>
        <w:t>p</w:t>
      </w:r>
      <w:r>
        <w:rPr>
          <w:b/>
          <w:color w:val="404040"/>
          <w:sz w:val="24"/>
          <w:rFonts w:ascii="Inter" w:hAnsi="Inter" w:eastAsia="Noto Sans CJK JP" w:cs="Noto Sans CJK JP"/>
        </w:rPr>
        <w:t>p</w:t>
      </w:r>
      <w:r>
        <w:rPr>
          <w:b/>
          <w:color w:val="404040"/>
          <w:sz w:val="24"/>
          <w:rFonts w:ascii="Inter" w:hAnsi="Inter" w:eastAsia="Noto Sans CJK JP" w:cs="Noto Sans CJK JP"/>
        </w:rPr>
        <w:t>e</w:t>
      </w:r>
      <w:r>
        <w:rPr>
          <w:b/>
          <w:color w:val="404040"/>
          <w:sz w:val="24"/>
          <w:rFonts w:ascii="Inter" w:hAnsi="Inter" w:eastAsia="Noto Sans CJK JP" w:cs="Noto Sans CJK JP"/>
        </w:rPr>
        <w:t>a</w:t>
      </w:r>
      <w:r>
        <w:rPr>
          <w:b/>
          <w:color w:val="404040"/>
          <w:sz w:val="24"/>
          <w:rFonts w:ascii="Inter" w:hAnsi="Inter" w:eastAsia="Noto Sans CJK JP" w:cs="Noto Sans CJK JP"/>
        </w:rPr>
        <w:t>r</w:t>
      </w:r>
      <w:r>
        <w:rPr>
          <w:b/>
          <w:color w:val="404040"/>
          <w:sz w:val="24"/>
          <w:rFonts w:ascii="Inter" w:hAnsi="Inter" w:eastAsia="Noto Sans CJK JP" w:cs="Noto Sans CJK JP"/>
        </w:rPr>
        <w:t>s</w:t>
      </w:r>
      <w:r>
        <w:rPr>
          <w:b/>
          <w:color w:val="404040"/>
          <w:sz w:val="24"/>
          <w:rFonts w:ascii="Inter" w:hAnsi="Inter" w:eastAsia="Noto Sans CJK JP" w:cs="Noto Sans CJK JP"/>
        </w:rPr>
        <w:t>.</w:t>
      </w:r>
      <w:r>
        <w:rPr>
          <w:color w:val="404040"/>
          <w:sz w:val="24"/>
          <w:rFonts w:ascii="Inter" w:hAnsi="Inter" w:eastAsia="Noto Sans CJK JP" w:cs="Noto Sans CJK JP"/>
        </w:rPr>
        <w:br/>
      </w:r>
      <w:r>
        <w:rPr>
          <w:color w:val="404040"/>
          <w:sz w:val="24"/>
          <w:rFonts w:ascii="Inter" w:hAnsi="Inter" w:eastAsia="Noto Sans CJK JP" w:cs="Noto Sans CJK JP"/>
        </w:rPr>
        <w:t>A</w:t>
      </w:r>
      <w:r>
        <w:rPr>
          <w:color w:val="404040"/>
          <w:sz w:val="24"/>
          <w:rFonts w:ascii="Inter" w:hAnsi="Inter" w:eastAsia="Noto Sans CJK JP" w:cs="Noto Sans CJK JP"/>
        </w:rPr>
        <w:t>f</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4</w:t>
      </w:r>
      <w:r>
        <w:rPr>
          <w:color w:val="404040"/>
          <w:sz w:val="24"/>
          <w:rFonts w:ascii="Inter" w:hAnsi="Inter" w:eastAsia="Noto Sans CJK JP" w:cs="Noto Sans CJK JP"/>
        </w:rPr>
        <w:t>0</w:t>
      </w:r>
      <w:r>
        <w:rPr>
          <w:color w:val="404040"/>
          <w:sz w:val="24"/>
          <w:rFonts w:ascii="Inter" w:hAnsi="Inter" w:eastAsia="Noto Sans CJK JP" w:cs="Noto Sans CJK JP"/>
        </w:rPr>
        <w:t>0</w:t>
      </w:r>
      <w:r>
        <w:rPr>
          <w:color w:val="404040"/>
          <w:sz w:val="24"/>
          <w:rFonts w:ascii="Inter" w:hAnsi="Inter" w:eastAsia="Noto Sans CJK JP" w:cs="Noto Sans CJK JP"/>
        </w:rPr>
        <w:t>°</w:t>
      </w:r>
      <w:r>
        <w:rPr>
          <w:color w:val="404040"/>
          <w:sz w:val="24"/>
          <w:rFonts w:ascii="Inter" w:hAnsi="Inter" w:eastAsia="Noto Sans CJK JP" w:cs="Noto Sans CJK JP"/>
        </w:rPr>
        <w:t>F</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w:t>
      </w:r>
    </w:p>
    <w:p>
      <w:pPr/>
      <w:r>
        <w:rPr>
          <w:b/>
          <w:color w:val="404040"/>
          <w:sz w:val="24"/>
          <w:rFonts w:ascii="Inter" w:hAnsi="Inter" w:eastAsia="Noto Sans CJK JP" w:cs="Noto Sans CJK JP"/>
        </w:rPr>
        <w:t>S</w:t>
      </w:r>
      <w:r>
        <w:rPr>
          <w:b/>
          <w:color w:val="404040"/>
          <w:sz w:val="24"/>
          <w:rFonts w:ascii="Inter" w:hAnsi="Inter" w:eastAsia="Noto Sans CJK JP" w:cs="Noto Sans CJK JP"/>
        </w:rPr>
        <w:t>a</w:t>
      </w:r>
      <w:r>
        <w:rPr>
          <w:b/>
          <w:color w:val="404040"/>
          <w:sz w:val="24"/>
          <w:rFonts w:ascii="Inter" w:hAnsi="Inter" w:eastAsia="Noto Sans CJK JP" w:cs="Noto Sans CJK JP"/>
        </w:rPr>
        <w:t>f</w:t>
      </w:r>
      <w:r>
        <w:rPr>
          <w:b/>
          <w:color w:val="404040"/>
          <w:sz w:val="24"/>
          <w:rFonts w:ascii="Inter" w:hAnsi="Inter" w:eastAsia="Noto Sans CJK JP" w:cs="Noto Sans CJK JP"/>
        </w:rPr>
        <w:t>e</w:t>
      </w:r>
      <w:r>
        <w:rPr>
          <w:b/>
          <w:color w:val="404040"/>
          <w:sz w:val="24"/>
          <w:rFonts w:ascii="Inter" w:hAnsi="Inter" w:eastAsia="Noto Sans CJK JP" w:cs="Noto Sans CJK JP"/>
        </w:rPr>
        <w:t>t</w:t>
      </w:r>
      <w:r>
        <w:rPr>
          <w:b/>
          <w:color w:val="404040"/>
          <w:sz w:val="24"/>
          <w:rFonts w:ascii="Inter" w:hAnsi="Inter" w:eastAsia="Noto Sans CJK JP" w:cs="Noto Sans CJK JP"/>
        </w:rPr>
        <w:t>y</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n</w:t>
      </w:r>
      <w:r>
        <w:rPr>
          <w:b/>
          <w:color w:val="404040"/>
          <w:sz w:val="24"/>
          <w:rFonts w:ascii="Inter" w:hAnsi="Inter" w:eastAsia="Noto Sans CJK JP" w:cs="Noto Sans CJK JP"/>
        </w:rPr>
        <w:t>o</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k</w:t>
      </w:r>
      <w:r>
        <w:rPr>
          <w:color w:val="404040"/>
          <w:sz w:val="24"/>
          <w:rFonts w:ascii="Inter" w:hAnsi="Inter" w:eastAsia="Noto Sans CJK JP" w:cs="Noto Sans CJK JP"/>
        </w:rPr>
        <w:t>p</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j</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g</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o</w:t>
      </w:r>
      <w:r>
        <w:rPr>
          <w:color w:val="404040"/>
          <w:sz w:val="24"/>
          <w:rFonts w:ascii="Inter" w:hAnsi="Inter" w:eastAsia="Noto Sans CJK JP" w:cs="Noto Sans CJK JP"/>
        </w:rPr>
        <w:t>o</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w:t>
      </w:r>
    </w:p>
    <w:p>
      <w:pPr/>
      <w:r>
        <w:rPr>
          <w:b/>
          <w:color w:val="404040"/>
          <w:sz w:val="24"/>
          <w:rFonts w:ascii="Inter" w:hAnsi="Inter" w:eastAsia="Noto Sans CJK JP" w:cs="Noto Sans CJK JP"/>
        </w:rPr>
        <w:t>1</w:t>
      </w:r>
      <w:r>
        <w:rPr>
          <w:b/>
          <w:color w:val="404040"/>
          <w:sz w:val="24"/>
          <w:rFonts w:ascii="Inter" w:hAnsi="Inter" w:eastAsia="Noto Sans CJK JP" w:cs="Noto Sans CJK JP"/>
        </w:rPr>
        <w:t>4</w:t>
      </w:r>
      <w:r>
        <w:rPr>
          <w:b/>
          <w:color w:val="404040"/>
          <w:sz w:val="24"/>
          <w:rFonts w:ascii="Inter" w:hAnsi="Inter" w:eastAsia="Noto Sans CJK JP" w:cs="Noto Sans CJK JP"/>
        </w:rPr>
        <w: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C</w:t>
      </w:r>
      <w:r>
        <w:rPr>
          <w:b/>
          <w:color w:val="404040"/>
          <w:sz w:val="24"/>
          <w:rFonts w:ascii="Inter" w:hAnsi="Inter" w:eastAsia="Noto Sans CJK JP" w:cs="Noto Sans CJK JP"/>
        </w:rPr>
        <w:t>o</w:t>
      </w:r>
      <w:r>
        <w:rPr>
          <w:b/>
          <w:color w:val="404040"/>
          <w:sz w:val="24"/>
          <w:rFonts w:ascii="Inter" w:hAnsi="Inter" w:eastAsia="Noto Sans CJK JP" w:cs="Noto Sans CJK JP"/>
        </w:rPr>
        <w:t>n</w:t>
      </w:r>
      <w:r>
        <w:rPr>
          <w:b/>
          <w:color w:val="404040"/>
          <w:sz w:val="24"/>
          <w:rFonts w:ascii="Inter" w:hAnsi="Inter" w:eastAsia="Noto Sans CJK JP" w:cs="Noto Sans CJK JP"/>
        </w:rPr>
        <w:t>f</w:t>
      </w:r>
      <w:r>
        <w:rPr>
          <w:b/>
          <w:color w:val="404040"/>
          <w:sz w:val="24"/>
          <w:rFonts w:ascii="Inter" w:hAnsi="Inter" w:eastAsia="Noto Sans CJK JP" w:cs="Noto Sans CJK JP"/>
        </w:rPr>
        <w:t>i</w:t>
      </w:r>
      <w:r>
        <w:rPr>
          <w:b/>
          <w:color w:val="404040"/>
          <w:sz w:val="24"/>
          <w:rFonts w:ascii="Inter" w:hAnsi="Inter" w:eastAsia="Noto Sans CJK JP" w:cs="Noto Sans CJK JP"/>
        </w:rPr>
        <w:t>r</w:t>
      </w:r>
      <w:r>
        <w:rPr>
          <w:b/>
          <w:color w:val="404040"/>
          <w:sz w:val="24"/>
          <w:rFonts w:ascii="Inter" w:hAnsi="Inter" w:eastAsia="Noto Sans CJK JP" w:cs="Noto Sans CJK JP"/>
        </w:rPr>
        <w:t>m</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r</w:t>
      </w:r>
      <w:r>
        <w:rPr>
          <w:b/>
          <w:color w:val="404040"/>
          <w:sz w:val="24"/>
          <w:rFonts w:ascii="Inter" w:hAnsi="Inter" w:eastAsia="Noto Sans CJK JP" w:cs="Noto Sans CJK JP"/>
        </w:rPr>
        <w:t>e</w:t>
      </w:r>
      <w:r>
        <w:rPr>
          <w:b/>
          <w:color w:val="404040"/>
          <w:sz w:val="24"/>
          <w:rFonts w:ascii="Inter" w:hAnsi="Inter" w:eastAsia="Noto Sans CJK JP" w:cs="Noto Sans CJK JP"/>
        </w:rPr>
        <w:t>a</w:t>
      </w:r>
      <w:r>
        <w:rPr>
          <w:b/>
          <w:color w:val="404040"/>
          <w:sz w:val="24"/>
          <w:rFonts w:ascii="Inter" w:hAnsi="Inter" w:eastAsia="Noto Sans CJK JP" w:cs="Noto Sans CJK JP"/>
        </w:rPr>
        <w:t>d</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e</w:t>
      </w:r>
      <w:r>
        <w:rPr>
          <w:b/>
          <w:color w:val="404040"/>
          <w:sz w:val="24"/>
          <w:rFonts w:ascii="Inter" w:hAnsi="Inter" w:eastAsia="Noto Sans CJK JP" w:cs="Noto Sans CJK JP"/>
        </w:rPr>
        <w:t>s</w:t>
      </w:r>
      <w:r>
        <w:rPr>
          <w:b/>
          <w:color w:val="404040"/>
          <w:sz w:val="24"/>
          <w:rFonts w:ascii="Inter" w:hAnsi="Inter" w:eastAsia="Noto Sans CJK JP" w:cs="Noto Sans CJK JP"/>
        </w:rPr>
        <w:t>s</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o</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w</w:t>
      </w:r>
      <w:r>
        <w:rPr>
          <w:b/>
          <w:color w:val="404040"/>
          <w:sz w:val="24"/>
          <w:rFonts w:ascii="Inter" w:hAnsi="Inter" w:eastAsia="Noto Sans CJK JP" w:cs="Noto Sans CJK JP"/>
        </w:rPr>
        <w:t>e</w:t>
      </w:r>
      <w:r>
        <w:rPr>
          <w:b/>
          <w:color w:val="404040"/>
          <w:sz w:val="24"/>
          <w:rFonts w:ascii="Inter" w:hAnsi="Inter" w:eastAsia="Noto Sans CJK JP" w:cs="Noto Sans CJK JP"/>
        </w:rPr>
        <w:t>l</w:t>
      </w:r>
      <w:r>
        <w:rPr>
          <w:b/>
          <w:color w:val="404040"/>
          <w:sz w:val="24"/>
          <w:rFonts w:ascii="Inter" w:hAnsi="Inter" w:eastAsia="Noto Sans CJK JP" w:cs="Noto Sans CJK JP"/>
        </w:rPr>
        <w:t>d</w:t>
      </w:r>
      <w:r>
        <w:rPr>
          <w:b/>
          <w:color w:val="404040"/>
          <w:sz w:val="24"/>
          <w:rFonts w:ascii="Inter" w:hAnsi="Inter" w:eastAsia="Noto Sans CJK JP" w:cs="Noto Sans CJK JP"/>
        </w:rPr>
        <w:t>.</w:t>
      </w:r>
      <w:r>
        <w:rPr>
          <w:color w:val="404040"/>
          <w:sz w:val="24"/>
          <w:rFonts w:ascii="Inter" w:hAnsi="Inter" w:eastAsia="Noto Sans CJK JP" w:cs="Noto Sans CJK JP"/>
        </w:rPr>
        <w:br/>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g</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K</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j</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g</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o</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w:t>
      </w:r>
    </w:p>
    <w:p>
      <w:pPr/>
      <w:r>
        <w:rPr>
          <w:b/>
          <w:color w:val="404040"/>
          <w:sz w:val="24"/>
          <w:rFonts w:ascii="Inter" w:hAnsi="Inter" w:eastAsia="Noto Sans CJK JP" w:cs="Noto Sans CJK JP"/>
        </w:rPr>
        <w:t>1</w:t>
      </w:r>
      <w:r>
        <w:rPr>
          <w:b/>
          <w:color w:val="404040"/>
          <w:sz w:val="24"/>
          <w:rFonts w:ascii="Inter" w:hAnsi="Inter" w:eastAsia="Noto Sans CJK JP" w:cs="Noto Sans CJK JP"/>
        </w:rPr>
        <w:t>5</w:t>
      </w:r>
      <w:r>
        <w:rPr>
          <w:b/>
          <w:color w:val="404040"/>
          <w:sz w:val="24"/>
          <w:rFonts w:ascii="Inter" w:hAnsi="Inter" w:eastAsia="Noto Sans CJK JP" w:cs="Noto Sans CJK JP"/>
        </w:rPr>
        <w: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S</w:t>
      </w:r>
      <w:r>
        <w:rPr>
          <w:b/>
          <w:color w:val="404040"/>
          <w:sz w:val="24"/>
          <w:rFonts w:ascii="Inter" w:hAnsi="Inter" w:eastAsia="Noto Sans CJK JP" w:cs="Noto Sans CJK JP"/>
        </w:rPr>
        <w:t>w</w:t>
      </w:r>
      <w:r>
        <w:rPr>
          <w:b/>
          <w:color w:val="404040"/>
          <w:sz w:val="24"/>
          <w:rFonts w:ascii="Inter" w:hAnsi="Inter" w:eastAsia="Noto Sans CJK JP" w:cs="Noto Sans CJK JP"/>
        </w:rPr>
        <w:t>i</w:t>
      </w:r>
      <w:r>
        <w:rPr>
          <w:b/>
          <w:color w:val="404040"/>
          <w:sz w:val="24"/>
          <w:rFonts w:ascii="Inter" w:hAnsi="Inter" w:eastAsia="Noto Sans CJK JP" w:cs="Noto Sans CJK JP"/>
        </w:rPr>
        <w:t>t</w:t>
      </w:r>
      <w:r>
        <w:rPr>
          <w:b/>
          <w:color w:val="404040"/>
          <w:sz w:val="24"/>
          <w:rFonts w:ascii="Inter" w:hAnsi="Inter" w:eastAsia="Noto Sans CJK JP" w:cs="Noto Sans CJK JP"/>
        </w:rPr>
        <w:t>c</w:t>
      </w:r>
      <w:r>
        <w:rPr>
          <w:b/>
          <w:color w:val="404040"/>
          <w:sz w:val="24"/>
          <w:rFonts w:ascii="Inter" w:hAnsi="Inter" w:eastAsia="Noto Sans CJK JP" w:cs="Noto Sans CJK JP"/>
        </w:rPr>
        <w:t>h</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o</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a</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n</w:t>
      </w:r>
      <w:r>
        <w:rPr>
          <w:b/>
          <w:color w:val="404040"/>
          <w:sz w:val="24"/>
          <w:rFonts w:ascii="Inter" w:hAnsi="Inter" w:eastAsia="Noto Sans CJK JP" w:cs="Noto Sans CJK JP"/>
        </w:rPr>
        <w:t>e</w:t>
      </w:r>
      <w:r>
        <w:rPr>
          <w:b/>
          <w:color w:val="404040"/>
          <w:sz w:val="24"/>
          <w:rFonts w:ascii="Inter" w:hAnsi="Inter" w:eastAsia="Noto Sans CJK JP" w:cs="Noto Sans CJK JP"/>
        </w:rPr>
        <w:t>u</w:t>
      </w:r>
      <w:r>
        <w:rPr>
          <w:b/>
          <w:color w:val="404040"/>
          <w:sz w:val="24"/>
          <w:rFonts w:ascii="Inter" w:hAnsi="Inter" w:eastAsia="Noto Sans CJK JP" w:cs="Noto Sans CJK JP"/>
        </w:rPr>
        <w:t>t</w:t>
      </w:r>
      <w:r>
        <w:rPr>
          <w:b/>
          <w:color w:val="404040"/>
          <w:sz w:val="24"/>
          <w:rFonts w:ascii="Inter" w:hAnsi="Inter" w:eastAsia="Noto Sans CJK JP" w:cs="Noto Sans CJK JP"/>
        </w:rPr>
        <w:t>r</w:t>
      </w:r>
      <w:r>
        <w:rPr>
          <w:b/>
          <w:color w:val="404040"/>
          <w:sz w:val="24"/>
          <w:rFonts w:ascii="Inter" w:hAnsi="Inter" w:eastAsia="Noto Sans CJK JP" w:cs="Noto Sans CJK JP"/>
        </w:rPr>
        <w:t>a</w:t>
      </w:r>
      <w:r>
        <w:rPr>
          <w:b/>
          <w:color w:val="404040"/>
          <w:sz w:val="24"/>
          <w:rFonts w:ascii="Inter" w:hAnsi="Inter" w:eastAsia="Noto Sans CJK JP" w:cs="Noto Sans CJK JP"/>
        </w:rPr>
        <w:t>l</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f</w:t>
      </w:r>
      <w:r>
        <w:rPr>
          <w:b/>
          <w:color w:val="404040"/>
          <w:sz w:val="24"/>
          <w:rFonts w:ascii="Inter" w:hAnsi="Inter" w:eastAsia="Noto Sans CJK JP" w:cs="Noto Sans CJK JP"/>
        </w:rPr>
        <w:t>l</w:t>
      </w:r>
      <w:r>
        <w:rPr>
          <w:b/>
          <w:color w:val="404040"/>
          <w:sz w:val="24"/>
          <w:rFonts w:ascii="Inter" w:hAnsi="Inter" w:eastAsia="Noto Sans CJK JP" w:cs="Noto Sans CJK JP"/>
        </w:rPr>
        <w:t>a</w:t>
      </w:r>
      <w:r>
        <w:rPr>
          <w:b/>
          <w:color w:val="404040"/>
          <w:sz w:val="24"/>
          <w:rFonts w:ascii="Inter" w:hAnsi="Inter" w:eastAsia="Noto Sans CJK JP" w:cs="Noto Sans CJK JP"/>
        </w:rPr>
        <w:t>m</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f</w:t>
      </w:r>
      <w:r>
        <w:rPr>
          <w:b/>
          <w:color w:val="404040"/>
          <w:sz w:val="24"/>
          <w:rFonts w:ascii="Inter" w:hAnsi="Inter" w:eastAsia="Noto Sans CJK JP" w:cs="Noto Sans CJK JP"/>
        </w:rPr>
        <w:t>o</w:t>
      </w:r>
      <w:r>
        <w:rPr>
          <w:b/>
          <w:color w:val="404040"/>
          <w:sz w:val="24"/>
          <w:rFonts w:ascii="Inter" w:hAnsi="Inter" w:eastAsia="Noto Sans CJK JP" w:cs="Noto Sans CJK JP"/>
        </w:rPr>
        <w:t>r</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f</w:t>
      </w:r>
      <w:r>
        <w:rPr>
          <w:b/>
          <w:color w:val="404040"/>
          <w:sz w:val="24"/>
          <w:rFonts w:ascii="Inter" w:hAnsi="Inter" w:eastAsia="Noto Sans CJK JP" w:cs="Noto Sans CJK JP"/>
        </w:rPr>
        <w:t>u</w:t>
      </w:r>
      <w:r>
        <w:rPr>
          <w:b/>
          <w:color w:val="404040"/>
          <w:sz w:val="24"/>
          <w:rFonts w:ascii="Inter" w:hAnsi="Inter" w:eastAsia="Noto Sans CJK JP" w:cs="Noto Sans CJK JP"/>
        </w:rPr>
        <w:t>r</w:t>
      </w:r>
      <w:r>
        <w:rPr>
          <w:b/>
          <w:color w:val="404040"/>
          <w:sz w:val="24"/>
          <w:rFonts w:ascii="Inter" w:hAnsi="Inter" w:eastAsia="Noto Sans CJK JP" w:cs="Noto Sans CJK JP"/>
        </w:rPr>
        <w:t>t</w:t>
      </w:r>
      <w:r>
        <w:rPr>
          <w:b/>
          <w:color w:val="404040"/>
          <w:sz w:val="24"/>
          <w:rFonts w:ascii="Inter" w:hAnsi="Inter" w:eastAsia="Noto Sans CJK JP" w:cs="Noto Sans CJK JP"/>
        </w:rPr>
        <w:t>h</w:t>
      </w:r>
      <w:r>
        <w:rPr>
          <w:b/>
          <w:color w:val="404040"/>
          <w:sz w:val="24"/>
          <w:rFonts w:ascii="Inter" w:hAnsi="Inter" w:eastAsia="Noto Sans CJK JP" w:cs="Noto Sans CJK JP"/>
        </w:rPr>
        <w:t>e</w:t>
      </w:r>
      <w:r>
        <w:rPr>
          <w:b/>
          <w:color w:val="404040"/>
          <w:sz w:val="24"/>
          <w:rFonts w:ascii="Inter" w:hAnsi="Inter" w:eastAsia="Noto Sans CJK JP" w:cs="Noto Sans CJK JP"/>
        </w:rPr>
        <w:t>r</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p</w:t>
      </w:r>
      <w:r>
        <w:rPr>
          <w:b/>
          <w:color w:val="404040"/>
          <w:sz w:val="24"/>
          <w:rFonts w:ascii="Inter" w:hAnsi="Inter" w:eastAsia="Noto Sans CJK JP" w:cs="Noto Sans CJK JP"/>
        </w:rPr>
        <w:t>r</w:t>
      </w:r>
      <w:r>
        <w:rPr>
          <w:b/>
          <w:color w:val="404040"/>
          <w:sz w:val="24"/>
          <w:rFonts w:ascii="Inter" w:hAnsi="Inter" w:eastAsia="Noto Sans CJK JP" w:cs="Noto Sans CJK JP"/>
        </w:rPr>
        <w:t>e</w:t>
      </w:r>
      <w:r>
        <w:rPr>
          <w:b/>
          <w:color w:val="404040"/>
          <w:sz w:val="24"/>
          <w:rFonts w:ascii="Inter" w:hAnsi="Inter" w:eastAsia="Noto Sans CJK JP" w:cs="Noto Sans CJK JP"/>
        </w:rPr>
        <w:t>h</w:t>
      </w:r>
      <w:r>
        <w:rPr>
          <w:b/>
          <w:color w:val="404040"/>
          <w:sz w:val="24"/>
          <w:rFonts w:ascii="Inter" w:hAnsi="Inter" w:eastAsia="Noto Sans CJK JP" w:cs="Noto Sans CJK JP"/>
        </w:rPr>
        <w:t>e</w:t>
      </w:r>
      <w:r>
        <w:rPr>
          <w:b/>
          <w:color w:val="404040"/>
          <w:sz w:val="24"/>
          <w:rFonts w:ascii="Inter" w:hAnsi="Inter" w:eastAsia="Noto Sans CJK JP" w:cs="Noto Sans CJK JP"/>
        </w:rPr>
        <w:t>a</w:t>
      </w:r>
      <w:r>
        <w:rPr>
          <w:b/>
          <w:color w:val="404040"/>
          <w:sz w:val="24"/>
          <w:rFonts w:ascii="Inter" w:hAnsi="Inter" w:eastAsia="Noto Sans CJK JP" w:cs="Noto Sans CJK JP"/>
        </w:rPr>
        <w:t>t</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g</w:t>
      </w:r>
      <w:r>
        <w:rPr>
          <w:b/>
          <w:color w:val="404040"/>
          <w:sz w:val="24"/>
          <w:rFonts w:ascii="Inter" w:hAnsi="Inter" w:eastAsia="Noto Sans CJK JP" w:cs="Noto Sans CJK JP"/>
        </w:rPr>
        <w:t>.</w:t>
      </w:r>
      <w:r>
        <w:rPr>
          <w:color w:val="404040"/>
          <w:sz w:val="24"/>
          <w:rFonts w:ascii="Inter" w:hAnsi="Inter" w:eastAsia="Noto Sans CJK JP" w:cs="Noto Sans CJK JP"/>
        </w:rPr>
        <w:br/>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j</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x</w:t>
      </w:r>
      <w:r>
        <w:rPr>
          <w:color w:val="404040"/>
          <w:sz w:val="24"/>
          <w:rFonts w:ascii="Inter" w:hAnsi="Inter" w:eastAsia="Noto Sans CJK JP" w:cs="Noto Sans CJK JP"/>
        </w:rPr>
        <w:t>y</w:t>
      </w:r>
      <w:r>
        <w:rPr>
          <w:color w:val="404040"/>
          <w:sz w:val="24"/>
          <w:rFonts w:ascii="Inter" w:hAnsi="Inter" w:eastAsia="Noto Sans CJK JP" w:cs="Noto Sans CJK JP"/>
        </w:rPr>
        <w:t>-</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y</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b</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z</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k</w:t>
      </w:r>
      <w:r>
        <w:rPr>
          <w:color w:val="404040"/>
          <w:sz w:val="24"/>
          <w:rFonts w:ascii="Inter" w:hAnsi="Inter" w:eastAsia="Noto Sans CJK JP" w:cs="Noto Sans CJK JP"/>
        </w:rPr>
        <w:t>p</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j</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g</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w:t>
      </w:r>
    </w:p>
    <w:p>
      <w:pPr/>
      <w:r>
        <w:rPr>
          <w:b/>
          <w:color w:val="404040"/>
          <w:sz w:val="24"/>
          <w:rFonts w:ascii="Inter" w:hAnsi="Inter" w:eastAsia="Noto Sans CJK JP" w:cs="Noto Sans CJK JP"/>
        </w:rPr>
        <w:t>1</w:t>
      </w:r>
      <w:r>
        <w:rPr>
          <w:b/>
          <w:color w:val="404040"/>
          <w:sz w:val="24"/>
          <w:rFonts w:ascii="Inter" w:hAnsi="Inter" w:eastAsia="Noto Sans CJK JP" w:cs="Noto Sans CJK JP"/>
        </w:rPr>
        <w:t>6</w:t>
      </w:r>
      <w:r>
        <w:rPr>
          <w:b/>
          <w:color w:val="404040"/>
          <w:sz w:val="24"/>
          <w:rFonts w:ascii="Inter" w:hAnsi="Inter" w:eastAsia="Noto Sans CJK JP" w:cs="Noto Sans CJK JP"/>
        </w:rPr>
        <w: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B</w:t>
      </w:r>
      <w:r>
        <w:rPr>
          <w:b/>
          <w:color w:val="404040"/>
          <w:sz w:val="24"/>
          <w:rFonts w:ascii="Inter" w:hAnsi="Inter" w:eastAsia="Noto Sans CJK JP" w:cs="Noto Sans CJK JP"/>
        </w:rPr>
        <w:t>e</w:t>
      </w:r>
      <w:r>
        <w:rPr>
          <w:b/>
          <w:color w:val="404040"/>
          <w:sz w:val="24"/>
          <w:rFonts w:ascii="Inter" w:hAnsi="Inter" w:eastAsia="Noto Sans CJK JP" w:cs="Noto Sans CJK JP"/>
        </w:rPr>
        <w:t>g</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p</w:t>
      </w:r>
      <w:r>
        <w:rPr>
          <w:b/>
          <w:color w:val="404040"/>
          <w:sz w:val="24"/>
          <w:rFonts w:ascii="Inter" w:hAnsi="Inter" w:eastAsia="Noto Sans CJK JP" w:cs="Noto Sans CJK JP"/>
        </w:rPr>
        <w:t>r</w:t>
      </w:r>
      <w:r>
        <w:rPr>
          <w:b/>
          <w:color w:val="404040"/>
          <w:sz w:val="24"/>
          <w:rFonts w:ascii="Inter" w:hAnsi="Inter" w:eastAsia="Noto Sans CJK JP" w:cs="Noto Sans CJK JP"/>
        </w:rPr>
        <w:t>e</w:t>
      </w:r>
      <w:r>
        <w:rPr>
          <w:b/>
          <w:color w:val="404040"/>
          <w:sz w:val="24"/>
          <w:rFonts w:ascii="Inter" w:hAnsi="Inter" w:eastAsia="Noto Sans CJK JP" w:cs="Noto Sans CJK JP"/>
        </w:rPr>
        <w:t>h</w:t>
      </w:r>
      <w:r>
        <w:rPr>
          <w:b/>
          <w:color w:val="404040"/>
          <w:sz w:val="24"/>
          <w:rFonts w:ascii="Inter" w:hAnsi="Inter" w:eastAsia="Noto Sans CJK JP" w:cs="Noto Sans CJK JP"/>
        </w:rPr>
        <w:t>e</w:t>
      </w:r>
      <w:r>
        <w:rPr>
          <w:b/>
          <w:color w:val="404040"/>
          <w:sz w:val="24"/>
          <w:rFonts w:ascii="Inter" w:hAnsi="Inter" w:eastAsia="Noto Sans CJK JP" w:cs="Noto Sans CJK JP"/>
        </w:rPr>
        <w:t>a</w:t>
      </w:r>
      <w:r>
        <w:rPr>
          <w:b/>
          <w:color w:val="404040"/>
          <w:sz w:val="24"/>
          <w:rFonts w:ascii="Inter" w:hAnsi="Inter" w:eastAsia="Noto Sans CJK JP" w:cs="Noto Sans CJK JP"/>
        </w:rPr>
        <w:t>t</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g</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w</w:t>
      </w:r>
      <w:r>
        <w:rPr>
          <w:b/>
          <w:color w:val="404040"/>
          <w:sz w:val="24"/>
          <w:rFonts w:ascii="Inter" w:hAnsi="Inter" w:eastAsia="Noto Sans CJK JP" w:cs="Noto Sans CJK JP"/>
        </w:rPr>
        <w:t>i</w:t>
      </w:r>
      <w:r>
        <w:rPr>
          <w:b/>
          <w:color w:val="404040"/>
          <w:sz w:val="24"/>
          <w:rFonts w:ascii="Inter" w:hAnsi="Inter" w:eastAsia="Noto Sans CJK JP" w:cs="Noto Sans CJK JP"/>
        </w:rPr>
        <w:t>t</w:t>
      </w:r>
      <w:r>
        <w:rPr>
          <w:b/>
          <w:color w:val="404040"/>
          <w:sz w:val="24"/>
          <w:rFonts w:ascii="Inter" w:hAnsi="Inter" w:eastAsia="Noto Sans CJK JP" w:cs="Noto Sans CJK JP"/>
        </w:rPr>
        <w:t>h</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h</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n</w:t>
      </w:r>
      <w:r>
        <w:rPr>
          <w:b/>
          <w:color w:val="404040"/>
          <w:sz w:val="24"/>
          <w:rFonts w:ascii="Inter" w:hAnsi="Inter" w:eastAsia="Noto Sans CJK JP" w:cs="Noto Sans CJK JP"/>
        </w:rPr>
        <w:t>e</w:t>
      </w:r>
      <w:r>
        <w:rPr>
          <w:b/>
          <w:color w:val="404040"/>
          <w:sz w:val="24"/>
          <w:rFonts w:ascii="Inter" w:hAnsi="Inter" w:eastAsia="Noto Sans CJK JP" w:cs="Noto Sans CJK JP"/>
        </w:rPr>
        <w:t>u</w:t>
      </w:r>
      <w:r>
        <w:rPr>
          <w:b/>
          <w:color w:val="404040"/>
          <w:sz w:val="24"/>
          <w:rFonts w:ascii="Inter" w:hAnsi="Inter" w:eastAsia="Noto Sans CJK JP" w:cs="Noto Sans CJK JP"/>
        </w:rPr>
        <w:t>t</w:t>
      </w:r>
      <w:r>
        <w:rPr>
          <w:b/>
          <w:color w:val="404040"/>
          <w:sz w:val="24"/>
          <w:rFonts w:ascii="Inter" w:hAnsi="Inter" w:eastAsia="Noto Sans CJK JP" w:cs="Noto Sans CJK JP"/>
        </w:rPr>
        <w:t>r</w:t>
      </w:r>
      <w:r>
        <w:rPr>
          <w:b/>
          <w:color w:val="404040"/>
          <w:sz w:val="24"/>
          <w:rFonts w:ascii="Inter" w:hAnsi="Inter" w:eastAsia="Noto Sans CJK JP" w:cs="Noto Sans CJK JP"/>
        </w:rPr>
        <w:t>a</w:t>
      </w:r>
      <w:r>
        <w:rPr>
          <w:b/>
          <w:color w:val="404040"/>
          <w:sz w:val="24"/>
          <w:rFonts w:ascii="Inter" w:hAnsi="Inter" w:eastAsia="Noto Sans CJK JP" w:cs="Noto Sans CJK JP"/>
        </w:rPr>
        <w:t>l</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f</w:t>
      </w:r>
      <w:r>
        <w:rPr>
          <w:b/>
          <w:color w:val="404040"/>
          <w:sz w:val="24"/>
          <w:rFonts w:ascii="Inter" w:hAnsi="Inter" w:eastAsia="Noto Sans CJK JP" w:cs="Noto Sans CJK JP"/>
        </w:rPr>
        <w:t>l</w:t>
      </w:r>
      <w:r>
        <w:rPr>
          <w:b/>
          <w:color w:val="404040"/>
          <w:sz w:val="24"/>
          <w:rFonts w:ascii="Inter" w:hAnsi="Inter" w:eastAsia="Noto Sans CJK JP" w:cs="Noto Sans CJK JP"/>
        </w:rPr>
        <w:t>a</w:t>
      </w:r>
      <w:r>
        <w:rPr>
          <w:b/>
          <w:color w:val="404040"/>
          <w:sz w:val="24"/>
          <w:rFonts w:ascii="Inter" w:hAnsi="Inter" w:eastAsia="Noto Sans CJK JP" w:cs="Noto Sans CJK JP"/>
        </w:rPr>
        <w:t>m</w:t>
      </w:r>
      <w:r>
        <w:rPr>
          <w:b/>
          <w:color w:val="404040"/>
          <w:sz w:val="24"/>
          <w:rFonts w:ascii="Inter" w:hAnsi="Inter" w:eastAsia="Noto Sans CJK JP" w:cs="Noto Sans CJK JP"/>
        </w:rPr>
        <w:t>e</w:t>
      </w:r>
      <w:r>
        <w:rPr>
          <w:b/>
          <w:color w:val="404040"/>
          <w:sz w:val="24"/>
          <w:rFonts w:ascii="Inter" w:hAnsi="Inter" w:eastAsia="Noto Sans CJK JP" w:cs="Noto Sans CJK JP"/>
        </w:rPr>
        <w:t>.</w:t>
      </w:r>
      <w:r>
        <w:rPr>
          <w:color w:val="404040"/>
          <w:sz w:val="24"/>
          <w:rFonts w:ascii="Inter" w:hAnsi="Inter" w:eastAsia="Noto Sans CJK JP" w:cs="Noto Sans CJK JP"/>
        </w:rPr>
        <w:br/>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k</w:t>
      </w:r>
      <w:r>
        <w:rPr>
          <w:color w:val="404040"/>
          <w:sz w:val="24"/>
          <w:rFonts w:ascii="Inter" w:hAnsi="Inter" w:eastAsia="Noto Sans CJK JP" w:cs="Noto Sans CJK JP"/>
        </w:rPr>
        <w:t>p</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u</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v</w:t>
      </w:r>
      <w:r>
        <w:rPr>
          <w:color w:val="404040"/>
          <w:sz w:val="24"/>
          <w:rFonts w:ascii="Inter" w:hAnsi="Inter" w:eastAsia="Noto Sans CJK JP" w:cs="Noto Sans CJK JP"/>
        </w:rPr>
        <w:t>o</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w:t>
      </w:r>
    </w:p>
    <w:p>
      <w:pPr/>
      <w:r>
        <w:rPr>
          <w:b/>
          <w:color w:val="404040"/>
          <w:sz w:val="24"/>
          <w:rFonts w:ascii="Inter" w:hAnsi="Inter" w:eastAsia="Noto Sans CJK JP" w:cs="Noto Sans CJK JP"/>
        </w:rPr>
        <w:t>1</w:t>
      </w:r>
      <w:r>
        <w:rPr>
          <w:b/>
          <w:color w:val="404040"/>
          <w:sz w:val="24"/>
          <w:rFonts w:ascii="Inter" w:hAnsi="Inter" w:eastAsia="Noto Sans CJK JP" w:cs="Noto Sans CJK JP"/>
        </w:rPr>
        <w:t>7</w:t>
      </w:r>
      <w:r>
        <w:rPr>
          <w:b/>
          <w:color w:val="404040"/>
          <w:sz w:val="24"/>
          <w:rFonts w:ascii="Inter" w:hAnsi="Inter" w:eastAsia="Noto Sans CJK JP" w:cs="Noto Sans CJK JP"/>
        </w:rPr>
        <w: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M</w:t>
      </w:r>
      <w:r>
        <w:rPr>
          <w:b/>
          <w:color w:val="404040"/>
          <w:sz w:val="24"/>
          <w:rFonts w:ascii="Inter" w:hAnsi="Inter" w:eastAsia="Noto Sans CJK JP" w:cs="Noto Sans CJK JP"/>
        </w:rPr>
        <w:t>o</w:t>
      </w:r>
      <w:r>
        <w:rPr>
          <w:b/>
          <w:color w:val="404040"/>
          <w:sz w:val="24"/>
          <w:rFonts w:ascii="Inter" w:hAnsi="Inter" w:eastAsia="Noto Sans CJK JP" w:cs="Noto Sans CJK JP"/>
        </w:rPr>
        <w:t>n</w:t>
      </w:r>
      <w:r>
        <w:rPr>
          <w:b/>
          <w:color w:val="404040"/>
          <w:sz w:val="24"/>
          <w:rFonts w:ascii="Inter" w:hAnsi="Inter" w:eastAsia="Noto Sans CJK JP" w:cs="Noto Sans CJK JP"/>
        </w:rPr>
        <w:t>i</w:t>
      </w:r>
      <w:r>
        <w:rPr>
          <w:b/>
          <w:color w:val="404040"/>
          <w:sz w:val="24"/>
          <w:rFonts w:ascii="Inter" w:hAnsi="Inter" w:eastAsia="Noto Sans CJK JP" w:cs="Noto Sans CJK JP"/>
        </w:rPr>
        <w:t>t</w:t>
      </w:r>
      <w:r>
        <w:rPr>
          <w:b/>
          <w:color w:val="404040"/>
          <w:sz w:val="24"/>
          <w:rFonts w:ascii="Inter" w:hAnsi="Inter" w:eastAsia="Noto Sans CJK JP" w:cs="Noto Sans CJK JP"/>
        </w:rPr>
        <w:t>o</w:t>
      </w:r>
      <w:r>
        <w:rPr>
          <w:b/>
          <w:color w:val="404040"/>
          <w:sz w:val="24"/>
          <w:rFonts w:ascii="Inter" w:hAnsi="Inter" w:eastAsia="Noto Sans CJK JP" w:cs="Noto Sans CJK JP"/>
        </w:rPr>
        <w:t>r</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m</w:t>
      </w:r>
      <w:r>
        <w:rPr>
          <w:b/>
          <w:color w:val="404040"/>
          <w:sz w:val="24"/>
          <w:rFonts w:ascii="Inter" w:hAnsi="Inter" w:eastAsia="Noto Sans CJK JP" w:cs="Noto Sans CJK JP"/>
        </w:rPr>
        <w:t>p</w:t>
      </w:r>
      <w:r>
        <w:rPr>
          <w:b/>
          <w:color w:val="404040"/>
          <w:sz w:val="24"/>
          <w:rFonts w:ascii="Inter" w:hAnsi="Inter" w:eastAsia="Noto Sans CJK JP" w:cs="Noto Sans CJK JP"/>
        </w:rPr>
        <w:t>e</w:t>
      </w:r>
      <w:r>
        <w:rPr>
          <w:b/>
          <w:color w:val="404040"/>
          <w:sz w:val="24"/>
          <w:rFonts w:ascii="Inter" w:hAnsi="Inter" w:eastAsia="Noto Sans CJK JP" w:cs="Noto Sans CJK JP"/>
        </w:rPr>
        <w:t>r</w:t>
      </w:r>
      <w:r>
        <w:rPr>
          <w:b/>
          <w:color w:val="404040"/>
          <w:sz w:val="24"/>
          <w:rFonts w:ascii="Inter" w:hAnsi="Inter" w:eastAsia="Noto Sans CJK JP" w:cs="Noto Sans CJK JP"/>
        </w:rPr>
        <w:t>a</w:t>
      </w:r>
      <w:r>
        <w:rPr>
          <w:b/>
          <w:color w:val="404040"/>
          <w:sz w:val="24"/>
          <w:rFonts w:ascii="Inter" w:hAnsi="Inter" w:eastAsia="Noto Sans CJK JP" w:cs="Noto Sans CJK JP"/>
        </w:rPr>
        <w:t>t</w:t>
      </w:r>
      <w:r>
        <w:rPr>
          <w:b/>
          <w:color w:val="404040"/>
          <w:sz w:val="24"/>
          <w:rFonts w:ascii="Inter" w:hAnsi="Inter" w:eastAsia="Noto Sans CJK JP" w:cs="Noto Sans CJK JP"/>
        </w:rPr>
        <w:t>u</w:t>
      </w:r>
      <w:r>
        <w:rPr>
          <w:b/>
          <w:color w:val="404040"/>
          <w:sz w:val="24"/>
          <w:rFonts w:ascii="Inter" w:hAnsi="Inter" w:eastAsia="Noto Sans CJK JP" w:cs="Noto Sans CJK JP"/>
        </w:rPr>
        <w:t>r</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w</w:t>
      </w:r>
      <w:r>
        <w:rPr>
          <w:b/>
          <w:color w:val="404040"/>
          <w:sz w:val="24"/>
          <w:rFonts w:ascii="Inter" w:hAnsi="Inter" w:eastAsia="Noto Sans CJK JP" w:cs="Noto Sans CJK JP"/>
        </w:rPr>
        <w:t>i</w:t>
      </w:r>
      <w:r>
        <w:rPr>
          <w:b/>
          <w:color w:val="404040"/>
          <w:sz w:val="24"/>
          <w:rFonts w:ascii="Inter" w:hAnsi="Inter" w:eastAsia="Noto Sans CJK JP" w:cs="Noto Sans CJK JP"/>
        </w:rPr>
        <w:t>t</w:t>
      </w:r>
      <w:r>
        <w:rPr>
          <w:b/>
          <w:color w:val="404040"/>
          <w:sz w:val="24"/>
          <w:rFonts w:ascii="Inter" w:hAnsi="Inter" w:eastAsia="Noto Sans CJK JP" w:cs="Noto Sans CJK JP"/>
        </w:rPr>
        <w:t>h</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h</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m</w:t>
      </w:r>
      <w:r>
        <w:rPr>
          <w:b/>
          <w:color w:val="404040"/>
          <w:sz w:val="24"/>
          <w:rFonts w:ascii="Inter" w:hAnsi="Inter" w:eastAsia="Noto Sans CJK JP" w:cs="Noto Sans CJK JP"/>
        </w:rPr>
        <w:t>p</w:t>
      </w:r>
      <w:r>
        <w:rPr>
          <w:b/>
          <w:color w:val="404040"/>
          <w:sz w:val="24"/>
          <w:rFonts w:ascii="Inter" w:hAnsi="Inter" w:eastAsia="Noto Sans CJK JP" w:cs="Noto Sans CJK JP"/>
        </w:rPr>
        <w:t>i</w:t>
      </w:r>
      <w:r>
        <w:rPr>
          <w:b/>
          <w:color w:val="404040"/>
          <w:sz w:val="24"/>
          <w:rFonts w:ascii="Inter" w:hAnsi="Inter" w:eastAsia="Noto Sans CJK JP" w:cs="Noto Sans CJK JP"/>
        </w:rPr>
        <w:t>l</w:t>
      </w:r>
      <w:r>
        <w:rPr>
          <w:b/>
          <w:color w:val="404040"/>
          <w:sz w:val="24"/>
          <w:rFonts w:ascii="Inter" w:hAnsi="Inter" w:eastAsia="Noto Sans CJK JP" w:cs="Noto Sans CJK JP"/>
        </w:rPr>
        <w:t>s</w:t>
      </w:r>
      <w:r>
        <w:rPr>
          <w:b/>
          <w:color w:val="404040"/>
          <w:sz w:val="24"/>
          <w:rFonts w:ascii="Inter" w:hAnsi="Inter" w:eastAsia="Noto Sans CJK JP" w:cs="Noto Sans CJK JP"/>
        </w:rPr>
        <w:t>t</w:t>
      </w:r>
      <w:r>
        <w:rPr>
          <w:b/>
          <w:color w:val="404040"/>
          <w:sz w:val="24"/>
          <w:rFonts w:ascii="Inter" w:hAnsi="Inter" w:eastAsia="Noto Sans CJK JP" w:cs="Noto Sans CJK JP"/>
        </w:rPr>
        <w:t>i</w:t>
      </w:r>
      <w:r>
        <w:rPr>
          <w:b/>
          <w:color w:val="404040"/>
          <w:sz w:val="24"/>
          <w:rFonts w:ascii="Inter" w:hAnsi="Inter" w:eastAsia="Noto Sans CJK JP" w:cs="Noto Sans CJK JP"/>
        </w:rPr>
        <w:t>k</w:t>
      </w:r>
      <w:r>
        <w:rPr>
          <w:b/>
          <w:color w:val="404040"/>
          <w:sz w:val="24"/>
          <w:rFonts w:ascii="Inter" w:hAnsi="Inter" w:eastAsia="Noto Sans CJK JP" w:cs="Noto Sans CJK JP"/>
        </w:rPr>
        <w:t>.</w:t>
      </w:r>
      <w:r>
        <w:rPr>
          <w:color w:val="404040"/>
          <w:sz w:val="24"/>
          <w:rFonts w:ascii="Inter" w:hAnsi="Inter" w:eastAsia="Noto Sans CJK JP" w:cs="Noto Sans CJK JP"/>
        </w:rPr>
        <w:br/>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2</w:t>
      </w:r>
      <w:r>
        <w:rPr>
          <w:color w:val="404040"/>
          <w:sz w:val="24"/>
          <w:rFonts w:ascii="Inter" w:hAnsi="Inter" w:eastAsia="Noto Sans CJK JP" w:cs="Noto Sans CJK JP"/>
        </w:rPr>
        <w:t>5</w:t>
      </w:r>
      <w:r>
        <w:rPr>
          <w:color w:val="404040"/>
          <w:sz w:val="24"/>
          <w:rFonts w:ascii="Inter" w:hAnsi="Inter" w:eastAsia="Noto Sans CJK JP" w:cs="Noto Sans CJK JP"/>
        </w:rPr>
        <w:t>0</w:t>
      </w:r>
      <w:r>
        <w:rPr>
          <w:color w:val="404040"/>
          <w:sz w:val="24"/>
          <w:rFonts w:ascii="Inter" w:hAnsi="Inter" w:eastAsia="Noto Sans CJK JP" w:cs="Noto Sans CJK JP"/>
        </w:rPr>
        <w:t>°</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k</w:t>
      </w:r>
      <w:r>
        <w:rPr>
          <w:color w:val="404040"/>
          <w:sz w:val="24"/>
          <w:rFonts w:ascii="Inter" w:hAnsi="Inter" w:eastAsia="Noto Sans CJK JP" w:cs="Noto Sans CJK JP"/>
        </w:rPr>
        <w:t>p</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k</w:t>
      </w:r>
      <w:r>
        <w:rPr>
          <w:color w:val="404040"/>
          <w:sz w:val="24"/>
          <w:rFonts w:ascii="Inter" w:hAnsi="Inter" w:eastAsia="Noto Sans CJK JP" w:cs="Noto Sans CJK JP"/>
        </w:rPr>
        <w:t>p</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2</w:t>
      </w:r>
      <w:r>
        <w:rPr>
          <w:color w:val="404040"/>
          <w:sz w:val="24"/>
          <w:rFonts w:ascii="Inter" w:hAnsi="Inter" w:eastAsia="Noto Sans CJK JP" w:cs="Noto Sans CJK JP"/>
        </w:rPr>
        <w:t>5</w:t>
      </w:r>
      <w:r>
        <w:rPr>
          <w:color w:val="404040"/>
          <w:sz w:val="24"/>
          <w:rFonts w:ascii="Inter" w:hAnsi="Inter" w:eastAsia="Noto Sans CJK JP" w:cs="Noto Sans CJK JP"/>
        </w:rPr>
        <w:t>0</w:t>
      </w:r>
      <w:r>
        <w:rPr>
          <w:color w:val="404040"/>
          <w:sz w:val="24"/>
          <w:rFonts w:ascii="Inter" w:hAnsi="Inter" w:eastAsia="Noto Sans CJK JP" w:cs="Noto Sans CJK JP"/>
        </w:rPr>
        <w:t>°</w:t>
      </w:r>
      <w:r>
        <w:rPr>
          <w:color w:val="404040"/>
          <w:sz w:val="24"/>
          <w:rFonts w:ascii="Inter" w:hAnsi="Inter" w:eastAsia="Noto Sans CJK JP" w:cs="Noto Sans CJK JP"/>
        </w:rPr>
        <w:t>F</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k</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2</w:t>
      </w:r>
      <w:r>
        <w:rPr>
          <w:color w:val="404040"/>
          <w:sz w:val="24"/>
          <w:rFonts w:ascii="Inter" w:hAnsi="Inter" w:eastAsia="Noto Sans CJK JP" w:cs="Noto Sans CJK JP"/>
        </w:rPr>
        <w:t>5</w:t>
      </w:r>
      <w:r>
        <w:rPr>
          <w:color w:val="404040"/>
          <w:sz w:val="24"/>
          <w:rFonts w:ascii="Inter" w:hAnsi="Inter" w:eastAsia="Noto Sans CJK JP" w:cs="Noto Sans CJK JP"/>
        </w:rPr>
        <w:t>0</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w:t>
      </w:r>
    </w:p>
    <w:p>
      <w:pPr/>
      <w:r>
        <w:rPr>
          <w:b/>
          <w:color w:val="404040"/>
          <w:sz w:val="24"/>
          <w:rFonts w:ascii="Inter" w:hAnsi="Inter" w:eastAsia="Noto Sans CJK JP" w:cs="Noto Sans CJK JP"/>
        </w:rPr>
        <w:t>1</w:t>
      </w:r>
      <w:r>
        <w:rPr>
          <w:b/>
          <w:color w:val="404040"/>
          <w:sz w:val="24"/>
          <w:rFonts w:ascii="Inter" w:hAnsi="Inter" w:eastAsia="Noto Sans CJK JP" w:cs="Noto Sans CJK JP"/>
        </w:rPr>
        <w:t>8</w:t>
      </w:r>
      <w:r>
        <w:rPr>
          <w:b/>
          <w:color w:val="404040"/>
          <w:sz w:val="24"/>
          <w:rFonts w:ascii="Inter" w:hAnsi="Inter" w:eastAsia="Noto Sans CJK JP" w:cs="Noto Sans CJK JP"/>
        </w:rPr>
        <w: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A</w:t>
      </w:r>
      <w:r>
        <w:rPr>
          <w:b/>
          <w:color w:val="404040"/>
          <w:sz w:val="24"/>
          <w:rFonts w:ascii="Inter" w:hAnsi="Inter" w:eastAsia="Noto Sans CJK JP" w:cs="Noto Sans CJK JP"/>
        </w:rPr>
        <w:t>c</w:t>
      </w:r>
      <w:r>
        <w:rPr>
          <w:b/>
          <w:color w:val="404040"/>
          <w:sz w:val="24"/>
          <w:rFonts w:ascii="Inter" w:hAnsi="Inter" w:eastAsia="Noto Sans CJK JP" w:cs="Noto Sans CJK JP"/>
        </w:rPr>
        <w:t>c</w:t>
      </w:r>
      <w:r>
        <w:rPr>
          <w:b/>
          <w:color w:val="404040"/>
          <w:sz w:val="24"/>
          <w:rFonts w:ascii="Inter" w:hAnsi="Inter" w:eastAsia="Noto Sans CJK JP" w:cs="Noto Sans CJK JP"/>
        </w:rPr>
        <w:t>o</w:t>
      </w:r>
      <w:r>
        <w:rPr>
          <w:b/>
          <w:color w:val="404040"/>
          <w:sz w:val="24"/>
          <w:rFonts w:ascii="Inter" w:hAnsi="Inter" w:eastAsia="Noto Sans CJK JP" w:cs="Noto Sans CJK JP"/>
        </w:rPr>
        <w:t>u</w:t>
      </w:r>
      <w:r>
        <w:rPr>
          <w:b/>
          <w:color w:val="404040"/>
          <w:sz w:val="24"/>
          <w:rFonts w:ascii="Inter" w:hAnsi="Inter" w:eastAsia="Noto Sans CJK JP" w:cs="Noto Sans CJK JP"/>
        </w:rPr>
        <w:t>n</w:t>
      </w:r>
      <w:r>
        <w:rPr>
          <w:b/>
          <w:color w:val="404040"/>
          <w:sz w:val="24"/>
          <w:rFonts w:ascii="Inter" w:hAnsi="Inter" w:eastAsia="Noto Sans CJK JP" w:cs="Noto Sans CJK JP"/>
        </w:rPr>
        <w:t>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f</w:t>
      </w:r>
      <w:r>
        <w:rPr>
          <w:b/>
          <w:color w:val="404040"/>
          <w:sz w:val="24"/>
          <w:rFonts w:ascii="Inter" w:hAnsi="Inter" w:eastAsia="Noto Sans CJK JP" w:cs="Noto Sans CJK JP"/>
        </w:rPr>
        <w:t>o</w:t>
      </w:r>
      <w:r>
        <w:rPr>
          <w:b/>
          <w:color w:val="404040"/>
          <w:sz w:val="24"/>
          <w:rFonts w:ascii="Inter" w:hAnsi="Inter" w:eastAsia="Noto Sans CJK JP" w:cs="Noto Sans CJK JP"/>
        </w:rPr>
        <w:t>r</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a</w:t>
      </w:r>
      <w:r>
        <w:rPr>
          <w:b/>
          <w:color w:val="404040"/>
          <w:sz w:val="24"/>
          <w:rFonts w:ascii="Inter" w:hAnsi="Inter" w:eastAsia="Noto Sans CJK JP" w:cs="Noto Sans CJK JP"/>
        </w:rPr>
        <w:t>l</w:t>
      </w:r>
      <w:r>
        <w:rPr>
          <w:b/>
          <w:color w:val="404040"/>
          <w:sz w:val="24"/>
          <w:rFonts w:ascii="Inter" w:hAnsi="Inter" w:eastAsia="Noto Sans CJK JP" w:cs="Noto Sans CJK JP"/>
        </w:rPr>
        <w:t>u</w:t>
      </w:r>
      <w:r>
        <w:rPr>
          <w:b/>
          <w:color w:val="404040"/>
          <w:sz w:val="24"/>
          <w:rFonts w:ascii="Inter" w:hAnsi="Inter" w:eastAsia="Noto Sans CJK JP" w:cs="Noto Sans CJK JP"/>
        </w:rPr>
        <w:t>m</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u</w:t>
      </w:r>
      <w:r>
        <w:rPr>
          <w:b/>
          <w:color w:val="404040"/>
          <w:sz w:val="24"/>
          <w:rFonts w:ascii="Inter" w:hAnsi="Inter" w:eastAsia="Noto Sans CJK JP" w:cs="Noto Sans CJK JP"/>
        </w:rPr>
        <w:t>m</w:t>
      </w:r>
      <w:r>
        <w:rPr>
          <w:b/>
          <w:color w:val="404040"/>
          <w:sz w:val="24"/>
          <w:rFonts w:ascii="Inter" w:hAnsi="Inter" w:eastAsia="Noto Sans CJK JP" w:cs="Noto Sans CJK JP"/>
        </w:rPr>
        <w:t>'</w:t>
      </w:r>
      <w:r>
        <w:rPr>
          <w:b/>
          <w:color w:val="404040"/>
          <w:sz w:val="24"/>
          <w:rFonts w:ascii="Inter" w:hAnsi="Inter" w:eastAsia="Noto Sans CJK JP" w:cs="Noto Sans CJK JP"/>
        </w:rPr>
        <w:t>s</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r</w:t>
      </w:r>
      <w:r>
        <w:rPr>
          <w:b/>
          <w:color w:val="404040"/>
          <w:sz w:val="24"/>
          <w:rFonts w:ascii="Inter" w:hAnsi="Inter" w:eastAsia="Noto Sans CJK JP" w:cs="Noto Sans CJK JP"/>
        </w:rPr>
        <w:t>a</w:t>
      </w:r>
      <w:r>
        <w:rPr>
          <w:b/>
          <w:color w:val="404040"/>
          <w:sz w:val="24"/>
          <w:rFonts w:ascii="Inter" w:hAnsi="Inter" w:eastAsia="Noto Sans CJK JP" w:cs="Noto Sans CJK JP"/>
        </w:rPr>
        <w:t>p</w:t>
      </w:r>
      <w:r>
        <w:rPr>
          <w:b/>
          <w:color w:val="404040"/>
          <w:sz w:val="24"/>
          <w:rFonts w:ascii="Inter" w:hAnsi="Inter" w:eastAsia="Noto Sans CJK JP" w:cs="Noto Sans CJK JP"/>
        </w:rPr>
        <w:t>i</w:t>
      </w:r>
      <w:r>
        <w:rPr>
          <w:b/>
          <w:color w:val="404040"/>
          <w:sz w:val="24"/>
          <w:rFonts w:ascii="Inter" w:hAnsi="Inter" w:eastAsia="Noto Sans CJK JP" w:cs="Noto Sans CJK JP"/>
        </w:rPr>
        <w:t>d</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h</w:t>
      </w:r>
      <w:r>
        <w:rPr>
          <w:b/>
          <w:color w:val="404040"/>
          <w:sz w:val="24"/>
          <w:rFonts w:ascii="Inter" w:hAnsi="Inter" w:eastAsia="Noto Sans CJK JP" w:cs="Noto Sans CJK JP"/>
        </w:rPr>
        <w:t>e</w:t>
      </w:r>
      <w:r>
        <w:rPr>
          <w:b/>
          <w:color w:val="404040"/>
          <w:sz w:val="24"/>
          <w:rFonts w:ascii="Inter" w:hAnsi="Inter" w:eastAsia="Noto Sans CJK JP" w:cs="Noto Sans CJK JP"/>
        </w:rPr>
        <w:t>a</w:t>
      </w:r>
      <w:r>
        <w:rPr>
          <w:b/>
          <w:color w:val="404040"/>
          <w:sz w:val="24"/>
          <w:rFonts w:ascii="Inter" w:hAnsi="Inter" w:eastAsia="Noto Sans CJK JP" w:cs="Noto Sans CJK JP"/>
        </w:rPr>
        <w:t>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l</w:t>
      </w:r>
      <w:r>
        <w:rPr>
          <w:b/>
          <w:color w:val="404040"/>
          <w:sz w:val="24"/>
          <w:rFonts w:ascii="Inter" w:hAnsi="Inter" w:eastAsia="Noto Sans CJK JP" w:cs="Noto Sans CJK JP"/>
        </w:rPr>
        <w:t>o</w:t>
      </w:r>
      <w:r>
        <w:rPr>
          <w:b/>
          <w:color w:val="404040"/>
          <w:sz w:val="24"/>
          <w:rFonts w:ascii="Inter" w:hAnsi="Inter" w:eastAsia="Noto Sans CJK JP" w:cs="Noto Sans CJK JP"/>
        </w:rPr>
        <w:t>s</w:t>
      </w:r>
      <w:r>
        <w:rPr>
          <w:b/>
          <w:color w:val="404040"/>
          <w:sz w:val="24"/>
          <w:rFonts w:ascii="Inter" w:hAnsi="Inter" w:eastAsia="Noto Sans CJK JP" w:cs="Noto Sans CJK JP"/>
        </w:rPr>
        <w:t>s</w:t>
      </w:r>
      <w:r>
        <w:rPr>
          <w:b/>
          <w:color w:val="404040"/>
          <w:sz w:val="24"/>
          <w:rFonts w:ascii="Inter" w:hAnsi="Inter" w:eastAsia="Noto Sans CJK JP" w:cs="Noto Sans CJK JP"/>
        </w:rPr>
        <w:t>.</w:t>
      </w:r>
      <w:r>
        <w:rPr>
          <w:color w:val="404040"/>
          <w:sz w:val="24"/>
          <w:rFonts w:ascii="Inter" w:hAnsi="Inter" w:eastAsia="Noto Sans CJK JP" w:cs="Noto Sans CJK JP"/>
        </w:rPr>
        <w:br/>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k</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k</w:t>
      </w:r>
      <w:r>
        <w:rPr>
          <w:color w:val="404040"/>
          <w:sz w:val="24"/>
          <w:rFonts w:ascii="Inter" w:hAnsi="Inter" w:eastAsia="Noto Sans CJK JP" w:cs="Noto Sans CJK JP"/>
        </w:rPr>
        <w:t>p</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w:t>
      </w:r>
    </w:p>
    <w:p>
      <w:pPr/>
      <w:r>
        <w:rPr>
          <w:b/>
          <w:color w:val="404040"/>
          <w:sz w:val="24"/>
          <w:rFonts w:ascii="Inter" w:hAnsi="Inter" w:eastAsia="Noto Sans CJK JP" w:cs="Noto Sans CJK JP"/>
        </w:rPr>
        <w:t>1</w:t>
      </w:r>
      <w:r>
        <w:rPr>
          <w:b/>
          <w:color w:val="404040"/>
          <w:sz w:val="24"/>
          <w:rFonts w:ascii="Inter" w:hAnsi="Inter" w:eastAsia="Noto Sans CJK JP" w:cs="Noto Sans CJK JP"/>
        </w:rPr>
        <w:t>9</w:t>
      </w:r>
      <w:r>
        <w:rPr>
          <w:b/>
          <w:color w:val="404040"/>
          <w:sz w:val="24"/>
          <w:rFonts w:ascii="Inter" w:hAnsi="Inter" w:eastAsia="Noto Sans CJK JP" w:cs="Noto Sans CJK JP"/>
        </w:rPr>
        <w: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C</w:t>
      </w:r>
      <w:r>
        <w:rPr>
          <w:b/>
          <w:color w:val="404040"/>
          <w:sz w:val="24"/>
          <w:rFonts w:ascii="Inter" w:hAnsi="Inter" w:eastAsia="Noto Sans CJK JP" w:cs="Noto Sans CJK JP"/>
        </w:rPr>
        <w:t>l</w:t>
      </w:r>
      <w:r>
        <w:rPr>
          <w:b/>
          <w:color w:val="404040"/>
          <w:sz w:val="24"/>
          <w:rFonts w:ascii="Inter" w:hAnsi="Inter" w:eastAsia="Noto Sans CJK JP" w:cs="Noto Sans CJK JP"/>
        </w:rPr>
        <w:t>e</w:t>
      </w:r>
      <w:r>
        <w:rPr>
          <w:b/>
          <w:color w:val="404040"/>
          <w:sz w:val="24"/>
          <w:rFonts w:ascii="Inter" w:hAnsi="Inter" w:eastAsia="Noto Sans CJK JP" w:cs="Noto Sans CJK JP"/>
        </w:rPr>
        <w:t>a</w:t>
      </w:r>
      <w:r>
        <w:rPr>
          <w:b/>
          <w:color w:val="404040"/>
          <w:sz w:val="24"/>
          <w:rFonts w:ascii="Inter" w:hAnsi="Inter" w:eastAsia="Noto Sans CJK JP" w:cs="Noto Sans CJK JP"/>
        </w:rPr>
        <w:t>n</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h</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a</w:t>
      </w:r>
      <w:r>
        <w:rPr>
          <w:b/>
          <w:color w:val="404040"/>
          <w:sz w:val="24"/>
          <w:rFonts w:ascii="Inter" w:hAnsi="Inter" w:eastAsia="Noto Sans CJK JP" w:cs="Noto Sans CJK JP"/>
        </w:rPr>
        <w:t>l</w:t>
      </w:r>
      <w:r>
        <w:rPr>
          <w:b/>
          <w:color w:val="404040"/>
          <w:sz w:val="24"/>
          <w:rFonts w:ascii="Inter" w:hAnsi="Inter" w:eastAsia="Noto Sans CJK JP" w:cs="Noto Sans CJK JP"/>
        </w:rPr>
        <w:t>u</w:t>
      </w:r>
      <w:r>
        <w:rPr>
          <w:b/>
          <w:color w:val="404040"/>
          <w:sz w:val="24"/>
          <w:rFonts w:ascii="Inter" w:hAnsi="Inter" w:eastAsia="Noto Sans CJK JP" w:cs="Noto Sans CJK JP"/>
        </w:rPr>
        <w:t>m</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u</w:t>
      </w:r>
      <w:r>
        <w:rPr>
          <w:b/>
          <w:color w:val="404040"/>
          <w:sz w:val="24"/>
          <w:rFonts w:ascii="Inter" w:hAnsi="Inter" w:eastAsia="Noto Sans CJK JP" w:cs="Noto Sans CJK JP"/>
        </w:rPr>
        <w:t>m</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p</w:t>
      </w:r>
      <w:r>
        <w:rPr>
          <w:b/>
          <w:color w:val="404040"/>
          <w:sz w:val="24"/>
          <w:rFonts w:ascii="Inter" w:hAnsi="Inter" w:eastAsia="Noto Sans CJK JP" w:cs="Noto Sans CJK JP"/>
        </w:rPr>
        <w:t>r</w:t>
      </w:r>
      <w:r>
        <w:rPr>
          <w:b/>
          <w:color w:val="404040"/>
          <w:sz w:val="24"/>
          <w:rFonts w:ascii="Inter" w:hAnsi="Inter" w:eastAsia="Noto Sans CJK JP" w:cs="Noto Sans CJK JP"/>
        </w:rPr>
        <w:t>o</w:t>
      </w:r>
      <w:r>
        <w:rPr>
          <w:b/>
          <w:color w:val="404040"/>
          <w:sz w:val="24"/>
          <w:rFonts w:ascii="Inter" w:hAnsi="Inter" w:eastAsia="Noto Sans CJK JP" w:cs="Noto Sans CJK JP"/>
        </w:rPr>
        <w:t>p</w:t>
      </w:r>
      <w:r>
        <w:rPr>
          <w:b/>
          <w:color w:val="404040"/>
          <w:sz w:val="24"/>
          <w:rFonts w:ascii="Inter" w:hAnsi="Inter" w:eastAsia="Noto Sans CJK JP" w:cs="Noto Sans CJK JP"/>
        </w:rPr>
        <w:t>e</w:t>
      </w:r>
      <w:r>
        <w:rPr>
          <w:b/>
          <w:color w:val="404040"/>
          <w:sz w:val="24"/>
          <w:rFonts w:ascii="Inter" w:hAnsi="Inter" w:eastAsia="Noto Sans CJK JP" w:cs="Noto Sans CJK JP"/>
        </w:rPr>
        <w:t>r</w:t>
      </w:r>
      <w:r>
        <w:rPr>
          <w:b/>
          <w:color w:val="404040"/>
          <w:sz w:val="24"/>
          <w:rFonts w:ascii="Inter" w:hAnsi="Inter" w:eastAsia="Noto Sans CJK JP" w:cs="Noto Sans CJK JP"/>
        </w:rPr>
        <w:t>l</w:t>
      </w:r>
      <w:r>
        <w:rPr>
          <w:b/>
          <w:color w:val="404040"/>
          <w:sz w:val="24"/>
          <w:rFonts w:ascii="Inter" w:hAnsi="Inter" w:eastAsia="Noto Sans CJK JP" w:cs="Noto Sans CJK JP"/>
        </w:rPr>
        <w:t>y</w:t>
      </w:r>
      <w:r>
        <w:rPr>
          <w:b/>
          <w:color w:val="404040"/>
          <w:sz w:val="24"/>
          <w:rFonts w:ascii="Inter" w:hAnsi="Inter" w:eastAsia="Noto Sans CJK JP" w:cs="Noto Sans CJK JP"/>
        </w:rPr>
        <w:t>.</w:t>
      </w:r>
      <w:r>
        <w:rPr>
          <w:color w:val="404040"/>
          <w:sz w:val="24"/>
          <w:rFonts w:ascii="Inter" w:hAnsi="Inter" w:eastAsia="Noto Sans CJK JP" w:cs="Noto Sans CJK JP"/>
        </w:rPr>
        <w:br/>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r</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v</w:t>
      </w:r>
      <w:r>
        <w:rPr>
          <w:color w:val="404040"/>
          <w:sz w:val="24"/>
          <w:rFonts w:ascii="Inter" w:hAnsi="Inter" w:eastAsia="Noto Sans CJK JP" w:cs="Noto Sans CJK JP"/>
        </w:rPr>
        <w:t>o</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x</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h</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r</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d</w:t>
      </w:r>
      <w:r>
        <w:rPr>
          <w:color w:val="404040"/>
          <w:sz w:val="24"/>
          <w:rFonts w:ascii="Inter" w:hAnsi="Inter" w:eastAsia="Noto Sans CJK JP" w:cs="Noto Sans CJK JP"/>
        </w:rPr>
        <w:t>s</w:t>
      </w:r>
      <w:r>
        <w:rPr>
          <w:color w:val="404040"/>
          <w:sz w:val="24"/>
          <w:rFonts w:ascii="Inter" w:hAnsi="Inter" w:eastAsia="Noto Sans CJK JP" w:cs="Noto Sans CJK JP"/>
        </w:rPr>
        <w:t>.</w:t>
      </w:r>
    </w:p>
    <w:p>
      <w:pPr/>
      <w:r>
        <w:rPr>
          <w:b/>
          <w:color w:val="404040"/>
          <w:sz w:val="24"/>
          <w:rFonts w:ascii="Inter" w:hAnsi="Inter" w:eastAsia="Noto Sans CJK JP" w:cs="Noto Sans CJK JP"/>
        </w:rPr>
        <w:t>S</w:t>
      </w:r>
      <w:r>
        <w:rPr>
          <w:b/>
          <w:color w:val="404040"/>
          <w:sz w:val="24"/>
          <w:rFonts w:ascii="Inter" w:hAnsi="Inter" w:eastAsia="Noto Sans CJK JP" w:cs="Noto Sans CJK JP"/>
        </w:rPr>
        <w:t>a</w:t>
      </w:r>
      <w:r>
        <w:rPr>
          <w:b/>
          <w:color w:val="404040"/>
          <w:sz w:val="24"/>
          <w:rFonts w:ascii="Inter" w:hAnsi="Inter" w:eastAsia="Noto Sans CJK JP" w:cs="Noto Sans CJK JP"/>
        </w:rPr>
        <w:t>f</w:t>
      </w:r>
      <w:r>
        <w:rPr>
          <w:b/>
          <w:color w:val="404040"/>
          <w:sz w:val="24"/>
          <w:rFonts w:ascii="Inter" w:hAnsi="Inter" w:eastAsia="Noto Sans CJK JP" w:cs="Noto Sans CJK JP"/>
        </w:rPr>
        <w:t>e</w:t>
      </w:r>
      <w:r>
        <w:rPr>
          <w:b/>
          <w:color w:val="404040"/>
          <w:sz w:val="24"/>
          <w:rFonts w:ascii="Inter" w:hAnsi="Inter" w:eastAsia="Noto Sans CJK JP" w:cs="Noto Sans CJK JP"/>
        </w:rPr>
        <w:t>t</w:t>
      </w:r>
      <w:r>
        <w:rPr>
          <w:b/>
          <w:color w:val="404040"/>
          <w:sz w:val="24"/>
          <w:rFonts w:ascii="Inter" w:hAnsi="Inter" w:eastAsia="Noto Sans CJK JP" w:cs="Noto Sans CJK JP"/>
        </w:rPr>
        <w:t>y</w:t>
      </w:r>
      <w:r>
        <w:rPr>
          <w:b/>
          <w:color w:val="404040"/>
          <w:sz w:val="24"/>
          <w:rFonts w:ascii="Inter" w:hAnsi="Inter" w:eastAsia="Noto Sans CJK JP" w:cs="Noto Sans CJK JP"/>
        </w:rPr>
        <w:t>/</w:t>
      </w:r>
      <w:r>
        <w:rPr>
          <w:b/>
          <w:color w:val="404040"/>
          <w:sz w:val="24"/>
          <w:rFonts w:ascii="Inter" w:hAnsi="Inter" w:eastAsia="Noto Sans CJK JP" w:cs="Noto Sans CJK JP"/>
        </w:rPr>
        <w:t>q</w:t>
      </w:r>
      <w:r>
        <w:rPr>
          <w:b/>
          <w:color w:val="404040"/>
          <w:sz w:val="24"/>
          <w:rFonts w:ascii="Inter" w:hAnsi="Inter" w:eastAsia="Noto Sans CJK JP" w:cs="Noto Sans CJK JP"/>
        </w:rPr>
        <w:t>u</w:t>
      </w:r>
      <w:r>
        <w:rPr>
          <w:b/>
          <w:color w:val="404040"/>
          <w:sz w:val="24"/>
          <w:rFonts w:ascii="Inter" w:hAnsi="Inter" w:eastAsia="Noto Sans CJK JP" w:cs="Noto Sans CJK JP"/>
        </w:rPr>
        <w:t>a</w:t>
      </w:r>
      <w:r>
        <w:rPr>
          <w:b/>
          <w:color w:val="404040"/>
          <w:sz w:val="24"/>
          <w:rFonts w:ascii="Inter" w:hAnsi="Inter" w:eastAsia="Noto Sans CJK JP" w:cs="Noto Sans CJK JP"/>
        </w:rPr>
        <w:t>l</w:t>
      </w:r>
      <w:r>
        <w:rPr>
          <w:b/>
          <w:color w:val="404040"/>
          <w:sz w:val="24"/>
          <w:rFonts w:ascii="Inter" w:hAnsi="Inter" w:eastAsia="Noto Sans CJK JP" w:cs="Noto Sans CJK JP"/>
        </w:rPr>
        <w:t>i</w:t>
      </w:r>
      <w:r>
        <w:rPr>
          <w:b/>
          <w:color w:val="404040"/>
          <w:sz w:val="24"/>
          <w:rFonts w:ascii="Inter" w:hAnsi="Inter" w:eastAsia="Noto Sans CJK JP" w:cs="Noto Sans CJK JP"/>
        </w:rPr>
        <w:t>t</w:t>
      </w:r>
      <w:r>
        <w:rPr>
          <w:b/>
          <w:color w:val="404040"/>
          <w:sz w:val="24"/>
          <w:rFonts w:ascii="Inter" w:hAnsi="Inter" w:eastAsia="Noto Sans CJK JP" w:cs="Noto Sans CJK JP"/>
        </w:rPr>
        <w:t>y</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n</w:t>
      </w:r>
      <w:r>
        <w:rPr>
          <w:b/>
          <w:color w:val="404040"/>
          <w:sz w:val="24"/>
          <w:rFonts w:ascii="Inter" w:hAnsi="Inter" w:eastAsia="Noto Sans CJK JP" w:cs="Noto Sans CJK JP"/>
        </w:rPr>
        <w:t>o</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s</w:t>
      </w:r>
      <w:r>
        <w:rPr>
          <w:color w:val="404040"/>
          <w:sz w:val="24"/>
          <w:rFonts w:ascii="Inter" w:hAnsi="Inter" w:eastAsia="Noto Sans CJK JP" w:cs="Noto Sans CJK JP"/>
        </w:rPr>
        <w:t>.</w:t>
      </w:r>
    </w:p>
    <w:p>
      <w:pPr/>
      <w:r>
        <w:rPr>
          <w:b/>
          <w:color w:val="404040"/>
          <w:sz w:val="24"/>
          <w:rFonts w:ascii="Inter" w:hAnsi="Inter" w:eastAsia="Noto Sans CJK JP" w:cs="Noto Sans CJK JP"/>
        </w:rPr>
        <w:t>2</w:t>
      </w:r>
      <w:r>
        <w:rPr>
          <w:b/>
          <w:color w:val="404040"/>
          <w:sz w:val="24"/>
          <w:rFonts w:ascii="Inter" w:hAnsi="Inter" w:eastAsia="Noto Sans CJK JP" w:cs="Noto Sans CJK JP"/>
        </w:rPr>
        <w:t>0</w:t>
      </w:r>
      <w:r>
        <w:rPr>
          <w:b/>
          <w:color w:val="404040"/>
          <w:sz w:val="24"/>
          <w:rFonts w:ascii="Inter" w:hAnsi="Inter" w:eastAsia="Noto Sans CJK JP" w:cs="Noto Sans CJK JP"/>
        </w:rPr>
        <w: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S</w:t>
      </w:r>
      <w:r>
        <w:rPr>
          <w:b/>
          <w:color w:val="404040"/>
          <w:sz w:val="24"/>
          <w:rFonts w:ascii="Inter" w:hAnsi="Inter" w:eastAsia="Noto Sans CJK JP" w:cs="Noto Sans CJK JP"/>
        </w:rPr>
        <w:t>e</w:t>
      </w:r>
      <w:r>
        <w:rPr>
          <w:b/>
          <w:color w:val="404040"/>
          <w:sz w:val="24"/>
          <w:rFonts w:ascii="Inter" w:hAnsi="Inter" w:eastAsia="Noto Sans CJK JP" w:cs="Noto Sans CJK JP"/>
        </w:rPr>
        <w:t>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u</w:t>
      </w:r>
      <w:r>
        <w:rPr>
          <w:b/>
          <w:color w:val="404040"/>
          <w:sz w:val="24"/>
          <w:rFonts w:ascii="Inter" w:hAnsi="Inter" w:eastAsia="Noto Sans CJK JP" w:cs="Noto Sans CJK JP"/>
        </w:rPr>
        <w:t>p</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h</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e</w:t>
      </w:r>
      <w:r>
        <w:rPr>
          <w:b/>
          <w:color w:val="404040"/>
          <w:sz w:val="24"/>
          <w:rFonts w:ascii="Inter" w:hAnsi="Inter" w:eastAsia="Noto Sans CJK JP" w:cs="Noto Sans CJK JP"/>
        </w:rPr>
        <w:t>l</w:t>
      </w:r>
      <w:r>
        <w:rPr>
          <w:b/>
          <w:color w:val="404040"/>
          <w:sz w:val="24"/>
          <w:rFonts w:ascii="Inter" w:hAnsi="Inter" w:eastAsia="Noto Sans CJK JP" w:cs="Noto Sans CJK JP"/>
        </w:rPr>
        <w:t>e</w:t>
      </w:r>
      <w:r>
        <w:rPr>
          <w:b/>
          <w:color w:val="404040"/>
          <w:sz w:val="24"/>
          <w:rFonts w:ascii="Inter" w:hAnsi="Inter" w:eastAsia="Noto Sans CJK JP" w:cs="Noto Sans CJK JP"/>
        </w:rPr>
        <w:t>c</w:t>
      </w:r>
      <w:r>
        <w:rPr>
          <w:b/>
          <w:color w:val="404040"/>
          <w:sz w:val="24"/>
          <w:rFonts w:ascii="Inter" w:hAnsi="Inter" w:eastAsia="Noto Sans CJK JP" w:cs="Noto Sans CJK JP"/>
        </w:rPr>
        <w:t>t</w:t>
      </w:r>
      <w:r>
        <w:rPr>
          <w:b/>
          <w:color w:val="404040"/>
          <w:sz w:val="24"/>
          <w:rFonts w:ascii="Inter" w:hAnsi="Inter" w:eastAsia="Noto Sans CJK JP" w:cs="Noto Sans CJK JP"/>
        </w:rPr>
        <w:t>r</w:t>
      </w:r>
      <w:r>
        <w:rPr>
          <w:b/>
          <w:color w:val="404040"/>
          <w:sz w:val="24"/>
          <w:rFonts w:ascii="Inter" w:hAnsi="Inter" w:eastAsia="Noto Sans CJK JP" w:cs="Noto Sans CJK JP"/>
        </w:rPr>
        <w:t>o</w:t>
      </w:r>
      <w:r>
        <w:rPr>
          <w:b/>
          <w:color w:val="404040"/>
          <w:sz w:val="24"/>
          <w:rFonts w:ascii="Inter" w:hAnsi="Inter" w:eastAsia="Noto Sans CJK JP" w:cs="Noto Sans CJK JP"/>
        </w:rPr>
        <w:t>d</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a</w:t>
      </w:r>
      <w:r>
        <w:rPr>
          <w:b/>
          <w:color w:val="404040"/>
          <w:sz w:val="24"/>
          <w:rFonts w:ascii="Inter" w:hAnsi="Inter" w:eastAsia="Noto Sans CJK JP" w:cs="Noto Sans CJK JP"/>
        </w:rPr>
        <w:t>n</w:t>
      </w:r>
      <w:r>
        <w:rPr>
          <w:b/>
          <w:color w:val="404040"/>
          <w:sz w:val="24"/>
          <w:rFonts w:ascii="Inter" w:hAnsi="Inter" w:eastAsia="Noto Sans CJK JP" w:cs="Noto Sans CJK JP"/>
        </w:rPr>
        <w:t>d</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m</w:t>
      </w:r>
      <w:r>
        <w:rPr>
          <w:b/>
          <w:color w:val="404040"/>
          <w:sz w:val="24"/>
          <w:rFonts w:ascii="Inter" w:hAnsi="Inter" w:eastAsia="Noto Sans CJK JP" w:cs="Noto Sans CJK JP"/>
        </w:rPr>
        <w:t>a</w:t>
      </w:r>
      <w:r>
        <w:rPr>
          <w:b/>
          <w:color w:val="404040"/>
          <w:sz w:val="24"/>
          <w:rFonts w:ascii="Inter" w:hAnsi="Inter" w:eastAsia="Noto Sans CJK JP" w:cs="Noto Sans CJK JP"/>
        </w:rPr>
        <w:t>c</w:t>
      </w:r>
      <w:r>
        <w:rPr>
          <w:b/>
          <w:color w:val="404040"/>
          <w:sz w:val="24"/>
          <w:rFonts w:ascii="Inter" w:hAnsi="Inter" w:eastAsia="Noto Sans CJK JP" w:cs="Noto Sans CJK JP"/>
        </w:rPr>
        <w:t>h</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p</w:t>
      </w:r>
      <w:r>
        <w:rPr>
          <w:b/>
          <w:color w:val="404040"/>
          <w:sz w:val="24"/>
          <w:rFonts w:ascii="Inter" w:hAnsi="Inter" w:eastAsia="Noto Sans CJK JP" w:cs="Noto Sans CJK JP"/>
        </w:rPr>
        <w:t>a</w:t>
      </w:r>
      <w:r>
        <w:rPr>
          <w:b/>
          <w:color w:val="404040"/>
          <w:sz w:val="24"/>
          <w:rFonts w:ascii="Inter" w:hAnsi="Inter" w:eastAsia="Noto Sans CJK JP" w:cs="Noto Sans CJK JP"/>
        </w:rPr>
        <w:t>r</w:t>
      </w:r>
      <w:r>
        <w:rPr>
          <w:b/>
          <w:color w:val="404040"/>
          <w:sz w:val="24"/>
          <w:rFonts w:ascii="Inter" w:hAnsi="Inter" w:eastAsia="Noto Sans CJK JP" w:cs="Noto Sans CJK JP"/>
        </w:rPr>
        <w:t>a</w:t>
      </w:r>
      <w:r>
        <w:rPr>
          <w:b/>
          <w:color w:val="404040"/>
          <w:sz w:val="24"/>
          <w:rFonts w:ascii="Inter" w:hAnsi="Inter" w:eastAsia="Noto Sans CJK JP" w:cs="Noto Sans CJK JP"/>
        </w:rPr>
        <w:t>m</w:t>
      </w:r>
      <w:r>
        <w:rPr>
          <w:b/>
          <w:color w:val="404040"/>
          <w:sz w:val="24"/>
          <w:rFonts w:ascii="Inter" w:hAnsi="Inter" w:eastAsia="Noto Sans CJK JP" w:cs="Noto Sans CJK JP"/>
        </w:rPr>
        <w:t>e</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r</w:t>
      </w:r>
      <w:r>
        <w:rPr>
          <w:b/>
          <w:color w:val="404040"/>
          <w:sz w:val="24"/>
          <w:rFonts w:ascii="Inter" w:hAnsi="Inter" w:eastAsia="Noto Sans CJK JP" w:cs="Noto Sans CJK JP"/>
        </w:rPr>
        <w:t>s</w:t>
      </w:r>
      <w:r>
        <w:rPr>
          <w:b/>
          <w:color w:val="404040"/>
          <w:sz w:val="24"/>
          <w:rFonts w:ascii="Inter" w:hAnsi="Inter" w:eastAsia="Noto Sans CJK JP" w:cs="Noto Sans CJK JP"/>
        </w:rPr>
        <w:t>.</w:t>
      </w:r>
      <w:r>
        <w:rPr>
          <w:color w:val="404040"/>
          <w:sz w:val="24"/>
          <w:rFonts w:ascii="Inter" w:hAnsi="Inter" w:eastAsia="Noto Sans CJK JP" w:cs="Noto Sans CJK JP"/>
        </w:rPr>
        <w:br/>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3</w:t>
      </w:r>
      <w:r>
        <w:rPr>
          <w:color w:val="404040"/>
          <w:sz w:val="24"/>
          <w:rFonts w:ascii="Inter" w:hAnsi="Inter" w:eastAsia="Noto Sans CJK JP" w:cs="Noto Sans CJK JP"/>
        </w:rPr>
        <w:t>/</w:t>
      </w:r>
      <w:r>
        <w:rPr>
          <w:color w:val="404040"/>
          <w:sz w:val="24"/>
          <w:rFonts w:ascii="Inter" w:hAnsi="Inter" w:eastAsia="Noto Sans CJK JP" w:cs="Noto Sans CJK JP"/>
        </w:rPr>
        <w:t>3</w:t>
      </w:r>
      <w:r>
        <w:rPr>
          <w:color w:val="404040"/>
          <w:sz w:val="24"/>
          <w:rFonts w:ascii="Inter" w:hAnsi="Inter" w:eastAsia="Noto Sans CJK JP" w:cs="Noto Sans CJK JP"/>
        </w:rPr>
        <w:t>2</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2</w:t>
      </w:r>
      <w:r>
        <w:rPr>
          <w:color w:val="404040"/>
          <w:sz w:val="24"/>
          <w:rFonts w:ascii="Inter" w:hAnsi="Inter" w:eastAsia="Noto Sans CJK JP" w:cs="Noto Sans CJK JP"/>
        </w:rPr>
        <w:t>.</w:t>
      </w:r>
      <w:r>
        <w:rPr>
          <w:color w:val="404040"/>
          <w:sz w:val="24"/>
          <w:rFonts w:ascii="Inter" w:hAnsi="Inter" w:eastAsia="Noto Sans CJK JP" w:cs="Noto Sans CJK JP"/>
        </w:rPr>
        <w:t>4</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m</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8</w:t>
      </w:r>
      <w:r>
        <w:rPr>
          <w:color w:val="404040"/>
          <w:sz w:val="24"/>
          <w:rFonts w:ascii="Inter" w:hAnsi="Inter" w:eastAsia="Noto Sans CJK JP" w:cs="Noto Sans CJK JP"/>
        </w:rPr>
        <w:t>5</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5</w:t>
      </w:r>
      <w:r>
        <w:rPr>
          <w:color w:val="404040"/>
          <w:sz w:val="24"/>
          <w:rFonts w:ascii="Inter" w:hAnsi="Inter" w:eastAsia="Noto Sans CJK JP" w:cs="Noto Sans CJK JP"/>
        </w:rPr>
        <w:t>2</w:t>
      </w:r>
      <w:r>
        <w:rPr>
          <w:color w:val="404040"/>
          <w:sz w:val="24"/>
          <w:rFonts w:ascii="Inter" w:hAnsi="Inter" w:eastAsia="Noto Sans CJK JP" w:cs="Noto Sans CJK JP"/>
        </w:rPr>
        <w:t>.</w:t>
      </w:r>
      <w:r>
        <w:rPr>
          <w:color w:val="404040"/>
          <w:sz w:val="24"/>
          <w:rFonts w:ascii="Inter" w:hAnsi="Inter" w:eastAsia="Noto Sans CJK JP" w:cs="Noto Sans CJK JP"/>
        </w:rPr>
        <w:t>0</w:t>
      </w:r>
      <w:r>
        <w:rPr>
          <w:color w:val="404040"/>
          <w:sz w:val="24"/>
          <w:rFonts w:ascii="Inter" w:hAnsi="Inter" w:eastAsia="Noto Sans CJK JP" w:cs="Noto Sans CJK JP"/>
        </w:rPr>
        <w:t xml:space="preserve"> </w:t>
      </w:r>
      <w:r>
        <w:rPr>
          <w:color w:val="404040"/>
          <w:sz w:val="24"/>
          <w:rFonts w:ascii="Inter" w:hAnsi="Inter" w:eastAsia="Noto Sans CJK JP" w:cs="Noto Sans CJK JP"/>
        </w:rPr>
        <w:t>v</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C</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y</w:t>
      </w:r>
      <w:r>
        <w:rPr>
          <w:color w:val="404040"/>
          <w:sz w:val="24"/>
          <w:rFonts w:ascii="Inter" w:hAnsi="Inter" w:eastAsia="Noto Sans CJK JP" w:cs="Noto Sans CJK JP"/>
        </w:rPr>
        <w:t>)</w:t>
      </w:r>
      <w:r>
        <w:rPr>
          <w:color w:val="404040"/>
          <w:sz w:val="24"/>
          <w:rFonts w:ascii="Inter" w:hAnsi="Inter" w:eastAsia="Noto Sans CJK JP" w:cs="Noto Sans CJK JP"/>
        </w:rPr>
        <w:t>.</w:t>
      </w:r>
    </w:p>
    <w:p>
      <w:pPr>
        <w:keepNext/>
        <w:keepLines/>
      </w:pPr>
      <w:r>
        <w:rPr>
          <w:b/>
          <w:color w:val="404040"/>
          <w:sz w:val="24"/>
          <w:rFonts w:ascii="Inter" w:hAnsi="Inter" w:eastAsia="Noto Sans CJK JP" w:cs="Noto Sans CJK JP"/>
        </w:rPr>
        <w:t>2</w:t>
      </w:r>
      <w:r>
        <w:rPr>
          <w:b/>
          <w:color w:val="404040"/>
          <w:sz w:val="24"/>
          <w:rFonts w:ascii="Inter" w:hAnsi="Inter" w:eastAsia="Noto Sans CJK JP" w:cs="Noto Sans CJK JP"/>
        </w:rPr>
        <w:t>1</w:t>
      </w:r>
      <w:r>
        <w:rPr>
          <w:b/>
          <w:color w:val="404040"/>
          <w:sz w:val="24"/>
          <w:rFonts w:ascii="Inter" w:hAnsi="Inter" w:eastAsia="Noto Sans CJK JP" w:cs="Noto Sans CJK JP"/>
        </w:rPr>
        <w: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P</w:t>
      </w:r>
      <w:r>
        <w:rPr>
          <w:b/>
          <w:color w:val="404040"/>
          <w:sz w:val="24"/>
          <w:rFonts w:ascii="Inter" w:hAnsi="Inter" w:eastAsia="Noto Sans CJK JP" w:cs="Noto Sans CJK JP"/>
        </w:rPr>
        <w:t>u</w:t>
      </w:r>
      <w:r>
        <w:rPr>
          <w:b/>
          <w:color w:val="404040"/>
          <w:sz w:val="24"/>
          <w:rFonts w:ascii="Inter" w:hAnsi="Inter" w:eastAsia="Noto Sans CJK JP" w:cs="Noto Sans CJK JP"/>
        </w:rPr>
        <w:t>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o</w:t>
      </w:r>
      <w:r>
        <w:rPr>
          <w:b/>
          <w:color w:val="404040"/>
          <w:sz w:val="24"/>
          <w:rFonts w:ascii="Inter" w:hAnsi="Inter" w:eastAsia="Noto Sans CJK JP" w:cs="Noto Sans CJK JP"/>
        </w:rPr>
        <w:t>n</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P</w:t>
      </w:r>
      <w:r>
        <w:rPr>
          <w:b/>
          <w:color w:val="404040"/>
          <w:sz w:val="24"/>
          <w:rFonts w:ascii="Inter" w:hAnsi="Inter" w:eastAsia="Noto Sans CJK JP" w:cs="Noto Sans CJK JP"/>
        </w:rPr>
        <w:t>P</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a</w:t>
      </w:r>
      <w:r>
        <w:rPr>
          <w:b/>
          <w:color w:val="404040"/>
          <w:sz w:val="24"/>
          <w:rFonts w:ascii="Inter" w:hAnsi="Inter" w:eastAsia="Noto Sans CJK JP" w:cs="Noto Sans CJK JP"/>
        </w:rPr>
        <w:t>n</w:t>
      </w:r>
      <w:r>
        <w:rPr>
          <w:b/>
          <w:color w:val="404040"/>
          <w:sz w:val="24"/>
          <w:rFonts w:ascii="Inter" w:hAnsi="Inter" w:eastAsia="Noto Sans CJK JP" w:cs="Noto Sans CJK JP"/>
        </w:rPr>
        <w:t>d</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s</w:t>
      </w:r>
      <w:r>
        <w:rPr>
          <w:b/>
          <w:color w:val="404040"/>
          <w:sz w:val="24"/>
          <w:rFonts w:ascii="Inter" w:hAnsi="Inter" w:eastAsia="Noto Sans CJK JP" w:cs="Noto Sans CJK JP"/>
        </w:rPr>
        <w:t>t</w:t>
      </w:r>
      <w:r>
        <w:rPr>
          <w:b/>
          <w:color w:val="404040"/>
          <w:sz w:val="24"/>
          <w:rFonts w:ascii="Inter" w:hAnsi="Inter" w:eastAsia="Noto Sans CJK JP" w:cs="Noto Sans CJK JP"/>
        </w:rPr>
        <w:t>a</w:t>
      </w:r>
      <w:r>
        <w:rPr>
          <w:b/>
          <w:color w:val="404040"/>
          <w:sz w:val="24"/>
          <w:rFonts w:ascii="Inter" w:hAnsi="Inter" w:eastAsia="Noto Sans CJK JP" w:cs="Noto Sans CJK JP"/>
        </w:rPr>
        <w:t>g</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h</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w</w:t>
      </w:r>
      <w:r>
        <w:rPr>
          <w:b/>
          <w:color w:val="404040"/>
          <w:sz w:val="24"/>
          <w:rFonts w:ascii="Inter" w:hAnsi="Inter" w:eastAsia="Noto Sans CJK JP" w:cs="Noto Sans CJK JP"/>
        </w:rPr>
        <w:t>o</w:t>
      </w:r>
      <w:r>
        <w:rPr>
          <w:b/>
          <w:color w:val="404040"/>
          <w:sz w:val="24"/>
          <w:rFonts w:ascii="Inter" w:hAnsi="Inter" w:eastAsia="Noto Sans CJK JP" w:cs="Noto Sans CJK JP"/>
        </w:rPr>
        <w:t>r</w:t>
      </w:r>
      <w:r>
        <w:rPr>
          <w:b/>
          <w:color w:val="404040"/>
          <w:sz w:val="24"/>
          <w:rFonts w:ascii="Inter" w:hAnsi="Inter" w:eastAsia="Noto Sans CJK JP" w:cs="Noto Sans CJK JP"/>
        </w:rPr>
        <w:t>k</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a</w:t>
      </w:r>
      <w:r>
        <w:rPr>
          <w:b/>
          <w:color w:val="404040"/>
          <w:sz w:val="24"/>
          <w:rFonts w:ascii="Inter" w:hAnsi="Inter" w:eastAsia="Noto Sans CJK JP" w:cs="Noto Sans CJK JP"/>
        </w:rPr>
        <w:t>r</w:t>
      </w:r>
      <w:r>
        <w:rPr>
          <w:b/>
          <w:color w:val="404040"/>
          <w:sz w:val="24"/>
          <w:rFonts w:ascii="Inter" w:hAnsi="Inter" w:eastAsia="Noto Sans CJK JP" w:cs="Noto Sans CJK JP"/>
        </w:rPr>
        <w:t>e</w:t>
      </w:r>
      <w:r>
        <w:rPr>
          <w:b/>
          <w:color w:val="404040"/>
          <w:sz w:val="24"/>
          <w:rFonts w:ascii="Inter" w:hAnsi="Inter" w:eastAsia="Noto Sans CJK JP" w:cs="Noto Sans CJK JP"/>
        </w:rPr>
        <w:t>a</w:t>
      </w:r>
      <w:r>
        <w:rPr>
          <w:b/>
          <w:color w:val="404040"/>
          <w:sz w:val="24"/>
          <w:rFonts w:ascii="Inter" w:hAnsi="Inter" w:eastAsia="Noto Sans CJK JP" w:cs="Noto Sans CJK JP"/>
        </w:rPr>
        <w:t>.</w:t>
      </w:r>
      <w:r>
        <w:rPr>
          <w:color w:val="404040"/>
          <w:sz w:val="24"/>
          <w:rFonts w:ascii="Inter" w:hAnsi="Inter" w:eastAsia="Noto Sans CJK JP" w:cs="Noto Sans CJK JP"/>
        </w:rPr>
        <w:br/>
      </w:r>
      <w:r>
        <w:rPr>
          <w:color w:val="404040"/>
          <w:sz w:val="24"/>
          <w:rFonts w:ascii="Inter" w:hAnsi="Inter" w:eastAsia="Noto Sans CJK JP" w:cs="Noto Sans CJK JP"/>
        </w:rPr>
        <w:t>P</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k</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c</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5" name="Picture 5"/>
            <wp:cNvGraphicFramePr>
              <a:graphicFrameLocks noChangeAspect="1"/>
            </wp:cNvGraphicFramePr>
            <a:graphic>
              <a:graphicData uri="http://schemas.openxmlformats.org/drawingml/2006/picture">
                <pic:pic>
                  <pic:nvPicPr>
                    <pic:cNvPr id="0" name="image.jpg"/>
                    <pic:cNvPicPr/>
                  </pic:nvPicPr>
                  <pic:blipFill>
                    <a:blip r:embed="rId13"/>
                    <a:stretch>
                      <a:fillRect/>
                    </a:stretch>
                  </pic:blipFill>
                  <pic:spPr>
                    <a:xfrm>
                      <a:off x="0" y="0"/>
                      <a:ext cx="5328000" cy="3041655"/>
                    </a:xfrm>
                    <a:prstGeom prst="rect"/>
                  </pic:spPr>
                </pic:pic>
              </a:graphicData>
            </a:graphic>
          </wp:inline>
        </w:drawing>
      </w:r>
    </w:p>
    <w:p>
      <w:pPr>
        <w:pStyle w:val="Caption"/>
        <w:keepNext/>
        <w:keepLines/>
        <w:jc w:val="center"/>
      </w:pPr>
      <w:r>
        <w:rPr>
          <w:b/>
          <w:color w:val="404040"/>
        </w:rPr>
        <w:t>Marking the aluminum workpiece with a Tempilstik in preparation for preheating, with the full workbench setup visible.</w:t>
      </w:r>
    </w:p>
    <w:p>
      <w:pPr>
        <w:keepNext/>
        <w:keepLines/>
        <w:jc w:val="center"/>
      </w:pPr>
      <w:r>
        <w:drawing>
          <wp:inline xmlns:a="http://schemas.openxmlformats.org/drawingml/2006/main" xmlns:pic="http://schemas.openxmlformats.org/drawingml/2006/picture">
            <wp:extent cx="5328000" cy="3041655"/>
            <wp:docPr id="6" name="Picture 6"/>
            <wp:cNvGraphicFramePr>
              <a:graphicFrameLocks noChangeAspect="1"/>
            </wp:cNvGraphicFramePr>
            <a:graphic>
              <a:graphicData uri="http://schemas.openxmlformats.org/drawingml/2006/picture">
                <pic:pic>
                  <pic:nvPicPr>
                    <pic:cNvPr id="0" name="image.jpg"/>
                    <pic:cNvPicPr/>
                  </pic:nvPicPr>
                  <pic:blipFill>
                    <a:blip r:embed="rId12"/>
                    <a:stretch>
                      <a:fillRect/>
                    </a:stretch>
                  </pic:blipFill>
                  <pic:spPr>
                    <a:xfrm>
                      <a:off x="0" y="0"/>
                      <a:ext cx="5328000" cy="3041655"/>
                    </a:xfrm>
                    <a:prstGeom prst="rect"/>
                  </pic:spPr>
                </pic:pic>
              </a:graphicData>
            </a:graphic>
          </wp:inline>
        </w:drawing>
      </w:r>
    </w:p>
    <w:p>
      <w:pPr>
        <w:pStyle w:val="Caption"/>
        <w:keepNext/>
        <w:keepLines/>
        <w:jc w:val="center"/>
      </w:pPr>
      <w:r>
        <w:rPr>
          <w:b/>
          <w:color w:val="404040"/>
        </w:rPr>
        <w:t>Close-up of the aluminum workpiece with a visible black soot layer applied using a carburizing flame; a wire brush and marker sit nearby.</w:t>
      </w:r>
    </w:p>
    <w:p>
      <w:pPr>
        <w:keepNext/>
        <w:keepLines/>
        <w:jc w:val="center"/>
      </w:pPr>
      <w:r>
        <w:drawing>
          <wp:inline xmlns:a="http://schemas.openxmlformats.org/drawingml/2006/main" xmlns:pic="http://schemas.openxmlformats.org/drawingml/2006/picture">
            <wp:extent cx="5328000" cy="3041655"/>
            <wp:docPr id="7" name="Picture 7"/>
            <wp:cNvGraphicFramePr>
              <a:graphicFrameLocks noChangeAspect="1"/>
            </wp:cNvGraphicFramePr>
            <a:graphic>
              <a:graphicData uri="http://schemas.openxmlformats.org/drawingml/2006/picture">
                <pic:pic>
                  <pic:nvPicPr>
                    <pic:cNvPr id="0" name="image.jpg"/>
                    <pic:cNvPicPr/>
                  </pic:nvPicPr>
                  <pic:blipFill>
                    <a:blip r:embed="rId14"/>
                    <a:stretch>
                      <a:fillRect/>
                    </a:stretch>
                  </pic:blipFill>
                  <pic:spPr>
                    <a:xfrm>
                      <a:off x="0" y="0"/>
                      <a:ext cx="5328000" cy="3041655"/>
                    </a:xfrm>
                    <a:prstGeom prst="rect"/>
                  </pic:spPr>
                </pic:pic>
              </a:graphicData>
            </a:graphic>
          </wp:inline>
        </w:drawing>
      </w:r>
    </w:p>
    <w:p>
      <w:pPr>
        <w:pStyle w:val="Caption"/>
        <w:keepNext/>
        <w:keepLines/>
        <w:jc w:val="center"/>
      </w:pPr>
      <w:r>
        <w:rPr>
          <w:b/>
          <w:color w:val="404040"/>
        </w:rPr>
        <w:t>Wearing a welding jacket and gloves while holding an oxy-acetylene torch, preparing to apply soot to the aluminum workpiece.</w:t>
      </w:r>
    </w:p>
    <w:p>
      <w:pPr>
        <w:keepNext/>
        <w:keepLines/>
        <w:jc w:val="center"/>
      </w:pPr>
      <w:r>
        <w:drawing>
          <wp:inline xmlns:a="http://schemas.openxmlformats.org/drawingml/2006/main" xmlns:pic="http://schemas.openxmlformats.org/drawingml/2006/picture">
            <wp:extent cx="5328000" cy="3041655"/>
            <wp:docPr id="8" name="Picture 8"/>
            <wp:cNvGraphicFramePr>
              <a:graphicFrameLocks noChangeAspect="1"/>
            </wp:cNvGraphicFramePr>
            <a:graphic>
              <a:graphicData uri="http://schemas.openxmlformats.org/drawingml/2006/picture">
                <pic:pic>
                  <pic:nvPicPr>
                    <pic:cNvPr id="0" name="image.jpg"/>
                    <pic:cNvPicPr/>
                  </pic:nvPicPr>
                  <pic:blipFill>
                    <a:blip r:embed="rId15"/>
                    <a:stretch>
                      <a:fillRect/>
                    </a:stretch>
                  </pic:blipFill>
                  <pic:spPr>
                    <a:xfrm>
                      <a:off x="0" y="0"/>
                      <a:ext cx="5328000" cy="3041655"/>
                    </a:xfrm>
                    <a:prstGeom prst="rect"/>
                  </pic:spPr>
                </pic:pic>
              </a:graphicData>
            </a:graphic>
          </wp:inline>
        </w:drawing>
      </w:r>
    </w:p>
    <w:p>
      <w:pPr>
        <w:pStyle w:val="Caption"/>
        <w:keepNext/>
        <w:keepLines/>
        <w:jc w:val="center"/>
      </w:pPr>
      <w:r>
        <w:rPr>
          <w:b/>
          <w:color w:val="404040"/>
        </w:rPr>
        <w:t>Using an oxy-acetylene torch to heat the aluminum workpiece, with a visible flame and protective gear in use.</w:t>
      </w:r>
    </w:p>
    <w:p>
      <w:pPr>
        <w:keepNext/>
        <w:keepLines/>
        <w:jc w:val="center"/>
      </w:pPr>
      <w:r>
        <w:drawing>
          <wp:inline xmlns:a="http://schemas.openxmlformats.org/drawingml/2006/main" xmlns:pic="http://schemas.openxmlformats.org/drawingml/2006/picture">
            <wp:extent cx="5328000" cy="3041655"/>
            <wp:docPr id="9" name="Picture 9"/>
            <wp:cNvGraphicFramePr>
              <a:graphicFrameLocks noChangeAspect="1"/>
            </wp:cNvGraphicFramePr>
            <a:graphic>
              <a:graphicData uri="http://schemas.openxmlformats.org/drawingml/2006/picture">
                <pic:pic>
                  <pic:nvPicPr>
                    <pic:cNvPr id="0" name="image.jpg"/>
                    <pic:cNvPicPr/>
                  </pic:nvPicPr>
                  <pic:blipFill>
                    <a:blip r:embed="rId16"/>
                    <a:stretch>
                      <a:fillRect/>
                    </a:stretch>
                  </pic:blipFill>
                  <pic:spPr>
                    <a:xfrm>
                      <a:off x="0" y="0"/>
                      <a:ext cx="5328000" cy="3041655"/>
                    </a:xfrm>
                    <a:prstGeom prst="rect"/>
                  </pic:spPr>
                </pic:pic>
              </a:graphicData>
            </a:graphic>
          </wp:inline>
        </w:drawing>
      </w:r>
    </w:p>
    <w:p>
      <w:pPr>
        <w:pStyle w:val="Caption"/>
        <w:keepNext/>
        <w:keepLines/>
        <w:jc w:val="center"/>
      </w:pPr>
      <w:r>
        <w:rPr>
          <w:b/>
          <w:color w:val="404040"/>
        </w:rPr>
        <w:t>Applying a neutral flame from an oxy-acetylene torch to the aluminum workpiece, which shows a visible soot layer on the welding table.</w:t>
      </w:r>
    </w:p>
    <w:p>
      <w:pPr>
        <w:keepNext/>
        <w:keepLines/>
        <w:jc w:val="center"/>
      </w:pPr>
      <w:r>
        <w:drawing>
          <wp:inline xmlns:a="http://schemas.openxmlformats.org/drawingml/2006/main" xmlns:pic="http://schemas.openxmlformats.org/drawingml/2006/picture">
            <wp:extent cx="5328000" cy="3041655"/>
            <wp:docPr id="10" name="Picture 10"/>
            <wp:cNvGraphicFramePr>
              <a:graphicFrameLocks noChangeAspect="1"/>
            </wp:cNvGraphicFramePr>
            <a:graphic>
              <a:graphicData uri="http://schemas.openxmlformats.org/drawingml/2006/picture">
                <pic:pic>
                  <pic:nvPicPr>
                    <pic:cNvPr id="0" name="image.jpg"/>
                    <pic:cNvPicPr/>
                  </pic:nvPicPr>
                  <pic:blipFill>
                    <a:blip r:embed="rId16"/>
                    <a:stretch>
                      <a:fillRect/>
                    </a:stretch>
                  </pic:blipFill>
                  <pic:spPr>
                    <a:xfrm>
                      <a:off x="0" y="0"/>
                      <a:ext cx="5328000" cy="3041655"/>
                    </a:xfrm>
                    <a:prstGeom prst="rect"/>
                  </pic:spPr>
                </pic:pic>
              </a:graphicData>
            </a:graphic>
          </wp:inline>
        </w:drawing>
      </w:r>
    </w:p>
    <w:p>
      <w:pPr>
        <w:pStyle w:val="Caption"/>
        <w:keepNext/>
        <w:keepLines/>
        <w:jc w:val="center"/>
      </w:pPr>
      <w:r>
        <w:rPr>
          <w:b/>
          <w:color w:val="404040"/>
        </w:rPr>
        <w:t>Close-up of the aluminum workpiece after heating, showing a melted Tempilstik mark that confirms the correct preheat temperature has been reached.</w:t>
      </w:r>
    </w:p>
    <w:p>
      <w:pPr>
        <w:keepNext/>
        <w:keepLines/>
        <w:jc w:val="center"/>
      </w:pPr>
      <w:r>
        <w:drawing>
          <wp:inline xmlns:a="http://schemas.openxmlformats.org/drawingml/2006/main" xmlns:pic="http://schemas.openxmlformats.org/drawingml/2006/picture">
            <wp:extent cx="5328000" cy="3041655"/>
            <wp:docPr id="11" name="Picture 11"/>
            <wp:cNvGraphicFramePr>
              <a:graphicFrameLocks noChangeAspect="1"/>
            </wp:cNvGraphicFramePr>
            <a:graphic>
              <a:graphicData uri="http://schemas.openxmlformats.org/drawingml/2006/picture">
                <pic:pic>
                  <pic:nvPicPr>
                    <pic:cNvPr id="0" name="image.jpg"/>
                    <pic:cNvPicPr/>
                  </pic:nvPicPr>
                  <pic:blipFill>
                    <a:blip r:embed="rId17"/>
                    <a:stretch>
                      <a:fillRect/>
                    </a:stretch>
                  </pic:blipFill>
                  <pic:spPr>
                    <a:xfrm>
                      <a:off x="0" y="0"/>
                      <a:ext cx="5328000" cy="3041655"/>
                    </a:xfrm>
                    <a:prstGeom prst="rect"/>
                  </pic:spPr>
                </pic:pic>
              </a:graphicData>
            </a:graphic>
          </wp:inline>
        </w:drawing>
      </w:r>
    </w:p>
    <w:p>
      <w:pPr>
        <w:pStyle w:val="Caption"/>
        <w:keepNext/>
        <w:keepLines/>
        <w:jc w:val="center"/>
      </w:pPr>
      <w:r>
        <w:rPr>
          <w:b/>
          <w:color w:val="404040"/>
        </w:rPr>
        <w:t>An oxy-acetylene torch flame applied to the aluminum workpiece, now cleaner with visible tack welds, sitting on a perforated welding table.</w:t>
      </w:r>
    </w:p>
    <w:p>
      <w:pPr>
        <w:keepNext/>
        <w:keepLines/>
        <w:jc w:val="center"/>
      </w:pPr>
      <w:r>
        <w:drawing>
          <wp:inline xmlns:a="http://schemas.openxmlformats.org/drawingml/2006/main" xmlns:pic="http://schemas.openxmlformats.org/drawingml/2006/picture">
            <wp:extent cx="5328000" cy="3041655"/>
            <wp:docPr id="12" name="Picture 12"/>
            <wp:cNvGraphicFramePr>
              <a:graphicFrameLocks noChangeAspect="1"/>
            </wp:cNvGraphicFramePr>
            <a:graphic>
              <a:graphicData uri="http://schemas.openxmlformats.org/drawingml/2006/picture">
                <pic:pic>
                  <pic:nvPicPr>
                    <pic:cNvPr id="0" name="image.jpg"/>
                    <pic:cNvPicPr/>
                  </pic:nvPicPr>
                  <pic:blipFill>
                    <a:blip r:embed="rId18"/>
                    <a:stretch>
                      <a:fillRect/>
                    </a:stretch>
                  </pic:blipFill>
                  <pic:spPr>
                    <a:xfrm>
                      <a:off x="0" y="0"/>
                      <a:ext cx="5328000" cy="3041655"/>
                    </a:xfrm>
                    <a:prstGeom prst="rect"/>
                  </pic:spPr>
                </pic:pic>
              </a:graphicData>
            </a:graphic>
          </wp:inline>
        </w:drawing>
      </w:r>
    </w:p>
    <w:p>
      <w:pPr>
        <w:pStyle w:val="Caption"/>
        <w:keepNext/>
        <w:keepLines/>
        <w:jc w:val="center"/>
      </w:pPr>
      <w:r>
        <w:rPr>
          <w:b/>
          <w:color w:val="404040"/>
        </w:rPr>
        <w:t>The aluminum workpiece after preheating and cleaning, showing a clean, shiny surface with visible tack welds.</w:t>
      </w:r>
    </w:p>
    <w:p>
      <w:pPr>
        <w:keepNext/>
        <w:keepLines/>
        <w:jc w:val="center"/>
      </w:pPr>
      <w:r>
        <w:drawing>
          <wp:inline xmlns:a="http://schemas.openxmlformats.org/drawingml/2006/main" xmlns:pic="http://schemas.openxmlformats.org/drawingml/2006/picture">
            <wp:extent cx="5328000" cy="3041655"/>
            <wp:docPr id="13" name="Picture 13"/>
            <wp:cNvGraphicFramePr>
              <a:graphicFrameLocks noChangeAspect="1"/>
            </wp:cNvGraphicFramePr>
            <a:graphic>
              <a:graphicData uri="http://schemas.openxmlformats.org/drawingml/2006/picture">
                <pic:pic>
                  <pic:nvPicPr>
                    <pic:cNvPr id="0" name="image.jpg"/>
                    <pic:cNvPicPr/>
                  </pic:nvPicPr>
                  <pic:blipFill>
                    <a:blip r:embed="rId18"/>
                    <a:stretch>
                      <a:fillRect/>
                    </a:stretch>
                  </pic:blipFill>
                  <pic:spPr>
                    <a:xfrm>
                      <a:off x="0" y="0"/>
                      <a:ext cx="5328000" cy="3041655"/>
                    </a:xfrm>
                    <a:prstGeom prst="rect"/>
                  </pic:spPr>
                </pic:pic>
              </a:graphicData>
            </a:graphic>
          </wp:inline>
        </w:drawing>
      </w:r>
    </w:p>
    <w:p>
      <w:pPr>
        <w:pStyle w:val="Caption"/>
        <w:keepNext/>
        <w:keepLines/>
        <w:jc w:val="center"/>
      </w:pPr>
      <w:r>
        <w:rPr>
          <w:b/>
          <w:color w:val="404040"/>
        </w:rPr>
        <w:t>Adjusting the ESAB EMP 210 welder, with the display reading 85 amps and 52.0 volts, on an organized workbench with tools and aluminum workpieces.</w:t>
      </w:r>
    </w:p>
    <w:p>
      <w:pPr>
        <w:keepNext/>
        <w:keepLines/>
        <w:jc w:val="center"/>
      </w:pPr>
      <w:r>
        <w:drawing>
          <wp:inline xmlns:a="http://schemas.openxmlformats.org/drawingml/2006/main" xmlns:pic="http://schemas.openxmlformats.org/drawingml/2006/picture">
            <wp:extent cx="5328000" cy="3041655"/>
            <wp:docPr id="14" name="Picture 14"/>
            <wp:cNvGraphicFramePr>
              <a:graphicFrameLocks noChangeAspect="1"/>
            </wp:cNvGraphicFramePr>
            <a:graphic>
              <a:graphicData uri="http://schemas.openxmlformats.org/drawingml/2006/picture">
                <pic:pic>
                  <pic:nvPicPr>
                    <pic:cNvPr id="0" name="image.jpg"/>
                    <pic:cNvPicPr/>
                  </pic:nvPicPr>
                  <pic:blipFill>
                    <a:blip r:embed="rId19"/>
                    <a:stretch>
                      <a:fillRect/>
                    </a:stretch>
                  </pic:blipFill>
                  <pic:spPr>
                    <a:xfrm>
                      <a:off x="0" y="0"/>
                      <a:ext cx="5328000" cy="3041655"/>
                    </a:xfrm>
                    <a:prstGeom prst="rect"/>
                  </pic:spPr>
                </pic:pic>
              </a:graphicData>
            </a:graphic>
          </wp:inline>
        </w:drawing>
      </w:r>
    </w:p>
    <w:p>
      <w:pPr>
        <w:pStyle w:val="Caption"/>
        <w:jc w:val="center"/>
      </w:pPr>
      <w:r>
        <w:rPr>
          <w:b/>
          <w:color w:val="404040"/>
        </w:rPr>
        <w:t>Putting on a welding helmet at the workbench, with the ESAB EMP 210 welder and various tools visible, ready for welding.</w:t>
      </w:r>
    </w:p>
    <w:p>
      <w:pPr>
        <w:pStyle w:val="Heading2"/>
        <w:keepNext/>
        <w:keepLines/>
        <w:ind w:left="0"/>
        <w:outlineLvl w:val="1"/>
      </w:pPr>
      <w:r>
        <w:rPr>
          <w:b/>
          <w:color w:val="404040"/>
          <w:sz w:val="28"/>
          <w:rFonts w:ascii="Inter" w:hAnsi="Inter" w:eastAsia="Noto Sans CJK JP" w:cs="Noto Sans CJK JP"/>
        </w:rPr>
        <w:t>Welding the first joint</w:t>
      </w:r>
    </w:p>
    <w:p>
      <w:pPr/>
      <w:r>
        <w:rPr>
          <w:b/>
          <w:color w:val="404040"/>
          <w:sz w:val="24"/>
          <w:rFonts w:ascii="Inter" w:hAnsi="Inter" w:eastAsia="Noto Sans CJK JP" w:cs="Noto Sans CJK JP"/>
        </w:rPr>
        <w:t>2</w:t>
      </w:r>
      <w:r>
        <w:rPr>
          <w:b/>
          <w:color w:val="404040"/>
          <w:sz w:val="24"/>
          <w:rFonts w:ascii="Inter" w:hAnsi="Inter" w:eastAsia="Noto Sans CJK JP" w:cs="Noto Sans CJK JP"/>
        </w:rPr>
        <w:t>2</w:t>
      </w:r>
      <w:r>
        <w:rPr>
          <w:b/>
          <w:color w:val="404040"/>
          <w:sz w:val="24"/>
          <w:rFonts w:ascii="Inter" w:hAnsi="Inter" w:eastAsia="Noto Sans CJK JP" w:cs="Noto Sans CJK JP"/>
        </w:rPr>
        <w: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U</w:t>
      </w:r>
      <w:r>
        <w:rPr>
          <w:b/>
          <w:color w:val="404040"/>
          <w:sz w:val="24"/>
          <w:rFonts w:ascii="Inter" w:hAnsi="Inter" w:eastAsia="Noto Sans CJK JP" w:cs="Noto Sans CJK JP"/>
        </w:rPr>
        <w:t>n</w:t>
      </w:r>
      <w:r>
        <w:rPr>
          <w:b/>
          <w:color w:val="404040"/>
          <w:sz w:val="24"/>
          <w:rFonts w:ascii="Inter" w:hAnsi="Inter" w:eastAsia="Noto Sans CJK JP" w:cs="Noto Sans CJK JP"/>
        </w:rPr>
        <w:t>d</w:t>
      </w:r>
      <w:r>
        <w:rPr>
          <w:b/>
          <w:color w:val="404040"/>
          <w:sz w:val="24"/>
          <w:rFonts w:ascii="Inter" w:hAnsi="Inter" w:eastAsia="Noto Sans CJK JP" w:cs="Noto Sans CJK JP"/>
        </w:rPr>
        <w:t>e</w:t>
      </w:r>
      <w:r>
        <w:rPr>
          <w:b/>
          <w:color w:val="404040"/>
          <w:sz w:val="24"/>
          <w:rFonts w:ascii="Inter" w:hAnsi="Inter" w:eastAsia="Noto Sans CJK JP" w:cs="Noto Sans CJK JP"/>
        </w:rPr>
        <w:t>r</w:t>
      </w:r>
      <w:r>
        <w:rPr>
          <w:b/>
          <w:color w:val="404040"/>
          <w:sz w:val="24"/>
          <w:rFonts w:ascii="Inter" w:hAnsi="Inter" w:eastAsia="Noto Sans CJK JP" w:cs="Noto Sans CJK JP"/>
        </w:rPr>
        <w:t>s</w:t>
      </w:r>
      <w:r>
        <w:rPr>
          <w:b/>
          <w:color w:val="404040"/>
          <w:sz w:val="24"/>
          <w:rFonts w:ascii="Inter" w:hAnsi="Inter" w:eastAsia="Noto Sans CJK JP" w:cs="Noto Sans CJK JP"/>
        </w:rPr>
        <w:t>t</w:t>
      </w:r>
      <w:r>
        <w:rPr>
          <w:b/>
          <w:color w:val="404040"/>
          <w:sz w:val="24"/>
          <w:rFonts w:ascii="Inter" w:hAnsi="Inter" w:eastAsia="Noto Sans CJK JP" w:cs="Noto Sans CJK JP"/>
        </w:rPr>
        <w:t>a</w:t>
      </w:r>
      <w:r>
        <w:rPr>
          <w:b/>
          <w:color w:val="404040"/>
          <w:sz w:val="24"/>
          <w:rFonts w:ascii="Inter" w:hAnsi="Inter" w:eastAsia="Noto Sans CJK JP" w:cs="Noto Sans CJK JP"/>
        </w:rPr>
        <w:t>n</w:t>
      </w:r>
      <w:r>
        <w:rPr>
          <w:b/>
          <w:color w:val="404040"/>
          <w:sz w:val="24"/>
          <w:rFonts w:ascii="Inter" w:hAnsi="Inter" w:eastAsia="Noto Sans CJK JP" w:cs="Noto Sans CJK JP"/>
        </w:rPr>
        <w:t>d</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h</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c</w:t>
      </w:r>
      <w:r>
        <w:rPr>
          <w:b/>
          <w:color w:val="404040"/>
          <w:sz w:val="24"/>
          <w:rFonts w:ascii="Inter" w:hAnsi="Inter" w:eastAsia="Noto Sans CJK JP" w:cs="Noto Sans CJK JP"/>
        </w:rPr>
        <w:t>h</w:t>
      </w:r>
      <w:r>
        <w:rPr>
          <w:b/>
          <w:color w:val="404040"/>
          <w:sz w:val="24"/>
          <w:rFonts w:ascii="Inter" w:hAnsi="Inter" w:eastAsia="Noto Sans CJK JP" w:cs="Noto Sans CJK JP"/>
        </w:rPr>
        <w:t>a</w:t>
      </w:r>
      <w:r>
        <w:rPr>
          <w:b/>
          <w:color w:val="404040"/>
          <w:sz w:val="24"/>
          <w:rFonts w:ascii="Inter" w:hAnsi="Inter" w:eastAsia="Noto Sans CJK JP" w:cs="Noto Sans CJK JP"/>
        </w:rPr>
        <w:t>l</w:t>
      </w:r>
      <w:r>
        <w:rPr>
          <w:b/>
          <w:color w:val="404040"/>
          <w:sz w:val="24"/>
          <w:rFonts w:ascii="Inter" w:hAnsi="Inter" w:eastAsia="Noto Sans CJK JP" w:cs="Noto Sans CJK JP"/>
        </w:rPr>
        <w:t>l</w:t>
      </w:r>
      <w:r>
        <w:rPr>
          <w:b/>
          <w:color w:val="404040"/>
          <w:sz w:val="24"/>
          <w:rFonts w:ascii="Inter" w:hAnsi="Inter" w:eastAsia="Noto Sans CJK JP" w:cs="Noto Sans CJK JP"/>
        </w:rPr>
        <w:t>e</w:t>
      </w:r>
      <w:r>
        <w:rPr>
          <w:b/>
          <w:color w:val="404040"/>
          <w:sz w:val="24"/>
          <w:rFonts w:ascii="Inter" w:hAnsi="Inter" w:eastAsia="Noto Sans CJK JP" w:cs="Noto Sans CJK JP"/>
        </w:rPr>
        <w:t>n</w:t>
      </w:r>
      <w:r>
        <w:rPr>
          <w:b/>
          <w:color w:val="404040"/>
          <w:sz w:val="24"/>
          <w:rFonts w:ascii="Inter" w:hAnsi="Inter" w:eastAsia="Noto Sans CJK JP" w:cs="Noto Sans CJK JP"/>
        </w:rPr>
        <w:t>g</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o</w:t>
      </w:r>
      <w:r>
        <w:rPr>
          <w:b/>
          <w:color w:val="404040"/>
          <w:sz w:val="24"/>
          <w:rFonts w:ascii="Inter" w:hAnsi="Inter" w:eastAsia="Noto Sans CJK JP" w:cs="Noto Sans CJK JP"/>
        </w:rPr>
        <w:t>f</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l</w:t>
      </w:r>
      <w:r>
        <w:rPr>
          <w:b/>
          <w:color w:val="404040"/>
          <w:sz w:val="24"/>
          <w:rFonts w:ascii="Inter" w:hAnsi="Inter" w:eastAsia="Noto Sans CJK JP" w:cs="Noto Sans CJK JP"/>
        </w:rPr>
        <w:t>o</w:t>
      </w:r>
      <w:r>
        <w:rPr>
          <w:b/>
          <w:color w:val="404040"/>
          <w:sz w:val="24"/>
          <w:rFonts w:ascii="Inter" w:hAnsi="Inter" w:eastAsia="Noto Sans CJK JP" w:cs="Noto Sans CJK JP"/>
        </w:rPr>
        <w:t>w</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h</w:t>
      </w:r>
      <w:r>
        <w:rPr>
          <w:b/>
          <w:color w:val="404040"/>
          <w:sz w:val="24"/>
          <w:rFonts w:ascii="Inter" w:hAnsi="Inter" w:eastAsia="Noto Sans CJK JP" w:cs="Noto Sans CJK JP"/>
        </w:rPr>
        <w:t>y</w:t>
      </w:r>
      <w:r>
        <w:rPr>
          <w:b/>
          <w:color w:val="404040"/>
          <w:sz w:val="24"/>
          <w:rFonts w:ascii="Inter" w:hAnsi="Inter" w:eastAsia="Noto Sans CJK JP" w:cs="Noto Sans CJK JP"/>
        </w:rPr>
        <w:t>d</w:t>
      </w:r>
      <w:r>
        <w:rPr>
          <w:b/>
          <w:color w:val="404040"/>
          <w:sz w:val="24"/>
          <w:rFonts w:ascii="Inter" w:hAnsi="Inter" w:eastAsia="Noto Sans CJK JP" w:cs="Noto Sans CJK JP"/>
        </w:rPr>
        <w:t>r</w:t>
      </w:r>
      <w:r>
        <w:rPr>
          <w:b/>
          <w:color w:val="404040"/>
          <w:sz w:val="24"/>
          <w:rFonts w:ascii="Inter" w:hAnsi="Inter" w:eastAsia="Noto Sans CJK JP" w:cs="Noto Sans CJK JP"/>
        </w:rPr>
        <w:t>o</w:t>
      </w:r>
      <w:r>
        <w:rPr>
          <w:b/>
          <w:color w:val="404040"/>
          <w:sz w:val="24"/>
          <w:rFonts w:ascii="Inter" w:hAnsi="Inter" w:eastAsia="Noto Sans CJK JP" w:cs="Noto Sans CJK JP"/>
        </w:rPr>
        <w:t>g</w:t>
      </w:r>
      <w:r>
        <w:rPr>
          <w:b/>
          <w:color w:val="404040"/>
          <w:sz w:val="24"/>
          <w:rFonts w:ascii="Inter" w:hAnsi="Inter" w:eastAsia="Noto Sans CJK JP" w:cs="Noto Sans CJK JP"/>
        </w:rPr>
        <w:t>e</w:t>
      </w:r>
      <w:r>
        <w:rPr>
          <w:b/>
          <w:color w:val="404040"/>
          <w:sz w:val="24"/>
          <w:rFonts w:ascii="Inter" w:hAnsi="Inter" w:eastAsia="Noto Sans CJK JP" w:cs="Noto Sans CJK JP"/>
        </w:rPr>
        <w:t>n</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e</w:t>
      </w:r>
      <w:r>
        <w:rPr>
          <w:b/>
          <w:color w:val="404040"/>
          <w:sz w:val="24"/>
          <w:rFonts w:ascii="Inter" w:hAnsi="Inter" w:eastAsia="Noto Sans CJK JP" w:cs="Noto Sans CJK JP"/>
        </w:rPr>
        <w:t>l</w:t>
      </w:r>
      <w:r>
        <w:rPr>
          <w:b/>
          <w:color w:val="404040"/>
          <w:sz w:val="24"/>
          <w:rFonts w:ascii="Inter" w:hAnsi="Inter" w:eastAsia="Noto Sans CJK JP" w:cs="Noto Sans CJK JP"/>
        </w:rPr>
        <w:t>e</w:t>
      </w:r>
      <w:r>
        <w:rPr>
          <w:b/>
          <w:color w:val="404040"/>
          <w:sz w:val="24"/>
          <w:rFonts w:ascii="Inter" w:hAnsi="Inter" w:eastAsia="Noto Sans CJK JP" w:cs="Noto Sans CJK JP"/>
        </w:rPr>
        <w:t>c</w:t>
      </w:r>
      <w:r>
        <w:rPr>
          <w:b/>
          <w:color w:val="404040"/>
          <w:sz w:val="24"/>
          <w:rFonts w:ascii="Inter" w:hAnsi="Inter" w:eastAsia="Noto Sans CJK JP" w:cs="Noto Sans CJK JP"/>
        </w:rPr>
        <w:t>t</w:t>
      </w:r>
      <w:r>
        <w:rPr>
          <w:b/>
          <w:color w:val="404040"/>
          <w:sz w:val="24"/>
          <w:rFonts w:ascii="Inter" w:hAnsi="Inter" w:eastAsia="Noto Sans CJK JP" w:cs="Noto Sans CJK JP"/>
        </w:rPr>
        <w:t>r</w:t>
      </w:r>
      <w:r>
        <w:rPr>
          <w:b/>
          <w:color w:val="404040"/>
          <w:sz w:val="24"/>
          <w:rFonts w:ascii="Inter" w:hAnsi="Inter" w:eastAsia="Noto Sans CJK JP" w:cs="Noto Sans CJK JP"/>
        </w:rPr>
        <w:t>o</w:t>
      </w:r>
      <w:r>
        <w:rPr>
          <w:b/>
          <w:color w:val="404040"/>
          <w:sz w:val="24"/>
          <w:rFonts w:ascii="Inter" w:hAnsi="Inter" w:eastAsia="Noto Sans CJK JP" w:cs="Noto Sans CJK JP"/>
        </w:rPr>
        <w:t>d</w:t>
      </w:r>
      <w:r>
        <w:rPr>
          <w:b/>
          <w:color w:val="404040"/>
          <w:sz w:val="24"/>
          <w:rFonts w:ascii="Inter" w:hAnsi="Inter" w:eastAsia="Noto Sans CJK JP" w:cs="Noto Sans CJK JP"/>
        </w:rPr>
        <w:t>e</w:t>
      </w:r>
      <w:r>
        <w:rPr>
          <w:b/>
          <w:color w:val="404040"/>
          <w:sz w:val="24"/>
          <w:rFonts w:ascii="Inter" w:hAnsi="Inter" w:eastAsia="Noto Sans CJK JP" w:cs="Noto Sans CJK JP"/>
        </w:rPr>
        <w:t>s</w:t>
      </w:r>
      <w:r>
        <w:rPr>
          <w:b/>
          <w:color w:val="404040"/>
          <w:sz w:val="24"/>
          <w:rFonts w:ascii="Inter" w:hAnsi="Inter" w:eastAsia="Noto Sans CJK JP" w:cs="Noto Sans CJK JP"/>
        </w:rPr>
        <w:t>.</w:t>
      </w:r>
      <w:r>
        <w:rPr>
          <w:color w:val="404040"/>
          <w:sz w:val="24"/>
          <w:rFonts w:ascii="Inter" w:hAnsi="Inter" w:eastAsia="Noto Sans CJK JP" w:cs="Noto Sans CJK JP"/>
        </w:rPr>
        <w:br/>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y</w:t>
      </w:r>
      <w:r>
        <w:rPr>
          <w:color w:val="404040"/>
          <w:sz w:val="24"/>
          <w:rFonts w:ascii="Inter" w:hAnsi="Inter" w:eastAsia="Noto Sans CJK JP" w:cs="Noto Sans CJK JP"/>
        </w:rPr>
        <w:t>d</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y</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x</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g</w:t>
      </w:r>
      <w:r>
        <w:rPr>
          <w:color w:val="404040"/>
          <w:sz w:val="24"/>
          <w:rFonts w:ascii="Inter" w:hAnsi="Inter" w:eastAsia="Noto Sans CJK JP" w:cs="Noto Sans CJK JP"/>
        </w:rPr>
        <w:t>h</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w:t>
      </w:r>
    </w:p>
    <w:p>
      <w:pPr>
        <w:keepNext/>
        <w:keepLines/>
      </w:pPr>
      <w:r>
        <w:rPr>
          <w:b/>
          <w:color w:val="404040"/>
          <w:sz w:val="24"/>
          <w:rFonts w:ascii="Inter" w:hAnsi="Inter" w:eastAsia="Noto Sans CJK JP" w:cs="Noto Sans CJK JP"/>
        </w:rPr>
        <w:t>2</w:t>
      </w:r>
      <w:r>
        <w:rPr>
          <w:b/>
          <w:color w:val="404040"/>
          <w:sz w:val="24"/>
          <w:rFonts w:ascii="Inter" w:hAnsi="Inter" w:eastAsia="Noto Sans CJK JP" w:cs="Noto Sans CJK JP"/>
        </w:rPr>
        <w:t>3</w:t>
      </w:r>
      <w:r>
        <w:rPr>
          <w:b/>
          <w:color w:val="404040"/>
          <w:sz w:val="24"/>
          <w:rFonts w:ascii="Inter" w:hAnsi="Inter" w:eastAsia="Noto Sans CJK JP" w:cs="Noto Sans CJK JP"/>
        </w:rPr>
        <w: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P</w:t>
      </w:r>
      <w:r>
        <w:rPr>
          <w:b/>
          <w:color w:val="404040"/>
          <w:sz w:val="24"/>
          <w:rFonts w:ascii="Inter" w:hAnsi="Inter" w:eastAsia="Noto Sans CJK JP" w:cs="Noto Sans CJK JP"/>
        </w:rPr>
        <w:t>r</w:t>
      </w:r>
      <w:r>
        <w:rPr>
          <w:b/>
          <w:color w:val="404040"/>
          <w:sz w:val="24"/>
          <w:rFonts w:ascii="Inter" w:hAnsi="Inter" w:eastAsia="Noto Sans CJK JP" w:cs="Noto Sans CJK JP"/>
        </w:rPr>
        <w:t>e</w:t>
      </w:r>
      <w:r>
        <w:rPr>
          <w:b/>
          <w:color w:val="404040"/>
          <w:sz w:val="24"/>
          <w:rFonts w:ascii="Inter" w:hAnsi="Inter" w:eastAsia="Noto Sans CJK JP" w:cs="Noto Sans CJK JP"/>
        </w:rPr>
        <w:t>p</w:t>
      </w:r>
      <w:r>
        <w:rPr>
          <w:b/>
          <w:color w:val="404040"/>
          <w:sz w:val="24"/>
          <w:rFonts w:ascii="Inter" w:hAnsi="Inter" w:eastAsia="Noto Sans CJK JP" w:cs="Noto Sans CJK JP"/>
        </w:rPr>
        <w:t>a</w:t>
      </w:r>
      <w:r>
        <w:rPr>
          <w:b/>
          <w:color w:val="404040"/>
          <w:sz w:val="24"/>
          <w:rFonts w:ascii="Inter" w:hAnsi="Inter" w:eastAsia="Noto Sans CJK JP" w:cs="Noto Sans CJK JP"/>
        </w:rPr>
        <w:t>r</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h</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w</w:t>
      </w:r>
      <w:r>
        <w:rPr>
          <w:b/>
          <w:color w:val="404040"/>
          <w:sz w:val="24"/>
          <w:rFonts w:ascii="Inter" w:hAnsi="Inter" w:eastAsia="Noto Sans CJK JP" w:cs="Noto Sans CJK JP"/>
        </w:rPr>
        <w:t>e</w:t>
      </w:r>
      <w:r>
        <w:rPr>
          <w:b/>
          <w:color w:val="404040"/>
          <w:sz w:val="24"/>
          <w:rFonts w:ascii="Inter" w:hAnsi="Inter" w:eastAsia="Noto Sans CJK JP" w:cs="Noto Sans CJK JP"/>
        </w:rPr>
        <w:t>l</w:t>
      </w:r>
      <w:r>
        <w:rPr>
          <w:b/>
          <w:color w:val="404040"/>
          <w:sz w:val="24"/>
          <w:rFonts w:ascii="Inter" w:hAnsi="Inter" w:eastAsia="Noto Sans CJK JP" w:cs="Noto Sans CJK JP"/>
        </w:rPr>
        <w:t>d</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g</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a</w:t>
      </w:r>
      <w:r>
        <w:rPr>
          <w:b/>
          <w:color w:val="404040"/>
          <w:sz w:val="24"/>
          <w:rFonts w:ascii="Inter" w:hAnsi="Inter" w:eastAsia="Noto Sans CJK JP" w:cs="Noto Sans CJK JP"/>
        </w:rPr>
        <w:t>r</w:t>
      </w:r>
      <w:r>
        <w:rPr>
          <w:b/>
          <w:color w:val="404040"/>
          <w:sz w:val="24"/>
          <w:rFonts w:ascii="Inter" w:hAnsi="Inter" w:eastAsia="Noto Sans CJK JP" w:cs="Noto Sans CJK JP"/>
        </w:rPr>
        <w:t>e</w:t>
      </w:r>
      <w:r>
        <w:rPr>
          <w:b/>
          <w:color w:val="404040"/>
          <w:sz w:val="24"/>
          <w:rFonts w:ascii="Inter" w:hAnsi="Inter" w:eastAsia="Noto Sans CJK JP" w:cs="Noto Sans CJK JP"/>
        </w:rPr>
        <w:t>a</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a</w:t>
      </w:r>
      <w:r>
        <w:rPr>
          <w:b/>
          <w:color w:val="404040"/>
          <w:sz w:val="24"/>
          <w:rFonts w:ascii="Inter" w:hAnsi="Inter" w:eastAsia="Noto Sans CJK JP" w:cs="Noto Sans CJK JP"/>
        </w:rPr>
        <w:t>n</w:t>
      </w:r>
      <w:r>
        <w:rPr>
          <w:b/>
          <w:color w:val="404040"/>
          <w:sz w:val="24"/>
          <w:rFonts w:ascii="Inter" w:hAnsi="Inter" w:eastAsia="Noto Sans CJK JP" w:cs="Noto Sans CJK JP"/>
        </w:rPr>
        <w:t>d</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e</w:t>
      </w:r>
      <w:r>
        <w:rPr>
          <w:b/>
          <w:color w:val="404040"/>
          <w:sz w:val="24"/>
          <w:rFonts w:ascii="Inter" w:hAnsi="Inter" w:eastAsia="Noto Sans CJK JP" w:cs="Noto Sans CJK JP"/>
        </w:rPr>
        <w:t>q</w:t>
      </w:r>
      <w:r>
        <w:rPr>
          <w:b/>
          <w:color w:val="404040"/>
          <w:sz w:val="24"/>
          <w:rFonts w:ascii="Inter" w:hAnsi="Inter" w:eastAsia="Noto Sans CJK JP" w:cs="Noto Sans CJK JP"/>
        </w:rPr>
        <w:t>u</w:t>
      </w:r>
      <w:r>
        <w:rPr>
          <w:b/>
          <w:color w:val="404040"/>
          <w:sz w:val="24"/>
          <w:rFonts w:ascii="Inter" w:hAnsi="Inter" w:eastAsia="Noto Sans CJK JP" w:cs="Noto Sans CJK JP"/>
        </w:rPr>
        <w:t>i</w:t>
      </w:r>
      <w:r>
        <w:rPr>
          <w:b/>
          <w:color w:val="404040"/>
          <w:sz w:val="24"/>
          <w:rFonts w:ascii="Inter" w:hAnsi="Inter" w:eastAsia="Noto Sans CJK JP" w:cs="Noto Sans CJK JP"/>
        </w:rPr>
        <w:t>p</w:t>
      </w:r>
      <w:r>
        <w:rPr>
          <w:b/>
          <w:color w:val="404040"/>
          <w:sz w:val="24"/>
          <w:rFonts w:ascii="Inter" w:hAnsi="Inter" w:eastAsia="Noto Sans CJK JP" w:cs="Noto Sans CJK JP"/>
        </w:rPr>
        <w:t>m</w:t>
      </w:r>
      <w:r>
        <w:rPr>
          <w:b/>
          <w:color w:val="404040"/>
          <w:sz w:val="24"/>
          <w:rFonts w:ascii="Inter" w:hAnsi="Inter" w:eastAsia="Noto Sans CJK JP" w:cs="Noto Sans CJK JP"/>
        </w:rPr>
        <w:t>e</w:t>
      </w:r>
      <w:r>
        <w:rPr>
          <w:b/>
          <w:color w:val="404040"/>
          <w:sz w:val="24"/>
          <w:rFonts w:ascii="Inter" w:hAnsi="Inter" w:eastAsia="Noto Sans CJK JP" w:cs="Noto Sans CJK JP"/>
        </w:rPr>
        <w:t>n</w:t>
      </w:r>
      <w:r>
        <w:rPr>
          <w:b/>
          <w:color w:val="404040"/>
          <w:sz w:val="24"/>
          <w:rFonts w:ascii="Inter" w:hAnsi="Inter" w:eastAsia="Noto Sans CJK JP" w:cs="Noto Sans CJK JP"/>
        </w:rPr>
        <w:t>t</w:t>
      </w:r>
      <w:r>
        <w:rPr>
          <w:b/>
          <w:color w:val="404040"/>
          <w:sz w:val="24"/>
          <w:rFonts w:ascii="Inter" w:hAnsi="Inter" w:eastAsia="Noto Sans CJK JP" w:cs="Noto Sans CJK JP"/>
        </w:rPr>
        <w:t>.</w:t>
      </w:r>
      <w:r>
        <w:rPr>
          <w:color w:val="404040"/>
          <w:sz w:val="24"/>
          <w:rFonts w:ascii="Inter" w:hAnsi="Inter" w:eastAsia="Noto Sans CJK JP" w:cs="Noto Sans CJK JP"/>
        </w:rPr>
        <w:br/>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r</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p</w:t>
      </w:r>
      <w:r>
        <w:rPr>
          <w:color w:val="404040"/>
          <w:sz w:val="24"/>
          <w:rFonts w:ascii="Inter" w:hAnsi="Inter" w:eastAsia="Noto Sans CJK JP" w:cs="Noto Sans CJK JP"/>
        </w:rPr>
        <w:t>p</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k</w:t>
      </w:r>
      <w:r>
        <w:rPr>
          <w:color w:val="404040"/>
          <w:sz w:val="24"/>
          <w:rFonts w:ascii="Inter" w:hAnsi="Inter" w:eastAsia="Noto Sans CJK JP" w:cs="Noto Sans CJK JP"/>
        </w:rPr>
        <w:t>p</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8</w:t>
      </w:r>
      <w:r>
        <w:rPr>
          <w:color w:val="404040"/>
          <w:sz w:val="24"/>
          <w:rFonts w:ascii="Inter" w:hAnsi="Inter" w:eastAsia="Noto Sans CJK JP" w:cs="Noto Sans CJK JP"/>
        </w:rPr>
        <w:t>5</w:t>
      </w:r>
      <w:r>
        <w:rPr>
          <w:color w:val="404040"/>
          <w:sz w:val="24"/>
          <w:rFonts w:ascii="Inter" w:hAnsi="Inter" w:eastAsia="Noto Sans CJK JP" w:cs="Noto Sans CJK JP"/>
        </w:rPr>
        <w:t>A</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5</w:t>
      </w:r>
      <w:r>
        <w:rPr>
          <w:color w:val="404040"/>
          <w:sz w:val="24"/>
          <w:rFonts w:ascii="Inter" w:hAnsi="Inter" w:eastAsia="Noto Sans CJK JP" w:cs="Noto Sans CJK JP"/>
        </w:rPr>
        <w:t>2</w:t>
      </w:r>
      <w:r>
        <w:rPr>
          <w:color w:val="404040"/>
          <w:sz w:val="24"/>
          <w:rFonts w:ascii="Inter" w:hAnsi="Inter" w:eastAsia="Noto Sans CJK JP" w:cs="Noto Sans CJK JP"/>
        </w:rPr>
        <w:t>.</w:t>
      </w:r>
      <w:r>
        <w:rPr>
          <w:color w:val="404040"/>
          <w:sz w:val="24"/>
          <w:rFonts w:ascii="Inter" w:hAnsi="Inter" w:eastAsia="Noto Sans CJK JP" w:cs="Noto Sans CJK JP"/>
        </w:rPr>
        <w:t>0</w:t>
      </w:r>
      <w:r>
        <w:rPr>
          <w:color w:val="404040"/>
          <w:sz w:val="24"/>
          <w:rFonts w:ascii="Inter" w:hAnsi="Inter" w:eastAsia="Noto Sans CJK JP" w:cs="Noto Sans CJK JP"/>
        </w:rPr>
        <w:t>V</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j</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u</w:t>
      </w:r>
      <w:r>
        <w:rPr>
          <w:color w:val="404040"/>
          <w:sz w:val="24"/>
          <w:rFonts w:ascii="Inter" w:hAnsi="Inter" w:eastAsia="Noto Sans CJK JP" w:cs="Noto Sans CJK JP"/>
        </w:rPr>
        <w:t>p</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15" name="Picture 15"/>
            <wp:cNvGraphicFramePr>
              <a:graphicFrameLocks noChangeAspect="1"/>
            </wp:cNvGraphicFramePr>
            <a:graphic>
              <a:graphicData uri="http://schemas.openxmlformats.org/drawingml/2006/picture">
                <pic:pic>
                  <pic:nvPicPr>
                    <pic:cNvPr id="0" name="image.jpg"/>
                    <pic:cNvPicPr/>
                  </pic:nvPicPr>
                  <pic:blipFill>
                    <a:blip r:embed="rId16"/>
                    <a:stretch>
                      <a:fillRect/>
                    </a:stretch>
                  </pic:blipFill>
                  <pic:spPr>
                    <a:xfrm>
                      <a:off x="0" y="0"/>
                      <a:ext cx="5328000" cy="3041655"/>
                    </a:xfrm>
                    <a:prstGeom prst="rect"/>
                  </pic:spPr>
                </pic:pic>
              </a:graphicData>
            </a:graphic>
          </wp:inline>
        </w:drawing>
      </w:r>
    </w:p>
    <w:p>
      <w:pPr>
        <w:pStyle w:val="Caption"/>
        <w:jc w:val="center"/>
      </w:pPr>
      <w:r>
        <w:rPr>
          <w:b/>
          <w:color w:val="404040"/>
        </w:rPr>
        <w:t>Holding an oxy-acetylene torch near an aluminum workpiece with visible soot on a perforated welding table; a Tempilstik, wire brush, and other tools are also on the bench.</w:t>
      </w:r>
    </w:p>
    <w:p>
      <w:pPr/>
      <w:r>
        <w:rPr>
          <w:b/>
          <w:color w:val="404040"/>
          <w:sz w:val="24"/>
          <w:rFonts w:ascii="Inter" w:hAnsi="Inter" w:eastAsia="Noto Sans CJK JP" w:cs="Noto Sans CJK JP"/>
        </w:rPr>
        <w:t>2</w:t>
      </w:r>
      <w:r>
        <w:rPr>
          <w:b/>
          <w:color w:val="404040"/>
          <w:sz w:val="24"/>
          <w:rFonts w:ascii="Inter" w:hAnsi="Inter" w:eastAsia="Noto Sans CJK JP" w:cs="Noto Sans CJK JP"/>
        </w:rPr>
        <w:t>4</w:t>
      </w:r>
      <w:r>
        <w:rPr>
          <w:b/>
          <w:color w:val="404040"/>
          <w:sz w:val="24"/>
          <w:rFonts w:ascii="Inter" w:hAnsi="Inter" w:eastAsia="Noto Sans CJK JP" w:cs="Noto Sans CJK JP"/>
        </w:rPr>
        <w: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P</w:t>
      </w:r>
      <w:r>
        <w:rPr>
          <w:b/>
          <w:color w:val="404040"/>
          <w:sz w:val="24"/>
          <w:rFonts w:ascii="Inter" w:hAnsi="Inter" w:eastAsia="Noto Sans CJK JP" w:cs="Noto Sans CJK JP"/>
        </w:rPr>
        <w:t>o</w:t>
      </w:r>
      <w:r>
        <w:rPr>
          <w:b/>
          <w:color w:val="404040"/>
          <w:sz w:val="24"/>
          <w:rFonts w:ascii="Inter" w:hAnsi="Inter" w:eastAsia="Noto Sans CJK JP" w:cs="Noto Sans CJK JP"/>
        </w:rPr>
        <w:t>s</w:t>
      </w:r>
      <w:r>
        <w:rPr>
          <w:b/>
          <w:color w:val="404040"/>
          <w:sz w:val="24"/>
          <w:rFonts w:ascii="Inter" w:hAnsi="Inter" w:eastAsia="Noto Sans CJK JP" w:cs="Noto Sans CJK JP"/>
        </w:rPr>
        <w:t>i</w:t>
      </w:r>
      <w:r>
        <w:rPr>
          <w:b/>
          <w:color w:val="404040"/>
          <w:sz w:val="24"/>
          <w:rFonts w:ascii="Inter" w:hAnsi="Inter" w:eastAsia="Noto Sans CJK JP" w:cs="Noto Sans CJK JP"/>
        </w:rPr>
        <w:t>t</w:t>
      </w:r>
      <w:r>
        <w:rPr>
          <w:b/>
          <w:color w:val="404040"/>
          <w:sz w:val="24"/>
          <w:rFonts w:ascii="Inter" w:hAnsi="Inter" w:eastAsia="Noto Sans CJK JP" w:cs="Noto Sans CJK JP"/>
        </w:rPr>
        <w:t>i</w:t>
      </w:r>
      <w:r>
        <w:rPr>
          <w:b/>
          <w:color w:val="404040"/>
          <w:sz w:val="24"/>
          <w:rFonts w:ascii="Inter" w:hAnsi="Inter" w:eastAsia="Noto Sans CJK JP" w:cs="Noto Sans CJK JP"/>
        </w:rPr>
        <w:t>o</w:t>
      </w:r>
      <w:r>
        <w:rPr>
          <w:b/>
          <w:color w:val="404040"/>
          <w:sz w:val="24"/>
          <w:rFonts w:ascii="Inter" w:hAnsi="Inter" w:eastAsia="Noto Sans CJK JP" w:cs="Noto Sans CJK JP"/>
        </w:rPr>
        <w:t>n</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h</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e</w:t>
      </w:r>
      <w:r>
        <w:rPr>
          <w:b/>
          <w:color w:val="404040"/>
          <w:sz w:val="24"/>
          <w:rFonts w:ascii="Inter" w:hAnsi="Inter" w:eastAsia="Noto Sans CJK JP" w:cs="Noto Sans CJK JP"/>
        </w:rPr>
        <w:t>l</w:t>
      </w:r>
      <w:r>
        <w:rPr>
          <w:b/>
          <w:color w:val="404040"/>
          <w:sz w:val="24"/>
          <w:rFonts w:ascii="Inter" w:hAnsi="Inter" w:eastAsia="Noto Sans CJK JP" w:cs="Noto Sans CJK JP"/>
        </w:rPr>
        <w:t>e</w:t>
      </w:r>
      <w:r>
        <w:rPr>
          <w:b/>
          <w:color w:val="404040"/>
          <w:sz w:val="24"/>
          <w:rFonts w:ascii="Inter" w:hAnsi="Inter" w:eastAsia="Noto Sans CJK JP" w:cs="Noto Sans CJK JP"/>
        </w:rPr>
        <w:t>c</w:t>
      </w:r>
      <w:r>
        <w:rPr>
          <w:b/>
          <w:color w:val="404040"/>
          <w:sz w:val="24"/>
          <w:rFonts w:ascii="Inter" w:hAnsi="Inter" w:eastAsia="Noto Sans CJK JP" w:cs="Noto Sans CJK JP"/>
        </w:rPr>
        <w:t>t</w:t>
      </w:r>
      <w:r>
        <w:rPr>
          <w:b/>
          <w:color w:val="404040"/>
          <w:sz w:val="24"/>
          <w:rFonts w:ascii="Inter" w:hAnsi="Inter" w:eastAsia="Noto Sans CJK JP" w:cs="Noto Sans CJK JP"/>
        </w:rPr>
        <w:t>r</w:t>
      </w:r>
      <w:r>
        <w:rPr>
          <w:b/>
          <w:color w:val="404040"/>
          <w:sz w:val="24"/>
          <w:rFonts w:ascii="Inter" w:hAnsi="Inter" w:eastAsia="Noto Sans CJK JP" w:cs="Noto Sans CJK JP"/>
        </w:rPr>
        <w:t>o</w:t>
      </w:r>
      <w:r>
        <w:rPr>
          <w:b/>
          <w:color w:val="404040"/>
          <w:sz w:val="24"/>
          <w:rFonts w:ascii="Inter" w:hAnsi="Inter" w:eastAsia="Noto Sans CJK JP" w:cs="Noto Sans CJK JP"/>
        </w:rPr>
        <w:t>d</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f</w:t>
      </w:r>
      <w:r>
        <w:rPr>
          <w:b/>
          <w:color w:val="404040"/>
          <w:sz w:val="24"/>
          <w:rFonts w:ascii="Inter" w:hAnsi="Inter" w:eastAsia="Noto Sans CJK JP" w:cs="Noto Sans CJK JP"/>
        </w:rPr>
        <w:t>o</w:t>
      </w:r>
      <w:r>
        <w:rPr>
          <w:b/>
          <w:color w:val="404040"/>
          <w:sz w:val="24"/>
          <w:rFonts w:ascii="Inter" w:hAnsi="Inter" w:eastAsia="Noto Sans CJK JP" w:cs="Noto Sans CJK JP"/>
        </w:rPr>
        <w:t>r</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w</w:t>
      </w:r>
      <w:r>
        <w:rPr>
          <w:b/>
          <w:color w:val="404040"/>
          <w:sz w:val="24"/>
          <w:rFonts w:ascii="Inter" w:hAnsi="Inter" w:eastAsia="Noto Sans CJK JP" w:cs="Noto Sans CJK JP"/>
        </w:rPr>
        <w:t>e</w:t>
      </w:r>
      <w:r>
        <w:rPr>
          <w:b/>
          <w:color w:val="404040"/>
          <w:sz w:val="24"/>
          <w:rFonts w:ascii="Inter" w:hAnsi="Inter" w:eastAsia="Noto Sans CJK JP" w:cs="Noto Sans CJK JP"/>
        </w:rPr>
        <w:t>l</w:t>
      </w:r>
      <w:r>
        <w:rPr>
          <w:b/>
          <w:color w:val="404040"/>
          <w:sz w:val="24"/>
          <w:rFonts w:ascii="Inter" w:hAnsi="Inter" w:eastAsia="Noto Sans CJK JP" w:cs="Noto Sans CJK JP"/>
        </w:rPr>
        <w:t>d</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g</w:t>
      </w:r>
      <w:r>
        <w:rPr>
          <w:b/>
          <w:color w:val="404040"/>
          <w:sz w:val="24"/>
          <w:rFonts w:ascii="Inter" w:hAnsi="Inter" w:eastAsia="Noto Sans CJK JP" w:cs="Noto Sans CJK JP"/>
        </w:rPr>
        <w:t>.</w:t>
      </w:r>
      <w:r>
        <w:rPr>
          <w:color w:val="404040"/>
          <w:sz w:val="24"/>
          <w:rFonts w:ascii="Inter" w:hAnsi="Inter" w:eastAsia="Noto Sans CJK JP" w:cs="Noto Sans CJK JP"/>
        </w:rPr>
        <w:br/>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h</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y</w:t>
      </w:r>
      <w:r>
        <w:rPr>
          <w:color w:val="404040"/>
          <w:sz w:val="24"/>
          <w:rFonts w:ascii="Inter" w:hAnsi="Inter" w:eastAsia="Noto Sans CJK JP" w:cs="Noto Sans CJK JP"/>
        </w:rPr>
        <w:t>d</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j</w:t>
      </w:r>
      <w:r>
        <w:rPr>
          <w:color w:val="404040"/>
          <w:sz w:val="24"/>
          <w:rFonts w:ascii="Inter" w:hAnsi="Inter" w:eastAsia="Noto Sans CJK JP" w:cs="Noto Sans CJK JP"/>
        </w:rPr>
        <w:t>o</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n</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w:t>
      </w:r>
    </w:p>
    <w:p>
      <w:pPr/>
      <w:r>
        <w:rPr>
          <w:b/>
          <w:color w:val="404040"/>
          <w:sz w:val="24"/>
          <w:rFonts w:ascii="Inter" w:hAnsi="Inter" w:eastAsia="Noto Sans CJK JP" w:cs="Noto Sans CJK JP"/>
        </w:rPr>
        <w:t>2</w:t>
      </w:r>
      <w:r>
        <w:rPr>
          <w:b/>
          <w:color w:val="404040"/>
          <w:sz w:val="24"/>
          <w:rFonts w:ascii="Inter" w:hAnsi="Inter" w:eastAsia="Noto Sans CJK JP" w:cs="Noto Sans CJK JP"/>
        </w:rPr>
        <w:t>5</w:t>
      </w:r>
      <w:r>
        <w:rPr>
          <w:b/>
          <w:color w:val="404040"/>
          <w:sz w:val="24"/>
          <w:rFonts w:ascii="Inter" w:hAnsi="Inter" w:eastAsia="Noto Sans CJK JP" w:cs="Noto Sans CJK JP"/>
        </w:rPr>
        <w: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s</w:t>
      </w:r>
      <w:r>
        <w:rPr>
          <w:b/>
          <w:color w:val="404040"/>
          <w:sz w:val="24"/>
          <w:rFonts w:ascii="Inter" w:hAnsi="Inter" w:eastAsia="Noto Sans CJK JP" w:cs="Noto Sans CJK JP"/>
        </w:rPr>
        <w:t>p</w:t>
      </w:r>
      <w:r>
        <w:rPr>
          <w:b/>
          <w:color w:val="404040"/>
          <w:sz w:val="24"/>
          <w:rFonts w:ascii="Inter" w:hAnsi="Inter" w:eastAsia="Noto Sans CJK JP" w:cs="Noto Sans CJK JP"/>
        </w:rPr>
        <w:t>e</w:t>
      </w:r>
      <w:r>
        <w:rPr>
          <w:b/>
          <w:color w:val="404040"/>
          <w:sz w:val="24"/>
          <w:rFonts w:ascii="Inter" w:hAnsi="Inter" w:eastAsia="Noto Sans CJK JP" w:cs="Noto Sans CJK JP"/>
        </w:rPr>
        <w:t>c</w:t>
      </w:r>
      <w:r>
        <w:rPr>
          <w:b/>
          <w:color w:val="404040"/>
          <w:sz w:val="24"/>
          <w:rFonts w:ascii="Inter" w:hAnsi="Inter" w:eastAsia="Noto Sans CJK JP" w:cs="Noto Sans CJK JP"/>
        </w:rPr>
        <w:t>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h</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w</w:t>
      </w:r>
      <w:r>
        <w:rPr>
          <w:b/>
          <w:color w:val="404040"/>
          <w:sz w:val="24"/>
          <w:rFonts w:ascii="Inter" w:hAnsi="Inter" w:eastAsia="Noto Sans CJK JP" w:cs="Noto Sans CJK JP"/>
        </w:rPr>
        <w:t>e</w:t>
      </w:r>
      <w:r>
        <w:rPr>
          <w:b/>
          <w:color w:val="404040"/>
          <w:sz w:val="24"/>
          <w:rFonts w:ascii="Inter" w:hAnsi="Inter" w:eastAsia="Noto Sans CJK JP" w:cs="Noto Sans CJK JP"/>
        </w:rPr>
        <w:t>l</w:t>
      </w:r>
      <w:r>
        <w:rPr>
          <w:b/>
          <w:color w:val="404040"/>
          <w:sz w:val="24"/>
          <w:rFonts w:ascii="Inter" w:hAnsi="Inter" w:eastAsia="Noto Sans CJK JP" w:cs="Noto Sans CJK JP"/>
        </w:rPr>
        <w:t>d</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j</w:t>
      </w:r>
      <w:r>
        <w:rPr>
          <w:b/>
          <w:color w:val="404040"/>
          <w:sz w:val="24"/>
          <w:rFonts w:ascii="Inter" w:hAnsi="Inter" w:eastAsia="Noto Sans CJK JP" w:cs="Noto Sans CJK JP"/>
        </w:rPr>
        <w:t>o</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b</w:t>
      </w:r>
      <w:r>
        <w:rPr>
          <w:b/>
          <w:color w:val="404040"/>
          <w:sz w:val="24"/>
          <w:rFonts w:ascii="Inter" w:hAnsi="Inter" w:eastAsia="Noto Sans CJK JP" w:cs="Noto Sans CJK JP"/>
        </w:rPr>
        <w:t>e</w:t>
      </w:r>
      <w:r>
        <w:rPr>
          <w:b/>
          <w:color w:val="404040"/>
          <w:sz w:val="24"/>
          <w:rFonts w:ascii="Inter" w:hAnsi="Inter" w:eastAsia="Noto Sans CJK JP" w:cs="Noto Sans CJK JP"/>
        </w:rPr>
        <w:t>f</w:t>
      </w:r>
      <w:r>
        <w:rPr>
          <w:b/>
          <w:color w:val="404040"/>
          <w:sz w:val="24"/>
          <w:rFonts w:ascii="Inter" w:hAnsi="Inter" w:eastAsia="Noto Sans CJK JP" w:cs="Noto Sans CJK JP"/>
        </w:rPr>
        <w:t>o</w:t>
      </w:r>
      <w:r>
        <w:rPr>
          <w:b/>
          <w:color w:val="404040"/>
          <w:sz w:val="24"/>
          <w:rFonts w:ascii="Inter" w:hAnsi="Inter" w:eastAsia="Noto Sans CJK JP" w:cs="Noto Sans CJK JP"/>
        </w:rPr>
        <w:t>r</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w</w:t>
      </w:r>
      <w:r>
        <w:rPr>
          <w:b/>
          <w:color w:val="404040"/>
          <w:sz w:val="24"/>
          <w:rFonts w:ascii="Inter" w:hAnsi="Inter" w:eastAsia="Noto Sans CJK JP" w:cs="Noto Sans CJK JP"/>
        </w:rPr>
        <w:t>e</w:t>
      </w:r>
      <w:r>
        <w:rPr>
          <w:b/>
          <w:color w:val="404040"/>
          <w:sz w:val="24"/>
          <w:rFonts w:ascii="Inter" w:hAnsi="Inter" w:eastAsia="Noto Sans CJK JP" w:cs="Noto Sans CJK JP"/>
        </w:rPr>
        <w:t>l</w:t>
      </w:r>
      <w:r>
        <w:rPr>
          <w:b/>
          <w:color w:val="404040"/>
          <w:sz w:val="24"/>
          <w:rFonts w:ascii="Inter" w:hAnsi="Inter" w:eastAsia="Noto Sans CJK JP" w:cs="Noto Sans CJK JP"/>
        </w:rPr>
        <w:t>d</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g</w:t>
      </w:r>
      <w:r>
        <w:rPr>
          <w:b/>
          <w:color w:val="404040"/>
          <w:sz w:val="24"/>
          <w:rFonts w:ascii="Inter" w:hAnsi="Inter" w:eastAsia="Noto Sans CJK JP" w:cs="Noto Sans CJK JP"/>
        </w:rPr>
        <w:t>.</w:t>
      </w:r>
      <w:r>
        <w:rPr>
          <w:color w:val="404040"/>
          <w:sz w:val="24"/>
          <w:rFonts w:ascii="Inter" w:hAnsi="Inter" w:eastAsia="Noto Sans CJK JP" w:cs="Noto Sans CJK JP"/>
        </w:rPr>
        <w:br/>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j</w:t>
      </w:r>
      <w:r>
        <w:rPr>
          <w:color w:val="404040"/>
          <w:sz w:val="24"/>
          <w:rFonts w:ascii="Inter" w:hAnsi="Inter" w:eastAsia="Noto Sans CJK JP" w:cs="Noto Sans CJK JP"/>
        </w:rPr>
        <w:t>o</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j</w:t>
      </w:r>
      <w:r>
        <w:rPr>
          <w:color w:val="404040"/>
          <w:sz w:val="24"/>
          <w:rFonts w:ascii="Inter" w:hAnsi="Inter" w:eastAsia="Noto Sans CJK JP" w:cs="Noto Sans CJK JP"/>
        </w:rPr>
        <w:t>o</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w:t>
      </w:r>
    </w:p>
    <w:p>
      <w:pPr/>
      <w:r>
        <w:rPr>
          <w:b/>
          <w:color w:val="404040"/>
          <w:sz w:val="24"/>
          <w:rFonts w:ascii="Inter" w:hAnsi="Inter" w:eastAsia="Noto Sans CJK JP" w:cs="Noto Sans CJK JP"/>
        </w:rPr>
        <w:t>2</w:t>
      </w:r>
      <w:r>
        <w:rPr>
          <w:b/>
          <w:color w:val="404040"/>
          <w:sz w:val="24"/>
          <w:rFonts w:ascii="Inter" w:hAnsi="Inter" w:eastAsia="Noto Sans CJK JP" w:cs="Noto Sans CJK JP"/>
        </w:rPr>
        <w:t>6</w:t>
      </w:r>
      <w:r>
        <w:rPr>
          <w:b/>
          <w:color w:val="404040"/>
          <w:sz w:val="24"/>
          <w:rFonts w:ascii="Inter" w:hAnsi="Inter" w:eastAsia="Noto Sans CJK JP" w:cs="Noto Sans CJK JP"/>
        </w:rPr>
        <w: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N</w:t>
      </w:r>
      <w:r>
        <w:rPr>
          <w:b/>
          <w:color w:val="404040"/>
          <w:sz w:val="24"/>
          <w:rFonts w:ascii="Inter" w:hAnsi="Inter" w:eastAsia="Noto Sans CJK JP" w:cs="Noto Sans CJK JP"/>
        </w:rPr>
        <w:t>o</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h</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f</w:t>
      </w:r>
      <w:r>
        <w:rPr>
          <w:b/>
          <w:color w:val="404040"/>
          <w:sz w:val="24"/>
          <w:rFonts w:ascii="Inter" w:hAnsi="Inter" w:eastAsia="Noto Sans CJK JP" w:cs="Noto Sans CJK JP"/>
        </w:rPr>
        <w:t>i</w:t>
      </w:r>
      <w:r>
        <w:rPr>
          <w:b/>
          <w:color w:val="404040"/>
          <w:sz w:val="24"/>
          <w:rFonts w:ascii="Inter" w:hAnsi="Inter" w:eastAsia="Noto Sans CJK JP" w:cs="Noto Sans CJK JP"/>
        </w:rPr>
        <w:t>e</w:t>
      </w:r>
      <w:r>
        <w:rPr>
          <w:b/>
          <w:color w:val="404040"/>
          <w:sz w:val="24"/>
          <w:rFonts w:ascii="Inter" w:hAnsi="Inter" w:eastAsia="Noto Sans CJK JP" w:cs="Noto Sans CJK JP"/>
        </w:rPr>
        <w:t>l</w:t>
      </w:r>
      <w:r>
        <w:rPr>
          <w:b/>
          <w:color w:val="404040"/>
          <w:sz w:val="24"/>
          <w:rFonts w:ascii="Inter" w:hAnsi="Inter" w:eastAsia="Noto Sans CJK JP" w:cs="Noto Sans CJK JP"/>
        </w:rPr>
        <w:t>d</w:t>
      </w:r>
      <w:r>
        <w:rPr>
          <w:b/>
          <w:color w:val="404040"/>
          <w:sz w:val="24"/>
          <w:rFonts w:ascii="Inter" w:hAnsi="Inter" w:eastAsia="Noto Sans CJK JP" w:cs="Noto Sans CJK JP"/>
        </w:rPr>
        <w:t>-</w:t>
      </w:r>
      <w:r>
        <w:rPr>
          <w:b/>
          <w:color w:val="404040"/>
          <w:sz w:val="24"/>
          <w:rFonts w:ascii="Inter" w:hAnsi="Inter" w:eastAsia="Noto Sans CJK JP" w:cs="Noto Sans CJK JP"/>
        </w:rPr>
        <w:t>r</w:t>
      </w:r>
      <w:r>
        <w:rPr>
          <w:b/>
          <w:color w:val="404040"/>
          <w:sz w:val="24"/>
          <w:rFonts w:ascii="Inter" w:hAnsi="Inter" w:eastAsia="Noto Sans CJK JP" w:cs="Noto Sans CJK JP"/>
        </w:rPr>
        <w:t>e</w:t>
      </w:r>
      <w:r>
        <w:rPr>
          <w:b/>
          <w:color w:val="404040"/>
          <w:sz w:val="24"/>
          <w:rFonts w:ascii="Inter" w:hAnsi="Inter" w:eastAsia="Noto Sans CJK JP" w:cs="Noto Sans CJK JP"/>
        </w:rPr>
        <w:t>p</w:t>
      </w:r>
      <w:r>
        <w:rPr>
          <w:b/>
          <w:color w:val="404040"/>
          <w:sz w:val="24"/>
          <w:rFonts w:ascii="Inter" w:hAnsi="Inter" w:eastAsia="Noto Sans CJK JP" w:cs="Noto Sans CJK JP"/>
        </w:rPr>
        <w:t>a</w:t>
      </w:r>
      <w:r>
        <w:rPr>
          <w:b/>
          <w:color w:val="404040"/>
          <w:sz w:val="24"/>
          <w:rFonts w:ascii="Inter" w:hAnsi="Inter" w:eastAsia="Noto Sans CJK JP" w:cs="Noto Sans CJK JP"/>
        </w:rPr>
        <w:t>i</w:t>
      </w:r>
      <w:r>
        <w:rPr>
          <w:b/>
          <w:color w:val="404040"/>
          <w:sz w:val="24"/>
          <w:rFonts w:ascii="Inter" w:hAnsi="Inter" w:eastAsia="Noto Sans CJK JP" w:cs="Noto Sans CJK JP"/>
        </w:rPr>
        <w:t>r</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c</w:t>
      </w:r>
      <w:r>
        <w:rPr>
          <w:b/>
          <w:color w:val="404040"/>
          <w:sz w:val="24"/>
          <w:rFonts w:ascii="Inter" w:hAnsi="Inter" w:eastAsia="Noto Sans CJK JP" w:cs="Noto Sans CJK JP"/>
        </w:rPr>
        <w:t>o</w:t>
      </w:r>
      <w:r>
        <w:rPr>
          <w:b/>
          <w:color w:val="404040"/>
          <w:sz w:val="24"/>
          <w:rFonts w:ascii="Inter" w:hAnsi="Inter" w:eastAsia="Noto Sans CJK JP" w:cs="Noto Sans CJK JP"/>
        </w:rPr>
        <w:t>n</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x</w:t>
      </w:r>
      <w:r>
        <w:rPr>
          <w:b/>
          <w:color w:val="404040"/>
          <w:sz w:val="24"/>
          <w:rFonts w:ascii="Inter" w:hAnsi="Inter" w:eastAsia="Noto Sans CJK JP" w:cs="Noto Sans CJK JP"/>
        </w:rPr>
        <w:t>t</w:t>
      </w:r>
      <w:r>
        <w:rPr>
          <w:b/>
          <w:color w:val="404040"/>
          <w:sz w:val="24"/>
          <w:rFonts w:ascii="Inter" w:hAnsi="Inter" w:eastAsia="Noto Sans CJK JP" w:cs="Noto Sans CJK JP"/>
        </w:rPr>
        <w:t>.</w:t>
      </w:r>
      <w:r>
        <w:rPr>
          <w:color w:val="404040"/>
          <w:sz w:val="24"/>
          <w:rFonts w:ascii="Inter" w:hAnsi="Inter" w:eastAsia="Noto Sans CJK JP" w:cs="Noto Sans CJK JP"/>
        </w:rPr>
        <w:br/>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k</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i</w:t>
      </w:r>
      <w:r>
        <w:rPr>
          <w:color w:val="404040"/>
          <w:sz w:val="24"/>
          <w:rFonts w:ascii="Inter" w:hAnsi="Inter" w:eastAsia="Noto Sans CJK JP" w:cs="Noto Sans CJK JP"/>
        </w:rPr>
        <w:t>p</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w:t>
      </w:r>
    </w:p>
    <w:p>
      <w:pPr>
        <w:keepNext/>
        <w:keepLines/>
      </w:pPr>
      <w:r>
        <w:rPr>
          <w:b/>
          <w:color w:val="404040"/>
          <w:sz w:val="24"/>
          <w:rFonts w:ascii="Inter" w:hAnsi="Inter" w:eastAsia="Noto Sans CJK JP" w:cs="Noto Sans CJK JP"/>
        </w:rPr>
        <w:t>2</w:t>
      </w:r>
      <w:r>
        <w:rPr>
          <w:b/>
          <w:color w:val="404040"/>
          <w:sz w:val="24"/>
          <w:rFonts w:ascii="Inter" w:hAnsi="Inter" w:eastAsia="Noto Sans CJK JP" w:cs="Noto Sans CJK JP"/>
        </w:rPr>
        <w:t>7</w:t>
      </w:r>
      <w:r>
        <w:rPr>
          <w:b/>
          <w:color w:val="404040"/>
          <w:sz w:val="24"/>
          <w:rFonts w:ascii="Inter" w:hAnsi="Inter" w:eastAsia="Noto Sans CJK JP" w:cs="Noto Sans CJK JP"/>
        </w:rPr>
        <w: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B</w:t>
      </w:r>
      <w:r>
        <w:rPr>
          <w:b/>
          <w:color w:val="404040"/>
          <w:sz w:val="24"/>
          <w:rFonts w:ascii="Inter" w:hAnsi="Inter" w:eastAsia="Noto Sans CJK JP" w:cs="Noto Sans CJK JP"/>
        </w:rPr>
        <w:t>e</w:t>
      </w:r>
      <w:r>
        <w:rPr>
          <w:b/>
          <w:color w:val="404040"/>
          <w:sz w:val="24"/>
          <w:rFonts w:ascii="Inter" w:hAnsi="Inter" w:eastAsia="Noto Sans CJK JP" w:cs="Noto Sans CJK JP"/>
        </w:rPr>
        <w:t>g</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h</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f</w:t>
      </w:r>
      <w:r>
        <w:rPr>
          <w:b/>
          <w:color w:val="404040"/>
          <w:sz w:val="24"/>
          <w:rFonts w:ascii="Inter" w:hAnsi="Inter" w:eastAsia="Noto Sans CJK JP" w:cs="Noto Sans CJK JP"/>
        </w:rPr>
        <w:t>i</w:t>
      </w:r>
      <w:r>
        <w:rPr>
          <w:b/>
          <w:color w:val="404040"/>
          <w:sz w:val="24"/>
          <w:rFonts w:ascii="Inter" w:hAnsi="Inter" w:eastAsia="Noto Sans CJK JP" w:cs="Noto Sans CJK JP"/>
        </w:rPr>
        <w:t>r</w:t>
      </w:r>
      <w:r>
        <w:rPr>
          <w:b/>
          <w:color w:val="404040"/>
          <w:sz w:val="24"/>
          <w:rFonts w:ascii="Inter" w:hAnsi="Inter" w:eastAsia="Noto Sans CJK JP" w:cs="Noto Sans CJK JP"/>
        </w:rPr>
        <w:t>s</w:t>
      </w:r>
      <w:r>
        <w:rPr>
          <w:b/>
          <w:color w:val="404040"/>
          <w:sz w:val="24"/>
          <w:rFonts w:ascii="Inter" w:hAnsi="Inter" w:eastAsia="Noto Sans CJK JP" w:cs="Noto Sans CJK JP"/>
        </w:rPr>
        <w:t>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w</w:t>
      </w:r>
      <w:r>
        <w:rPr>
          <w:b/>
          <w:color w:val="404040"/>
          <w:sz w:val="24"/>
          <w:rFonts w:ascii="Inter" w:hAnsi="Inter" w:eastAsia="Noto Sans CJK JP" w:cs="Noto Sans CJK JP"/>
        </w:rPr>
        <w:t>e</w:t>
      </w:r>
      <w:r>
        <w:rPr>
          <w:b/>
          <w:color w:val="404040"/>
          <w:sz w:val="24"/>
          <w:rFonts w:ascii="Inter" w:hAnsi="Inter" w:eastAsia="Noto Sans CJK JP" w:cs="Noto Sans CJK JP"/>
        </w:rPr>
        <w:t>l</w:t>
      </w:r>
      <w:r>
        <w:rPr>
          <w:b/>
          <w:color w:val="404040"/>
          <w:sz w:val="24"/>
          <w:rFonts w:ascii="Inter" w:hAnsi="Inter" w:eastAsia="Noto Sans CJK JP" w:cs="Noto Sans CJK JP"/>
        </w:rPr>
        <w:t>d</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p</w:t>
      </w:r>
      <w:r>
        <w:rPr>
          <w:b/>
          <w:color w:val="404040"/>
          <w:sz w:val="24"/>
          <w:rFonts w:ascii="Inter" w:hAnsi="Inter" w:eastAsia="Noto Sans CJK JP" w:cs="Noto Sans CJK JP"/>
        </w:rPr>
        <w:t>a</w:t>
      </w:r>
      <w:r>
        <w:rPr>
          <w:b/>
          <w:color w:val="404040"/>
          <w:sz w:val="24"/>
          <w:rFonts w:ascii="Inter" w:hAnsi="Inter" w:eastAsia="Noto Sans CJK JP" w:cs="Noto Sans CJK JP"/>
        </w:rPr>
        <w:t>s</w:t>
      </w:r>
      <w:r>
        <w:rPr>
          <w:b/>
          <w:color w:val="404040"/>
          <w:sz w:val="24"/>
          <w:rFonts w:ascii="Inter" w:hAnsi="Inter" w:eastAsia="Noto Sans CJK JP" w:cs="Noto Sans CJK JP"/>
        </w:rPr>
        <w:t>s</w:t>
      </w:r>
      <w:r>
        <w:rPr>
          <w:b/>
          <w:color w:val="404040"/>
          <w:sz w:val="24"/>
          <w:rFonts w:ascii="Inter" w:hAnsi="Inter" w:eastAsia="Noto Sans CJK JP" w:cs="Noto Sans CJK JP"/>
        </w:rPr>
        <w:t>.</w:t>
      </w:r>
      <w:r>
        <w:rPr>
          <w:color w:val="404040"/>
          <w:sz w:val="24"/>
          <w:rFonts w:ascii="Inter" w:hAnsi="Inter" w:eastAsia="Noto Sans CJK JP" w:cs="Noto Sans CJK JP"/>
        </w:rPr>
        <w:br/>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c</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j</w:t>
      </w:r>
      <w:r>
        <w:rPr>
          <w:color w:val="404040"/>
          <w:sz w:val="24"/>
          <w:rFonts w:ascii="Inter" w:hAnsi="Inter" w:eastAsia="Noto Sans CJK JP" w:cs="Noto Sans CJK JP"/>
        </w:rPr>
        <w:t>o</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h</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v</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8</w:t>
      </w:r>
      <w:r>
        <w:rPr>
          <w:color w:val="404040"/>
          <w:sz w:val="24"/>
          <w:rFonts w:ascii="Inter" w:hAnsi="Inter" w:eastAsia="Noto Sans CJK JP" w:cs="Noto Sans CJK JP"/>
        </w:rPr>
        <w:t>7</w:t>
      </w:r>
      <w:r>
        <w:rPr>
          <w:color w:val="404040"/>
          <w:sz w:val="24"/>
          <w:rFonts w:ascii="Inter" w:hAnsi="Inter" w:eastAsia="Noto Sans CJK JP" w:cs="Noto Sans CJK JP"/>
        </w:rPr>
        <w:t>A</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1</w:t>
      </w:r>
      <w:r>
        <w:rPr>
          <w:color w:val="404040"/>
          <w:sz w:val="24"/>
          <w:rFonts w:ascii="Inter" w:hAnsi="Inter" w:eastAsia="Noto Sans CJK JP" w:cs="Noto Sans CJK JP"/>
        </w:rPr>
        <w:t>9</w:t>
      </w:r>
      <w:r>
        <w:rPr>
          <w:color w:val="404040"/>
          <w:sz w:val="24"/>
          <w:rFonts w:ascii="Inter" w:hAnsi="Inter" w:eastAsia="Noto Sans CJK JP" w:cs="Noto Sans CJK JP"/>
        </w:rPr>
        <w:t>.</w:t>
      </w:r>
      <w:r>
        <w:rPr>
          <w:color w:val="404040"/>
          <w:sz w:val="24"/>
          <w:rFonts w:ascii="Inter" w:hAnsi="Inter" w:eastAsia="Noto Sans CJK JP" w:cs="Noto Sans CJK JP"/>
        </w:rPr>
        <w:t>2</w:t>
      </w:r>
      <w:r>
        <w:rPr>
          <w:color w:val="404040"/>
          <w:sz w:val="24"/>
          <w:rFonts w:ascii="Inter" w:hAnsi="Inter" w:eastAsia="Noto Sans CJK JP" w:cs="Noto Sans CJK JP"/>
        </w:rPr>
        <w:t>V</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c</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y</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16" name="Picture 16"/>
            <wp:cNvGraphicFramePr>
              <a:graphicFrameLocks noChangeAspect="1"/>
            </wp:cNvGraphicFramePr>
            <a:graphic>
              <a:graphicData uri="http://schemas.openxmlformats.org/drawingml/2006/picture">
                <pic:pic>
                  <pic:nvPicPr>
                    <pic:cNvPr id="0" name="image.jpg"/>
                    <pic:cNvPicPr/>
                  </pic:nvPicPr>
                  <pic:blipFill>
                    <a:blip r:embed="rId20"/>
                    <a:stretch>
                      <a:fillRect/>
                    </a:stretch>
                  </pic:blipFill>
                  <pic:spPr>
                    <a:xfrm>
                      <a:off x="0" y="0"/>
                      <a:ext cx="5328000" cy="3041655"/>
                    </a:xfrm>
                    <a:prstGeom prst="rect"/>
                  </pic:spPr>
                </pic:pic>
              </a:graphicData>
            </a:graphic>
          </wp:inline>
        </w:drawing>
      </w:r>
    </w:p>
    <w:p>
      <w:pPr>
        <w:pStyle w:val="Caption"/>
        <w:jc w:val="center"/>
      </w:pPr>
      <w:r>
        <w:rPr>
          <w:b/>
          <w:color w:val="404040"/>
        </w:rPr>
        <w:t>Close-up of the metal joint with tack welds visible on the perforated welding table.</w:t>
      </w:r>
    </w:p>
    <w:p>
      <w:pPr/>
      <w:r>
        <w:rPr>
          <w:b/>
          <w:color w:val="404040"/>
          <w:sz w:val="24"/>
          <w:rFonts w:ascii="Inter" w:hAnsi="Inter" w:eastAsia="Noto Sans CJK JP" w:cs="Noto Sans CJK JP"/>
        </w:rPr>
        <w:t>2</w:t>
      </w:r>
      <w:r>
        <w:rPr>
          <w:b/>
          <w:color w:val="404040"/>
          <w:sz w:val="24"/>
          <w:rFonts w:ascii="Inter" w:hAnsi="Inter" w:eastAsia="Noto Sans CJK JP" w:cs="Noto Sans CJK JP"/>
        </w:rPr>
        <w:t>8</w:t>
      </w:r>
      <w:r>
        <w:rPr>
          <w:b/>
          <w:color w:val="404040"/>
          <w:sz w:val="24"/>
          <w:rFonts w:ascii="Inter" w:hAnsi="Inter" w:eastAsia="Noto Sans CJK JP" w:cs="Noto Sans CJK JP"/>
        </w:rPr>
        <w: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E</w:t>
      </w:r>
      <w:r>
        <w:rPr>
          <w:b/>
          <w:color w:val="404040"/>
          <w:sz w:val="24"/>
          <w:rFonts w:ascii="Inter" w:hAnsi="Inter" w:eastAsia="Noto Sans CJK JP" w:cs="Noto Sans CJK JP"/>
        </w:rPr>
        <w:t>v</w:t>
      </w:r>
      <w:r>
        <w:rPr>
          <w:b/>
          <w:color w:val="404040"/>
          <w:sz w:val="24"/>
          <w:rFonts w:ascii="Inter" w:hAnsi="Inter" w:eastAsia="Noto Sans CJK JP" w:cs="Noto Sans CJK JP"/>
        </w:rPr>
        <w:t>a</w:t>
      </w:r>
      <w:r>
        <w:rPr>
          <w:b/>
          <w:color w:val="404040"/>
          <w:sz w:val="24"/>
          <w:rFonts w:ascii="Inter" w:hAnsi="Inter" w:eastAsia="Noto Sans CJK JP" w:cs="Noto Sans CJK JP"/>
        </w:rPr>
        <w:t>l</w:t>
      </w:r>
      <w:r>
        <w:rPr>
          <w:b/>
          <w:color w:val="404040"/>
          <w:sz w:val="24"/>
          <w:rFonts w:ascii="Inter" w:hAnsi="Inter" w:eastAsia="Noto Sans CJK JP" w:cs="Noto Sans CJK JP"/>
        </w:rPr>
        <w:t>u</w:t>
      </w:r>
      <w:r>
        <w:rPr>
          <w:b/>
          <w:color w:val="404040"/>
          <w:sz w:val="24"/>
          <w:rFonts w:ascii="Inter" w:hAnsi="Inter" w:eastAsia="Noto Sans CJK JP" w:cs="Noto Sans CJK JP"/>
        </w:rPr>
        <w:t>a</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h</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i</w:t>
      </w:r>
      <w:r>
        <w:rPr>
          <w:b/>
          <w:color w:val="404040"/>
          <w:sz w:val="24"/>
          <w:rFonts w:ascii="Inter" w:hAnsi="Inter" w:eastAsia="Noto Sans CJK JP" w:cs="Noto Sans CJK JP"/>
        </w:rPr>
        <w:t>t</w:t>
      </w:r>
      <w:r>
        <w:rPr>
          <w:b/>
          <w:color w:val="404040"/>
          <w:sz w:val="24"/>
          <w:rFonts w:ascii="Inter" w:hAnsi="Inter" w:eastAsia="Noto Sans CJK JP" w:cs="Noto Sans CJK JP"/>
        </w:rPr>
        <w:t>i</w:t>
      </w:r>
      <w:r>
        <w:rPr>
          <w:b/>
          <w:color w:val="404040"/>
          <w:sz w:val="24"/>
          <w:rFonts w:ascii="Inter" w:hAnsi="Inter" w:eastAsia="Noto Sans CJK JP" w:cs="Noto Sans CJK JP"/>
        </w:rPr>
        <w:t>a</w:t>
      </w:r>
      <w:r>
        <w:rPr>
          <w:b/>
          <w:color w:val="404040"/>
          <w:sz w:val="24"/>
          <w:rFonts w:ascii="Inter" w:hAnsi="Inter" w:eastAsia="Noto Sans CJK JP" w:cs="Noto Sans CJK JP"/>
        </w:rPr>
        <w:t>l</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w</w:t>
      </w:r>
      <w:r>
        <w:rPr>
          <w:b/>
          <w:color w:val="404040"/>
          <w:sz w:val="24"/>
          <w:rFonts w:ascii="Inter" w:hAnsi="Inter" w:eastAsia="Noto Sans CJK JP" w:cs="Noto Sans CJK JP"/>
        </w:rPr>
        <w:t>e</w:t>
      </w:r>
      <w:r>
        <w:rPr>
          <w:b/>
          <w:color w:val="404040"/>
          <w:sz w:val="24"/>
          <w:rFonts w:ascii="Inter" w:hAnsi="Inter" w:eastAsia="Noto Sans CJK JP" w:cs="Noto Sans CJK JP"/>
        </w:rPr>
        <w:t>l</w:t>
      </w:r>
      <w:r>
        <w:rPr>
          <w:b/>
          <w:color w:val="404040"/>
          <w:sz w:val="24"/>
          <w:rFonts w:ascii="Inter" w:hAnsi="Inter" w:eastAsia="Noto Sans CJK JP" w:cs="Noto Sans CJK JP"/>
        </w:rPr>
        <w:t>d</w:t>
      </w:r>
      <w:r>
        <w:rPr>
          <w:b/>
          <w:color w:val="404040"/>
          <w:sz w:val="24"/>
          <w:rFonts w:ascii="Inter" w:hAnsi="Inter" w:eastAsia="Noto Sans CJK JP" w:cs="Noto Sans CJK JP"/>
        </w:rPr>
        <w:t>.</w:t>
      </w:r>
      <w:r>
        <w:rPr>
          <w:color w:val="404040"/>
          <w:sz w:val="24"/>
          <w:rFonts w:ascii="Inter" w:hAnsi="Inter" w:eastAsia="Noto Sans CJK JP" w:cs="Noto Sans CJK JP"/>
        </w:rPr>
        <w:br/>
      </w:r>
      <w:r>
        <w:rPr>
          <w:color w:val="404040"/>
          <w:sz w:val="24"/>
          <w:rFonts w:ascii="Inter" w:hAnsi="Inter" w:eastAsia="Noto Sans CJK JP" w:cs="Noto Sans CJK JP"/>
        </w:rPr>
        <w:t>A</w:t>
      </w:r>
      <w:r>
        <w:rPr>
          <w:color w:val="404040"/>
          <w:sz w:val="24"/>
          <w:rFonts w:ascii="Inter" w:hAnsi="Inter" w:eastAsia="Noto Sans CJK JP" w:cs="Noto Sans CJK JP"/>
        </w:rPr>
        <w:t>f</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t</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g</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j</w:t>
      </w:r>
      <w:r>
        <w:rPr>
          <w:color w:val="404040"/>
          <w:sz w:val="24"/>
          <w:rFonts w:ascii="Inter" w:hAnsi="Inter" w:eastAsia="Noto Sans CJK JP" w:cs="Noto Sans CJK JP"/>
        </w:rPr>
        <w:t>o</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h</w:t>
      </w:r>
      <w:r>
        <w:rPr>
          <w:color w:val="404040"/>
          <w:sz w:val="24"/>
          <w:rFonts w:ascii="Inter" w:hAnsi="Inter" w:eastAsia="Noto Sans CJK JP" w:cs="Noto Sans CJK JP"/>
        </w:rPr>
        <w:t>t</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w:t>
      </w:r>
    </w:p>
    <w:p>
      <w:pPr/>
      <w:r>
        <w:rPr>
          <w:b/>
          <w:color w:val="404040"/>
          <w:sz w:val="24"/>
          <w:rFonts w:ascii="Inter" w:hAnsi="Inter" w:eastAsia="Noto Sans CJK JP" w:cs="Noto Sans CJK JP"/>
        </w:rPr>
        <w:t>2</w:t>
      </w:r>
      <w:r>
        <w:rPr>
          <w:b/>
          <w:color w:val="404040"/>
          <w:sz w:val="24"/>
          <w:rFonts w:ascii="Inter" w:hAnsi="Inter" w:eastAsia="Noto Sans CJK JP" w:cs="Noto Sans CJK JP"/>
        </w:rPr>
        <w:t>9</w:t>
      </w:r>
      <w:r>
        <w:rPr>
          <w:b/>
          <w:color w:val="404040"/>
          <w:sz w:val="24"/>
          <w:rFonts w:ascii="Inter" w:hAnsi="Inter" w:eastAsia="Noto Sans CJK JP" w:cs="Noto Sans CJK JP"/>
        </w:rPr>
        <w: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P</w:t>
      </w:r>
      <w:r>
        <w:rPr>
          <w:b/>
          <w:color w:val="404040"/>
          <w:sz w:val="24"/>
          <w:rFonts w:ascii="Inter" w:hAnsi="Inter" w:eastAsia="Noto Sans CJK JP" w:cs="Noto Sans CJK JP"/>
        </w:rPr>
        <w:t>r</w:t>
      </w:r>
      <w:r>
        <w:rPr>
          <w:b/>
          <w:color w:val="404040"/>
          <w:sz w:val="24"/>
          <w:rFonts w:ascii="Inter" w:hAnsi="Inter" w:eastAsia="Noto Sans CJK JP" w:cs="Noto Sans CJK JP"/>
        </w:rPr>
        <w:t>e</w:t>
      </w:r>
      <w:r>
        <w:rPr>
          <w:b/>
          <w:color w:val="404040"/>
          <w:sz w:val="24"/>
          <w:rFonts w:ascii="Inter" w:hAnsi="Inter" w:eastAsia="Noto Sans CJK JP" w:cs="Noto Sans CJK JP"/>
        </w:rPr>
        <w:t>p</w:t>
      </w:r>
      <w:r>
        <w:rPr>
          <w:b/>
          <w:color w:val="404040"/>
          <w:sz w:val="24"/>
          <w:rFonts w:ascii="Inter" w:hAnsi="Inter" w:eastAsia="Noto Sans CJK JP" w:cs="Noto Sans CJK JP"/>
        </w:rPr>
        <w:t>a</w:t>
      </w:r>
      <w:r>
        <w:rPr>
          <w:b/>
          <w:color w:val="404040"/>
          <w:sz w:val="24"/>
          <w:rFonts w:ascii="Inter" w:hAnsi="Inter" w:eastAsia="Noto Sans CJK JP" w:cs="Noto Sans CJK JP"/>
        </w:rPr>
        <w:t>r</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f</w:t>
      </w:r>
      <w:r>
        <w:rPr>
          <w:b/>
          <w:color w:val="404040"/>
          <w:sz w:val="24"/>
          <w:rFonts w:ascii="Inter" w:hAnsi="Inter" w:eastAsia="Noto Sans CJK JP" w:cs="Noto Sans CJK JP"/>
        </w:rPr>
        <w:t>o</w:t>
      </w:r>
      <w:r>
        <w:rPr>
          <w:b/>
          <w:color w:val="404040"/>
          <w:sz w:val="24"/>
          <w:rFonts w:ascii="Inter" w:hAnsi="Inter" w:eastAsia="Noto Sans CJK JP" w:cs="Noto Sans CJK JP"/>
        </w:rPr>
        <w:t>r</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h</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s</w:t>
      </w:r>
      <w:r>
        <w:rPr>
          <w:b/>
          <w:color w:val="404040"/>
          <w:sz w:val="24"/>
          <w:rFonts w:ascii="Inter" w:hAnsi="Inter" w:eastAsia="Noto Sans CJK JP" w:cs="Noto Sans CJK JP"/>
        </w:rPr>
        <w:t>e</w:t>
      </w:r>
      <w:r>
        <w:rPr>
          <w:b/>
          <w:color w:val="404040"/>
          <w:sz w:val="24"/>
          <w:rFonts w:ascii="Inter" w:hAnsi="Inter" w:eastAsia="Noto Sans CJK JP" w:cs="Noto Sans CJK JP"/>
        </w:rPr>
        <w:t>c</w:t>
      </w:r>
      <w:r>
        <w:rPr>
          <w:b/>
          <w:color w:val="404040"/>
          <w:sz w:val="24"/>
          <w:rFonts w:ascii="Inter" w:hAnsi="Inter" w:eastAsia="Noto Sans CJK JP" w:cs="Noto Sans CJK JP"/>
        </w:rPr>
        <w:t>o</w:t>
      </w:r>
      <w:r>
        <w:rPr>
          <w:b/>
          <w:color w:val="404040"/>
          <w:sz w:val="24"/>
          <w:rFonts w:ascii="Inter" w:hAnsi="Inter" w:eastAsia="Noto Sans CJK JP" w:cs="Noto Sans CJK JP"/>
        </w:rPr>
        <w:t>n</w:t>
      </w:r>
      <w:r>
        <w:rPr>
          <w:b/>
          <w:color w:val="404040"/>
          <w:sz w:val="24"/>
          <w:rFonts w:ascii="Inter" w:hAnsi="Inter" w:eastAsia="Noto Sans CJK JP" w:cs="Noto Sans CJK JP"/>
        </w:rPr>
        <w:t>d</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w</w:t>
      </w:r>
      <w:r>
        <w:rPr>
          <w:b/>
          <w:color w:val="404040"/>
          <w:sz w:val="24"/>
          <w:rFonts w:ascii="Inter" w:hAnsi="Inter" w:eastAsia="Noto Sans CJK JP" w:cs="Noto Sans CJK JP"/>
        </w:rPr>
        <w:t>e</w:t>
      </w:r>
      <w:r>
        <w:rPr>
          <w:b/>
          <w:color w:val="404040"/>
          <w:sz w:val="24"/>
          <w:rFonts w:ascii="Inter" w:hAnsi="Inter" w:eastAsia="Noto Sans CJK JP" w:cs="Noto Sans CJK JP"/>
        </w:rPr>
        <w:t>l</w:t>
      </w:r>
      <w:r>
        <w:rPr>
          <w:b/>
          <w:color w:val="404040"/>
          <w:sz w:val="24"/>
          <w:rFonts w:ascii="Inter" w:hAnsi="Inter" w:eastAsia="Noto Sans CJK JP" w:cs="Noto Sans CJK JP"/>
        </w:rPr>
        <w:t>d</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p</w:t>
      </w:r>
      <w:r>
        <w:rPr>
          <w:b/>
          <w:color w:val="404040"/>
          <w:sz w:val="24"/>
          <w:rFonts w:ascii="Inter" w:hAnsi="Inter" w:eastAsia="Noto Sans CJK JP" w:cs="Noto Sans CJK JP"/>
        </w:rPr>
        <w:t>a</w:t>
      </w:r>
      <w:r>
        <w:rPr>
          <w:b/>
          <w:color w:val="404040"/>
          <w:sz w:val="24"/>
          <w:rFonts w:ascii="Inter" w:hAnsi="Inter" w:eastAsia="Noto Sans CJK JP" w:cs="Noto Sans CJK JP"/>
        </w:rPr>
        <w:t>s</w:t>
      </w:r>
      <w:r>
        <w:rPr>
          <w:b/>
          <w:color w:val="404040"/>
          <w:sz w:val="24"/>
          <w:rFonts w:ascii="Inter" w:hAnsi="Inter" w:eastAsia="Noto Sans CJK JP" w:cs="Noto Sans CJK JP"/>
        </w:rPr>
        <w:t>s</w:t>
      </w:r>
      <w:r>
        <w:rPr>
          <w:b/>
          <w:color w:val="404040"/>
          <w:sz w:val="24"/>
          <w:rFonts w:ascii="Inter" w:hAnsi="Inter" w:eastAsia="Noto Sans CJK JP" w:cs="Noto Sans CJK JP"/>
        </w:rPr>
        <w:t>.</w:t>
      </w:r>
      <w:r>
        <w:rPr>
          <w:color w:val="404040"/>
          <w:sz w:val="24"/>
          <w:rFonts w:ascii="Inter" w:hAnsi="Inter" w:eastAsia="Noto Sans CJK JP" w:cs="Noto Sans CJK JP"/>
        </w:rPr>
        <w:br/>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j</w:t>
      </w:r>
      <w:r>
        <w:rPr>
          <w:color w:val="404040"/>
          <w:sz w:val="24"/>
          <w:rFonts w:ascii="Inter" w:hAnsi="Inter" w:eastAsia="Noto Sans CJK JP" w:cs="Noto Sans CJK JP"/>
        </w:rPr>
        <w:t>o</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y</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x</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w:t>
      </w:r>
    </w:p>
    <w:p>
      <w:pPr/>
      <w:r>
        <w:rPr>
          <w:b/>
          <w:color w:val="404040"/>
          <w:sz w:val="24"/>
          <w:rFonts w:ascii="Inter" w:hAnsi="Inter" w:eastAsia="Noto Sans CJK JP" w:cs="Noto Sans CJK JP"/>
        </w:rPr>
        <w:t>3</w:t>
      </w:r>
      <w:r>
        <w:rPr>
          <w:b/>
          <w:color w:val="404040"/>
          <w:sz w:val="24"/>
          <w:rFonts w:ascii="Inter" w:hAnsi="Inter" w:eastAsia="Noto Sans CJK JP" w:cs="Noto Sans CJK JP"/>
        </w:rPr>
        <w:t>0</w:t>
      </w:r>
      <w:r>
        <w:rPr>
          <w:b/>
          <w:color w:val="404040"/>
          <w:sz w:val="24"/>
          <w:rFonts w:ascii="Inter" w:hAnsi="Inter" w:eastAsia="Noto Sans CJK JP" w:cs="Noto Sans CJK JP"/>
        </w:rPr>
        <w: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P</w:t>
      </w:r>
      <w:r>
        <w:rPr>
          <w:b/>
          <w:color w:val="404040"/>
          <w:sz w:val="24"/>
          <w:rFonts w:ascii="Inter" w:hAnsi="Inter" w:eastAsia="Noto Sans CJK JP" w:cs="Noto Sans CJK JP"/>
        </w:rPr>
        <w:t>a</w:t>
      </w:r>
      <w:r>
        <w:rPr>
          <w:b/>
          <w:color w:val="404040"/>
          <w:sz w:val="24"/>
          <w:rFonts w:ascii="Inter" w:hAnsi="Inter" w:eastAsia="Noto Sans CJK JP" w:cs="Noto Sans CJK JP"/>
        </w:rPr>
        <w:t>u</w:t>
      </w:r>
      <w:r>
        <w:rPr>
          <w:b/>
          <w:color w:val="404040"/>
          <w:sz w:val="24"/>
          <w:rFonts w:ascii="Inter" w:hAnsi="Inter" w:eastAsia="Noto Sans CJK JP" w:cs="Noto Sans CJK JP"/>
        </w:rPr>
        <w:t>s</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a</w:t>
      </w:r>
      <w:r>
        <w:rPr>
          <w:b/>
          <w:color w:val="404040"/>
          <w:sz w:val="24"/>
          <w:rFonts w:ascii="Inter" w:hAnsi="Inter" w:eastAsia="Noto Sans CJK JP" w:cs="Noto Sans CJK JP"/>
        </w:rPr>
        <w:t>n</w:t>
      </w:r>
      <w:r>
        <w:rPr>
          <w:b/>
          <w:color w:val="404040"/>
          <w:sz w:val="24"/>
          <w:rFonts w:ascii="Inter" w:hAnsi="Inter" w:eastAsia="Noto Sans CJK JP" w:cs="Noto Sans CJK JP"/>
        </w:rPr>
        <w:t>d</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l</w:t>
      </w:r>
      <w:r>
        <w:rPr>
          <w:b/>
          <w:color w:val="404040"/>
          <w:sz w:val="24"/>
          <w:rFonts w:ascii="Inter" w:hAnsi="Inter" w:eastAsia="Noto Sans CJK JP" w:cs="Noto Sans CJK JP"/>
        </w:rPr>
        <w:t>e</w:t>
      </w:r>
      <w:r>
        <w:rPr>
          <w:b/>
          <w:color w:val="404040"/>
          <w:sz w:val="24"/>
          <w:rFonts w:ascii="Inter" w:hAnsi="Inter" w:eastAsia="Noto Sans CJK JP" w:cs="Noto Sans CJK JP"/>
        </w:rPr>
        <w:t>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h</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j</w:t>
      </w:r>
      <w:r>
        <w:rPr>
          <w:b/>
          <w:color w:val="404040"/>
          <w:sz w:val="24"/>
          <w:rFonts w:ascii="Inter" w:hAnsi="Inter" w:eastAsia="Noto Sans CJK JP" w:cs="Noto Sans CJK JP"/>
        </w:rPr>
        <w:t>o</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c</w:t>
      </w:r>
      <w:r>
        <w:rPr>
          <w:b/>
          <w:color w:val="404040"/>
          <w:sz w:val="24"/>
          <w:rFonts w:ascii="Inter" w:hAnsi="Inter" w:eastAsia="Noto Sans CJK JP" w:cs="Noto Sans CJK JP"/>
        </w:rPr>
        <w:t>o</w:t>
      </w:r>
      <w:r>
        <w:rPr>
          <w:b/>
          <w:color w:val="404040"/>
          <w:sz w:val="24"/>
          <w:rFonts w:ascii="Inter" w:hAnsi="Inter" w:eastAsia="Noto Sans CJK JP" w:cs="Noto Sans CJK JP"/>
        </w:rPr>
        <w:t>o</w:t>
      </w:r>
      <w:r>
        <w:rPr>
          <w:b/>
          <w:color w:val="404040"/>
          <w:sz w:val="24"/>
          <w:rFonts w:ascii="Inter" w:hAnsi="Inter" w:eastAsia="Noto Sans CJK JP" w:cs="Noto Sans CJK JP"/>
        </w:rPr>
        <w:t>l</w:t>
      </w:r>
      <w:r>
        <w:rPr>
          <w:b/>
          <w:color w:val="404040"/>
          <w:sz w:val="24"/>
          <w:rFonts w:ascii="Inter" w:hAnsi="Inter" w:eastAsia="Noto Sans CJK JP" w:cs="Noto Sans CJK JP"/>
        </w:rPr>
        <w:t>.</w:t>
      </w:r>
      <w:r>
        <w:rPr>
          <w:color w:val="404040"/>
          <w:sz w:val="24"/>
          <w:rFonts w:ascii="Inter" w:hAnsi="Inter" w:eastAsia="Noto Sans CJK JP" w:cs="Noto Sans CJK JP"/>
        </w:rPr>
        <w:br/>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j</w:t>
      </w:r>
      <w:r>
        <w:rPr>
          <w:color w:val="404040"/>
          <w:sz w:val="24"/>
          <w:rFonts w:ascii="Inter" w:hAnsi="Inter" w:eastAsia="Noto Sans CJK JP" w:cs="Noto Sans CJK JP"/>
        </w:rPr>
        <w:t>o</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K</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g</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z</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k</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w:t>
      </w:r>
    </w:p>
    <w:p>
      <w:pPr>
        <w:pStyle w:val="Heading2"/>
        <w:keepNext/>
        <w:keepLines/>
        <w:ind w:left="0"/>
        <w:outlineLvl w:val="1"/>
      </w:pPr>
      <w:r>
        <w:rPr>
          <w:b/>
          <w:color w:val="404040"/>
          <w:sz w:val="28"/>
          <w:rFonts w:ascii="Inter" w:hAnsi="Inter" w:eastAsia="Noto Sans CJK JP" w:cs="Noto Sans CJK JP"/>
        </w:rPr>
        <w:t>Cleaning and evaluating the first weld</w:t>
      </w:r>
    </w:p>
    <w:p>
      <w:pPr/>
      <w:r>
        <w:rPr>
          <w:b/>
          <w:color w:val="404040"/>
          <w:sz w:val="24"/>
          <w:rFonts w:ascii="Inter" w:hAnsi="Inter" w:eastAsia="Noto Sans CJK JP" w:cs="Noto Sans CJK JP"/>
        </w:rPr>
        <w:t>3</w:t>
      </w:r>
      <w:r>
        <w:rPr>
          <w:b/>
          <w:color w:val="404040"/>
          <w:sz w:val="24"/>
          <w:rFonts w:ascii="Inter" w:hAnsi="Inter" w:eastAsia="Noto Sans CJK JP" w:cs="Noto Sans CJK JP"/>
        </w:rPr>
        <w:t>1</w:t>
      </w:r>
      <w:r>
        <w:rPr>
          <w:b/>
          <w:color w:val="404040"/>
          <w:sz w:val="24"/>
          <w:rFonts w:ascii="Inter" w:hAnsi="Inter" w:eastAsia="Noto Sans CJK JP" w:cs="Noto Sans CJK JP"/>
        </w:rPr>
        <w: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s</w:t>
      </w:r>
      <w:r>
        <w:rPr>
          <w:b/>
          <w:color w:val="404040"/>
          <w:sz w:val="24"/>
          <w:rFonts w:ascii="Inter" w:hAnsi="Inter" w:eastAsia="Noto Sans CJK JP" w:cs="Noto Sans CJK JP"/>
        </w:rPr>
        <w:t>p</w:t>
      </w:r>
      <w:r>
        <w:rPr>
          <w:b/>
          <w:color w:val="404040"/>
          <w:sz w:val="24"/>
          <w:rFonts w:ascii="Inter" w:hAnsi="Inter" w:eastAsia="Noto Sans CJK JP" w:cs="Noto Sans CJK JP"/>
        </w:rPr>
        <w:t>e</w:t>
      </w:r>
      <w:r>
        <w:rPr>
          <w:b/>
          <w:color w:val="404040"/>
          <w:sz w:val="24"/>
          <w:rFonts w:ascii="Inter" w:hAnsi="Inter" w:eastAsia="Noto Sans CJK JP" w:cs="Noto Sans CJK JP"/>
        </w:rPr>
        <w:t>c</w:t>
      </w:r>
      <w:r>
        <w:rPr>
          <w:b/>
          <w:color w:val="404040"/>
          <w:sz w:val="24"/>
          <w:rFonts w:ascii="Inter" w:hAnsi="Inter" w:eastAsia="Noto Sans CJK JP" w:cs="Noto Sans CJK JP"/>
        </w:rPr>
        <w:t>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h</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w</w:t>
      </w:r>
      <w:r>
        <w:rPr>
          <w:b/>
          <w:color w:val="404040"/>
          <w:sz w:val="24"/>
          <w:rFonts w:ascii="Inter" w:hAnsi="Inter" w:eastAsia="Noto Sans CJK JP" w:cs="Noto Sans CJK JP"/>
        </w:rPr>
        <w:t>e</w:t>
      </w:r>
      <w:r>
        <w:rPr>
          <w:b/>
          <w:color w:val="404040"/>
          <w:sz w:val="24"/>
          <w:rFonts w:ascii="Inter" w:hAnsi="Inter" w:eastAsia="Noto Sans CJK JP" w:cs="Noto Sans CJK JP"/>
        </w:rPr>
        <w:t>l</w:t>
      </w:r>
      <w:r>
        <w:rPr>
          <w:b/>
          <w:color w:val="404040"/>
          <w:sz w:val="24"/>
          <w:rFonts w:ascii="Inter" w:hAnsi="Inter" w:eastAsia="Noto Sans CJK JP" w:cs="Noto Sans CJK JP"/>
        </w:rPr>
        <w:t>d</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f</w:t>
      </w:r>
      <w:r>
        <w:rPr>
          <w:b/>
          <w:color w:val="404040"/>
          <w:sz w:val="24"/>
          <w:rFonts w:ascii="Inter" w:hAnsi="Inter" w:eastAsia="Noto Sans CJK JP" w:cs="Noto Sans CJK JP"/>
        </w:rPr>
        <w:t>o</w:t>
      </w:r>
      <w:r>
        <w:rPr>
          <w:b/>
          <w:color w:val="404040"/>
          <w:sz w:val="24"/>
          <w:rFonts w:ascii="Inter" w:hAnsi="Inter" w:eastAsia="Noto Sans CJK JP" w:cs="Noto Sans CJK JP"/>
        </w:rPr>
        <w:t>r</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c</w:t>
      </w:r>
      <w:r>
        <w:rPr>
          <w:b/>
          <w:color w:val="404040"/>
          <w:sz w:val="24"/>
          <w:rFonts w:ascii="Inter" w:hAnsi="Inter" w:eastAsia="Noto Sans CJK JP" w:cs="Noto Sans CJK JP"/>
        </w:rPr>
        <w:t>o</w:t>
      </w:r>
      <w:r>
        <w:rPr>
          <w:b/>
          <w:color w:val="404040"/>
          <w:sz w:val="24"/>
          <w:rFonts w:ascii="Inter" w:hAnsi="Inter" w:eastAsia="Noto Sans CJK JP" w:cs="Noto Sans CJK JP"/>
        </w:rPr>
        <w:t>n</w:t>
      </w:r>
      <w:r>
        <w:rPr>
          <w:b/>
          <w:color w:val="404040"/>
          <w:sz w:val="24"/>
          <w:rFonts w:ascii="Inter" w:hAnsi="Inter" w:eastAsia="Noto Sans CJK JP" w:cs="Noto Sans CJK JP"/>
        </w:rPr>
        <w:t>s</w:t>
      </w:r>
      <w:r>
        <w:rPr>
          <w:b/>
          <w:color w:val="404040"/>
          <w:sz w:val="24"/>
          <w:rFonts w:ascii="Inter" w:hAnsi="Inter" w:eastAsia="Noto Sans CJK JP" w:cs="Noto Sans CJK JP"/>
        </w:rPr>
        <w:t>i</w:t>
      </w:r>
      <w:r>
        <w:rPr>
          <w:b/>
          <w:color w:val="404040"/>
          <w:sz w:val="24"/>
          <w:rFonts w:ascii="Inter" w:hAnsi="Inter" w:eastAsia="Noto Sans CJK JP" w:cs="Noto Sans CJK JP"/>
        </w:rPr>
        <w:t>s</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n</w:t>
      </w:r>
      <w:r>
        <w:rPr>
          <w:b/>
          <w:color w:val="404040"/>
          <w:sz w:val="24"/>
          <w:rFonts w:ascii="Inter" w:hAnsi="Inter" w:eastAsia="Noto Sans CJK JP" w:cs="Noto Sans CJK JP"/>
        </w:rPr>
        <w:t>c</w:t>
      </w:r>
      <w:r>
        <w:rPr>
          <w:b/>
          <w:color w:val="404040"/>
          <w:sz w:val="24"/>
          <w:rFonts w:ascii="Inter" w:hAnsi="Inter" w:eastAsia="Noto Sans CJK JP" w:cs="Noto Sans CJK JP"/>
        </w:rPr>
        <w:t>i</w:t>
      </w:r>
      <w:r>
        <w:rPr>
          <w:b/>
          <w:color w:val="404040"/>
          <w:sz w:val="24"/>
          <w:rFonts w:ascii="Inter" w:hAnsi="Inter" w:eastAsia="Noto Sans CJK JP" w:cs="Noto Sans CJK JP"/>
        </w:rPr>
        <w:t>e</w:t>
      </w:r>
      <w:r>
        <w:rPr>
          <w:b/>
          <w:color w:val="404040"/>
          <w:sz w:val="24"/>
          <w:rFonts w:ascii="Inter" w:hAnsi="Inter" w:eastAsia="Noto Sans CJK JP" w:cs="Noto Sans CJK JP"/>
        </w:rPr>
        <w:t>s</w:t>
      </w:r>
      <w:r>
        <w:rPr>
          <w:b/>
          <w:color w:val="404040"/>
          <w:sz w:val="24"/>
          <w:rFonts w:ascii="Inter" w:hAnsi="Inter" w:eastAsia="Noto Sans CJK JP" w:cs="Noto Sans CJK JP"/>
        </w:rPr>
        <w:t>.</w:t>
      </w:r>
      <w:r>
        <w:rPr>
          <w:color w:val="404040"/>
          <w:sz w:val="24"/>
          <w:rFonts w:ascii="Inter" w:hAnsi="Inter" w:eastAsia="Noto Sans CJK JP" w:cs="Noto Sans CJK JP"/>
        </w:rPr>
        <w:br/>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o</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j</w:t>
      </w:r>
      <w:r>
        <w:rPr>
          <w:color w:val="404040"/>
          <w:sz w:val="24"/>
          <w:rFonts w:ascii="Inter" w:hAnsi="Inter" w:eastAsia="Noto Sans CJK JP" w:cs="Noto Sans CJK JP"/>
        </w:rPr>
        <w:t>o</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g</w:t>
      </w:r>
      <w:r>
        <w:rPr>
          <w:color w:val="404040"/>
          <w:sz w:val="24"/>
          <w:rFonts w:ascii="Inter" w:hAnsi="Inter" w:eastAsia="Noto Sans CJK JP" w:cs="Noto Sans CJK JP"/>
        </w:rPr>
        <w:t>h</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f</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w</w:t>
      </w:r>
      <w:r>
        <w:rPr>
          <w:color w:val="404040"/>
          <w:sz w:val="24"/>
          <w:rFonts w:ascii="Inter" w:hAnsi="Inter" w:eastAsia="Noto Sans CJK JP" w:cs="Noto Sans CJK JP"/>
        </w:rPr>
        <w:t>o</w:t>
      </w:r>
      <w:r>
        <w:rPr>
          <w:color w:val="404040"/>
          <w:sz w:val="24"/>
          <w:rFonts w:ascii="Inter" w:hAnsi="Inter" w:eastAsia="Noto Sans CJK JP" w:cs="Noto Sans CJK JP"/>
        </w:rPr>
        <w:t>-</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d</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g</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f</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t</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p</w:t>
      </w:r>
      <w:r>
        <w:rPr>
          <w:color w:val="404040"/>
          <w:sz w:val="24"/>
          <w:rFonts w:ascii="Inter" w:hAnsi="Inter" w:eastAsia="Noto Sans CJK JP" w:cs="Noto Sans CJK JP"/>
        </w:rPr>
        <w:t>p</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p</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w:t>
      </w:r>
    </w:p>
    <w:p>
      <w:pPr/>
      <w:r>
        <w:rPr>
          <w:b/>
          <w:color w:val="404040"/>
          <w:sz w:val="24"/>
          <w:rFonts w:ascii="Inter" w:hAnsi="Inter" w:eastAsia="Noto Sans CJK JP" w:cs="Noto Sans CJK JP"/>
        </w:rPr>
        <w:t>3</w:t>
      </w:r>
      <w:r>
        <w:rPr>
          <w:b/>
          <w:color w:val="404040"/>
          <w:sz w:val="24"/>
          <w:rFonts w:ascii="Inter" w:hAnsi="Inter" w:eastAsia="Noto Sans CJK JP" w:cs="Noto Sans CJK JP"/>
        </w:rPr>
        <w:t>2</w:t>
      </w:r>
      <w:r>
        <w:rPr>
          <w:b/>
          <w:color w:val="404040"/>
          <w:sz w:val="24"/>
          <w:rFonts w:ascii="Inter" w:hAnsi="Inter" w:eastAsia="Noto Sans CJK JP" w:cs="Noto Sans CJK JP"/>
        </w:rPr>
        <w: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R</w:t>
      </w:r>
      <w:r>
        <w:rPr>
          <w:b/>
          <w:color w:val="404040"/>
          <w:sz w:val="24"/>
          <w:rFonts w:ascii="Inter" w:hAnsi="Inter" w:eastAsia="Noto Sans CJK JP" w:cs="Noto Sans CJK JP"/>
        </w:rPr>
        <w:t>e</w:t>
      </w:r>
      <w:r>
        <w:rPr>
          <w:b/>
          <w:color w:val="404040"/>
          <w:sz w:val="24"/>
          <w:rFonts w:ascii="Inter" w:hAnsi="Inter" w:eastAsia="Noto Sans CJK JP" w:cs="Noto Sans CJK JP"/>
        </w:rPr>
        <w:t>m</w:t>
      </w:r>
      <w:r>
        <w:rPr>
          <w:b/>
          <w:color w:val="404040"/>
          <w:sz w:val="24"/>
          <w:rFonts w:ascii="Inter" w:hAnsi="Inter" w:eastAsia="Noto Sans CJK JP" w:cs="Noto Sans CJK JP"/>
        </w:rPr>
        <w:t>o</w:t>
      </w:r>
      <w:r>
        <w:rPr>
          <w:b/>
          <w:color w:val="404040"/>
          <w:sz w:val="24"/>
          <w:rFonts w:ascii="Inter" w:hAnsi="Inter" w:eastAsia="Noto Sans CJK JP" w:cs="Noto Sans CJK JP"/>
        </w:rPr>
        <w:t>v</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s</w:t>
      </w:r>
      <w:r>
        <w:rPr>
          <w:b/>
          <w:color w:val="404040"/>
          <w:sz w:val="24"/>
          <w:rFonts w:ascii="Inter" w:hAnsi="Inter" w:eastAsia="Noto Sans CJK JP" w:cs="Noto Sans CJK JP"/>
        </w:rPr>
        <w:t>p</w:t>
      </w:r>
      <w:r>
        <w:rPr>
          <w:b/>
          <w:color w:val="404040"/>
          <w:sz w:val="24"/>
          <w:rFonts w:ascii="Inter" w:hAnsi="Inter" w:eastAsia="Noto Sans CJK JP" w:cs="Noto Sans CJK JP"/>
        </w:rPr>
        <w:t>a</w:t>
      </w:r>
      <w:r>
        <w:rPr>
          <w:b/>
          <w:color w:val="404040"/>
          <w:sz w:val="24"/>
          <w:rFonts w:ascii="Inter" w:hAnsi="Inter" w:eastAsia="Noto Sans CJK JP" w:cs="Noto Sans CJK JP"/>
        </w:rPr>
        <w:t>t</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r</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f</w:t>
      </w:r>
      <w:r>
        <w:rPr>
          <w:b/>
          <w:color w:val="404040"/>
          <w:sz w:val="24"/>
          <w:rFonts w:ascii="Inter" w:hAnsi="Inter" w:eastAsia="Noto Sans CJK JP" w:cs="Noto Sans CJK JP"/>
        </w:rPr>
        <w:t>r</w:t>
      </w:r>
      <w:r>
        <w:rPr>
          <w:b/>
          <w:color w:val="404040"/>
          <w:sz w:val="24"/>
          <w:rFonts w:ascii="Inter" w:hAnsi="Inter" w:eastAsia="Noto Sans CJK JP" w:cs="Noto Sans CJK JP"/>
        </w:rPr>
        <w:t>o</w:t>
      </w:r>
      <w:r>
        <w:rPr>
          <w:b/>
          <w:color w:val="404040"/>
          <w:sz w:val="24"/>
          <w:rFonts w:ascii="Inter" w:hAnsi="Inter" w:eastAsia="Noto Sans CJK JP" w:cs="Noto Sans CJK JP"/>
        </w:rPr>
        <w:t>m</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h</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w</w:t>
      </w:r>
      <w:r>
        <w:rPr>
          <w:b/>
          <w:color w:val="404040"/>
          <w:sz w:val="24"/>
          <w:rFonts w:ascii="Inter" w:hAnsi="Inter" w:eastAsia="Noto Sans CJK JP" w:cs="Noto Sans CJK JP"/>
        </w:rPr>
        <w:t>e</w:t>
      </w:r>
      <w:r>
        <w:rPr>
          <w:b/>
          <w:color w:val="404040"/>
          <w:sz w:val="24"/>
          <w:rFonts w:ascii="Inter" w:hAnsi="Inter" w:eastAsia="Noto Sans CJK JP" w:cs="Noto Sans CJK JP"/>
        </w:rPr>
        <w:t>l</w:t>
      </w:r>
      <w:r>
        <w:rPr>
          <w:b/>
          <w:color w:val="404040"/>
          <w:sz w:val="24"/>
          <w:rFonts w:ascii="Inter" w:hAnsi="Inter" w:eastAsia="Noto Sans CJK JP" w:cs="Noto Sans CJK JP"/>
        </w:rPr>
        <w:t>d</w:t>
      </w:r>
      <w:r>
        <w:rPr>
          <w:b/>
          <w:color w:val="404040"/>
          <w:sz w:val="24"/>
          <w:rFonts w:ascii="Inter" w:hAnsi="Inter" w:eastAsia="Noto Sans CJK JP" w:cs="Noto Sans CJK JP"/>
        </w:rPr>
        <w:t>.</w:t>
      </w:r>
      <w:r>
        <w:rPr>
          <w:color w:val="404040"/>
          <w:sz w:val="24"/>
          <w:rFonts w:ascii="Inter" w:hAnsi="Inter" w:eastAsia="Noto Sans CJK JP" w:cs="Noto Sans CJK JP"/>
        </w:rPr>
        <w:br/>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p</w:t>
      </w:r>
      <w:r>
        <w:rPr>
          <w:color w:val="404040"/>
          <w:sz w:val="24"/>
          <w:rFonts w:ascii="Inter" w:hAnsi="Inter" w:eastAsia="Noto Sans CJK JP" w:cs="Noto Sans CJK JP"/>
        </w:rPr>
        <w:t>p</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K</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k</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y</w:t>
      </w:r>
      <w:r>
        <w:rPr>
          <w:color w:val="404040"/>
          <w:sz w:val="24"/>
          <w:rFonts w:ascii="Inter" w:hAnsi="Inter" w:eastAsia="Noto Sans CJK JP" w:cs="Noto Sans CJK JP"/>
        </w:rPr>
        <w:t>.</w:t>
      </w:r>
    </w:p>
    <w:p>
      <w:pPr/>
      <w:r>
        <w:rPr>
          <w:b/>
          <w:color w:val="404040"/>
          <w:sz w:val="24"/>
          <w:rFonts w:ascii="Inter" w:hAnsi="Inter" w:eastAsia="Noto Sans CJK JP" w:cs="Noto Sans CJK JP"/>
        </w:rPr>
        <w:t>3</w:t>
      </w:r>
      <w:r>
        <w:rPr>
          <w:b/>
          <w:color w:val="404040"/>
          <w:sz w:val="24"/>
          <w:rFonts w:ascii="Inter" w:hAnsi="Inter" w:eastAsia="Noto Sans CJK JP" w:cs="Noto Sans CJK JP"/>
        </w:rPr>
        <w:t>3</w:t>
      </w:r>
      <w:r>
        <w:rPr>
          <w:b/>
          <w:color w:val="404040"/>
          <w:sz w:val="24"/>
          <w:rFonts w:ascii="Inter" w:hAnsi="Inter" w:eastAsia="Noto Sans CJK JP" w:cs="Noto Sans CJK JP"/>
        </w:rPr>
        <w: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A</w:t>
      </w:r>
      <w:r>
        <w:rPr>
          <w:b/>
          <w:color w:val="404040"/>
          <w:sz w:val="24"/>
          <w:rFonts w:ascii="Inter" w:hAnsi="Inter" w:eastAsia="Noto Sans CJK JP" w:cs="Noto Sans CJK JP"/>
        </w:rPr>
        <w:t>s</w:t>
      </w:r>
      <w:r>
        <w:rPr>
          <w:b/>
          <w:color w:val="404040"/>
          <w:sz w:val="24"/>
          <w:rFonts w:ascii="Inter" w:hAnsi="Inter" w:eastAsia="Noto Sans CJK JP" w:cs="Noto Sans CJK JP"/>
        </w:rPr>
        <w:t>s</w:t>
      </w:r>
      <w:r>
        <w:rPr>
          <w:b/>
          <w:color w:val="404040"/>
          <w:sz w:val="24"/>
          <w:rFonts w:ascii="Inter" w:hAnsi="Inter" w:eastAsia="Noto Sans CJK JP" w:cs="Noto Sans CJK JP"/>
        </w:rPr>
        <w:t>e</w:t>
      </w:r>
      <w:r>
        <w:rPr>
          <w:b/>
          <w:color w:val="404040"/>
          <w:sz w:val="24"/>
          <w:rFonts w:ascii="Inter" w:hAnsi="Inter" w:eastAsia="Noto Sans CJK JP" w:cs="Noto Sans CJK JP"/>
        </w:rPr>
        <w:t>s</w:t>
      </w:r>
      <w:r>
        <w:rPr>
          <w:b/>
          <w:color w:val="404040"/>
          <w:sz w:val="24"/>
          <w:rFonts w:ascii="Inter" w:hAnsi="Inter" w:eastAsia="Noto Sans CJK JP" w:cs="Noto Sans CJK JP"/>
        </w:rPr>
        <w:t>s</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h</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p</w:t>
      </w:r>
      <w:r>
        <w:rPr>
          <w:b/>
          <w:color w:val="404040"/>
          <w:sz w:val="24"/>
          <w:rFonts w:ascii="Inter" w:hAnsi="Inter" w:eastAsia="Noto Sans CJK JP" w:cs="Noto Sans CJK JP"/>
        </w:rPr>
        <w:t>r</w:t>
      </w:r>
      <w:r>
        <w:rPr>
          <w:b/>
          <w:color w:val="404040"/>
          <w:sz w:val="24"/>
          <w:rFonts w:ascii="Inter" w:hAnsi="Inter" w:eastAsia="Noto Sans CJK JP" w:cs="Noto Sans CJK JP"/>
        </w:rPr>
        <w:t>e</w:t>
      </w:r>
      <w:r>
        <w:rPr>
          <w:b/>
          <w:color w:val="404040"/>
          <w:sz w:val="24"/>
          <w:rFonts w:ascii="Inter" w:hAnsi="Inter" w:eastAsia="Noto Sans CJK JP" w:cs="Noto Sans CJK JP"/>
        </w:rPr>
        <w:t>v</w:t>
      </w:r>
      <w:r>
        <w:rPr>
          <w:b/>
          <w:color w:val="404040"/>
          <w:sz w:val="24"/>
          <w:rFonts w:ascii="Inter" w:hAnsi="Inter" w:eastAsia="Noto Sans CJK JP" w:cs="Noto Sans CJK JP"/>
        </w:rPr>
        <w:t>i</w:t>
      </w:r>
      <w:r>
        <w:rPr>
          <w:b/>
          <w:color w:val="404040"/>
          <w:sz w:val="24"/>
          <w:rFonts w:ascii="Inter" w:hAnsi="Inter" w:eastAsia="Noto Sans CJK JP" w:cs="Noto Sans CJK JP"/>
        </w:rPr>
        <w:t>o</w:t>
      </w:r>
      <w:r>
        <w:rPr>
          <w:b/>
          <w:color w:val="404040"/>
          <w:sz w:val="24"/>
          <w:rFonts w:ascii="Inter" w:hAnsi="Inter" w:eastAsia="Noto Sans CJK JP" w:cs="Noto Sans CJK JP"/>
        </w:rPr>
        <w:t>u</w:t>
      </w:r>
      <w:r>
        <w:rPr>
          <w:b/>
          <w:color w:val="404040"/>
          <w:sz w:val="24"/>
          <w:rFonts w:ascii="Inter" w:hAnsi="Inter" w:eastAsia="Noto Sans CJK JP" w:cs="Noto Sans CJK JP"/>
        </w:rPr>
        <w:t>s</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p</w:t>
      </w:r>
      <w:r>
        <w:rPr>
          <w:b/>
          <w:color w:val="404040"/>
          <w:sz w:val="24"/>
          <w:rFonts w:ascii="Inter" w:hAnsi="Inter" w:eastAsia="Noto Sans CJK JP" w:cs="Noto Sans CJK JP"/>
        </w:rPr>
        <w:t>a</w:t>
      </w:r>
      <w:r>
        <w:rPr>
          <w:b/>
          <w:color w:val="404040"/>
          <w:sz w:val="24"/>
          <w:rFonts w:ascii="Inter" w:hAnsi="Inter" w:eastAsia="Noto Sans CJK JP" w:cs="Noto Sans CJK JP"/>
        </w:rPr>
        <w:t>s</w:t>
      </w:r>
      <w:r>
        <w:rPr>
          <w:b/>
          <w:color w:val="404040"/>
          <w:sz w:val="24"/>
          <w:rFonts w:ascii="Inter" w:hAnsi="Inter" w:eastAsia="Noto Sans CJK JP" w:cs="Noto Sans CJK JP"/>
        </w:rPr>
        <w:t>s</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b</w:t>
      </w:r>
      <w:r>
        <w:rPr>
          <w:b/>
          <w:color w:val="404040"/>
          <w:sz w:val="24"/>
          <w:rFonts w:ascii="Inter" w:hAnsi="Inter" w:eastAsia="Noto Sans CJK JP" w:cs="Noto Sans CJK JP"/>
        </w:rPr>
        <w:t>e</w:t>
      </w:r>
      <w:r>
        <w:rPr>
          <w:b/>
          <w:color w:val="404040"/>
          <w:sz w:val="24"/>
          <w:rFonts w:ascii="Inter" w:hAnsi="Inter" w:eastAsia="Noto Sans CJK JP" w:cs="Noto Sans CJK JP"/>
        </w:rPr>
        <w:t>f</w:t>
      </w:r>
      <w:r>
        <w:rPr>
          <w:b/>
          <w:color w:val="404040"/>
          <w:sz w:val="24"/>
          <w:rFonts w:ascii="Inter" w:hAnsi="Inter" w:eastAsia="Noto Sans CJK JP" w:cs="Noto Sans CJK JP"/>
        </w:rPr>
        <w:t>o</w:t>
      </w:r>
      <w:r>
        <w:rPr>
          <w:b/>
          <w:color w:val="404040"/>
          <w:sz w:val="24"/>
          <w:rFonts w:ascii="Inter" w:hAnsi="Inter" w:eastAsia="Noto Sans CJK JP" w:cs="Noto Sans CJK JP"/>
        </w:rPr>
        <w:t>r</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i</w:t>
      </w:r>
      <w:r>
        <w:rPr>
          <w:b/>
          <w:color w:val="404040"/>
          <w:sz w:val="24"/>
          <w:rFonts w:ascii="Inter" w:hAnsi="Inter" w:eastAsia="Noto Sans CJK JP" w:cs="Noto Sans CJK JP"/>
        </w:rPr>
        <w:t>m</w:t>
      </w:r>
      <w:r>
        <w:rPr>
          <w:b/>
          <w:color w:val="404040"/>
          <w:sz w:val="24"/>
          <w:rFonts w:ascii="Inter" w:hAnsi="Inter" w:eastAsia="Noto Sans CJK JP" w:cs="Noto Sans CJK JP"/>
        </w:rPr>
        <w:t>p</w:t>
      </w:r>
      <w:r>
        <w:rPr>
          <w:b/>
          <w:color w:val="404040"/>
          <w:sz w:val="24"/>
          <w:rFonts w:ascii="Inter" w:hAnsi="Inter" w:eastAsia="Noto Sans CJK JP" w:cs="Noto Sans CJK JP"/>
        </w:rPr>
        <w:t>r</w:t>
      </w:r>
      <w:r>
        <w:rPr>
          <w:b/>
          <w:color w:val="404040"/>
          <w:sz w:val="24"/>
          <w:rFonts w:ascii="Inter" w:hAnsi="Inter" w:eastAsia="Noto Sans CJK JP" w:cs="Noto Sans CJK JP"/>
        </w:rPr>
        <w:t>o</w:t>
      </w:r>
      <w:r>
        <w:rPr>
          <w:b/>
          <w:color w:val="404040"/>
          <w:sz w:val="24"/>
          <w:rFonts w:ascii="Inter" w:hAnsi="Inter" w:eastAsia="Noto Sans CJK JP" w:cs="Noto Sans CJK JP"/>
        </w:rPr>
        <w:t>v</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g</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h</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n</w:t>
      </w:r>
      <w:r>
        <w:rPr>
          <w:b/>
          <w:color w:val="404040"/>
          <w:sz w:val="24"/>
          <w:rFonts w:ascii="Inter" w:hAnsi="Inter" w:eastAsia="Noto Sans CJK JP" w:cs="Noto Sans CJK JP"/>
        </w:rPr>
        <w:t>e</w:t>
      </w:r>
      <w:r>
        <w:rPr>
          <w:b/>
          <w:color w:val="404040"/>
          <w:sz w:val="24"/>
          <w:rFonts w:ascii="Inter" w:hAnsi="Inter" w:eastAsia="Noto Sans CJK JP" w:cs="Noto Sans CJK JP"/>
        </w:rPr>
        <w:t>x</w:t>
      </w:r>
      <w:r>
        <w:rPr>
          <w:b/>
          <w:color w:val="404040"/>
          <w:sz w:val="24"/>
          <w:rFonts w:ascii="Inter" w:hAnsi="Inter" w:eastAsia="Noto Sans CJK JP" w:cs="Noto Sans CJK JP"/>
        </w:rPr>
        <w:t>t</w:t>
      </w:r>
      <w:r>
        <w:rPr>
          <w:b/>
          <w:color w:val="404040"/>
          <w:sz w:val="24"/>
          <w:rFonts w:ascii="Inter" w:hAnsi="Inter" w:eastAsia="Noto Sans CJK JP" w:cs="Noto Sans CJK JP"/>
        </w:rPr>
        <w:t>.</w:t>
      </w:r>
      <w:r>
        <w:rPr>
          <w:color w:val="404040"/>
          <w:sz w:val="24"/>
          <w:rFonts w:ascii="Inter" w:hAnsi="Inter" w:eastAsia="Noto Sans CJK JP" w:cs="Noto Sans CJK JP"/>
        </w:rPr>
        <w:br/>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b</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w:t>
      </w:r>
    </w:p>
    <w:p>
      <w:pPr>
        <w:keepNext/>
        <w:keepLines/>
      </w:pPr>
      <w:r>
        <w:rPr>
          <w:b/>
          <w:color w:val="404040"/>
          <w:sz w:val="24"/>
          <w:rFonts w:ascii="Inter" w:hAnsi="Inter" w:eastAsia="Noto Sans CJK JP" w:cs="Noto Sans CJK JP"/>
        </w:rPr>
        <w:t>3</w:t>
      </w:r>
      <w:r>
        <w:rPr>
          <w:b/>
          <w:color w:val="404040"/>
          <w:sz w:val="24"/>
          <w:rFonts w:ascii="Inter" w:hAnsi="Inter" w:eastAsia="Noto Sans CJK JP" w:cs="Noto Sans CJK JP"/>
        </w:rPr>
        <w:t>4</w:t>
      </w:r>
      <w:r>
        <w:rPr>
          <w:b/>
          <w:color w:val="404040"/>
          <w:sz w:val="24"/>
          <w:rFonts w:ascii="Inter" w:hAnsi="Inter" w:eastAsia="Noto Sans CJK JP" w:cs="Noto Sans CJK JP"/>
        </w:rPr>
        <w: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S</w:t>
      </w:r>
      <w:r>
        <w:rPr>
          <w:b/>
          <w:color w:val="404040"/>
          <w:sz w:val="24"/>
          <w:rFonts w:ascii="Inter" w:hAnsi="Inter" w:eastAsia="Noto Sans CJK JP" w:cs="Noto Sans CJK JP"/>
        </w:rPr>
        <w:t>e</w:t>
      </w:r>
      <w:r>
        <w:rPr>
          <w:b/>
          <w:color w:val="404040"/>
          <w:sz w:val="24"/>
          <w:rFonts w:ascii="Inter" w:hAnsi="Inter" w:eastAsia="Noto Sans CJK JP" w:cs="Noto Sans CJK JP"/>
        </w:rPr>
        <w:t>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u</w:t>
      </w:r>
      <w:r>
        <w:rPr>
          <w:b/>
          <w:color w:val="404040"/>
          <w:sz w:val="24"/>
          <w:rFonts w:ascii="Inter" w:hAnsi="Inter" w:eastAsia="Noto Sans CJK JP" w:cs="Noto Sans CJK JP"/>
        </w:rPr>
        <w:t>p</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f</w:t>
      </w:r>
      <w:r>
        <w:rPr>
          <w:b/>
          <w:color w:val="404040"/>
          <w:sz w:val="24"/>
          <w:rFonts w:ascii="Inter" w:hAnsi="Inter" w:eastAsia="Noto Sans CJK JP" w:cs="Noto Sans CJK JP"/>
        </w:rPr>
        <w:t>o</w:t>
      </w:r>
      <w:r>
        <w:rPr>
          <w:b/>
          <w:color w:val="404040"/>
          <w:sz w:val="24"/>
          <w:rFonts w:ascii="Inter" w:hAnsi="Inter" w:eastAsia="Noto Sans CJK JP" w:cs="Noto Sans CJK JP"/>
        </w:rPr>
        <w:t>r</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h</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n</w:t>
      </w:r>
      <w:r>
        <w:rPr>
          <w:b/>
          <w:color w:val="404040"/>
          <w:sz w:val="24"/>
          <w:rFonts w:ascii="Inter" w:hAnsi="Inter" w:eastAsia="Noto Sans CJK JP" w:cs="Noto Sans CJK JP"/>
        </w:rPr>
        <w:t>e</w:t>
      </w:r>
      <w:r>
        <w:rPr>
          <w:b/>
          <w:color w:val="404040"/>
          <w:sz w:val="24"/>
          <w:rFonts w:ascii="Inter" w:hAnsi="Inter" w:eastAsia="Noto Sans CJK JP" w:cs="Noto Sans CJK JP"/>
        </w:rPr>
        <w:t>x</w:t>
      </w:r>
      <w:r>
        <w:rPr>
          <w:b/>
          <w:color w:val="404040"/>
          <w:sz w:val="24"/>
          <w:rFonts w:ascii="Inter" w:hAnsi="Inter" w:eastAsia="Noto Sans CJK JP" w:cs="Noto Sans CJK JP"/>
        </w:rPr>
        <w:t>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w</w:t>
      </w:r>
      <w:r>
        <w:rPr>
          <w:b/>
          <w:color w:val="404040"/>
          <w:sz w:val="24"/>
          <w:rFonts w:ascii="Inter" w:hAnsi="Inter" w:eastAsia="Noto Sans CJK JP" w:cs="Noto Sans CJK JP"/>
        </w:rPr>
        <w:t>e</w:t>
      </w:r>
      <w:r>
        <w:rPr>
          <w:b/>
          <w:color w:val="404040"/>
          <w:sz w:val="24"/>
          <w:rFonts w:ascii="Inter" w:hAnsi="Inter" w:eastAsia="Noto Sans CJK JP" w:cs="Noto Sans CJK JP"/>
        </w:rPr>
        <w:t>l</w:t>
      </w:r>
      <w:r>
        <w:rPr>
          <w:b/>
          <w:color w:val="404040"/>
          <w:sz w:val="24"/>
          <w:rFonts w:ascii="Inter" w:hAnsi="Inter" w:eastAsia="Noto Sans CJK JP" w:cs="Noto Sans CJK JP"/>
        </w:rPr>
        <w:t>d</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p</w:t>
      </w:r>
      <w:r>
        <w:rPr>
          <w:b/>
          <w:color w:val="404040"/>
          <w:sz w:val="24"/>
          <w:rFonts w:ascii="Inter" w:hAnsi="Inter" w:eastAsia="Noto Sans CJK JP" w:cs="Noto Sans CJK JP"/>
        </w:rPr>
        <w:t>a</w:t>
      </w:r>
      <w:r>
        <w:rPr>
          <w:b/>
          <w:color w:val="404040"/>
          <w:sz w:val="24"/>
          <w:rFonts w:ascii="Inter" w:hAnsi="Inter" w:eastAsia="Noto Sans CJK JP" w:cs="Noto Sans CJK JP"/>
        </w:rPr>
        <w:t>s</w:t>
      </w:r>
      <w:r>
        <w:rPr>
          <w:b/>
          <w:color w:val="404040"/>
          <w:sz w:val="24"/>
          <w:rFonts w:ascii="Inter" w:hAnsi="Inter" w:eastAsia="Noto Sans CJK JP" w:cs="Noto Sans CJK JP"/>
        </w:rPr>
        <w:t>s</w:t>
      </w:r>
      <w:r>
        <w:rPr>
          <w:b/>
          <w:color w:val="404040"/>
          <w:sz w:val="24"/>
          <w:rFonts w:ascii="Inter" w:hAnsi="Inter" w:eastAsia="Noto Sans CJK JP" w:cs="Noto Sans CJK JP"/>
        </w:rPr>
        <w:t>.</w:t>
      </w:r>
      <w:r>
        <w:rPr>
          <w:color w:val="404040"/>
          <w:sz w:val="24"/>
          <w:rFonts w:ascii="Inter" w:hAnsi="Inter" w:eastAsia="Noto Sans CJK JP" w:cs="Noto Sans CJK JP"/>
        </w:rPr>
        <w:br/>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8</w:t>
      </w:r>
      <w:r>
        <w:rPr>
          <w:color w:val="404040"/>
          <w:sz w:val="24"/>
          <w:rFonts w:ascii="Inter" w:hAnsi="Inter" w:eastAsia="Noto Sans CJK JP" w:cs="Noto Sans CJK JP"/>
        </w:rPr>
        <w:t>5</w:t>
      </w:r>
      <w:r>
        <w:rPr>
          <w:color w:val="404040"/>
          <w:sz w:val="24"/>
          <w:rFonts w:ascii="Inter" w:hAnsi="Inter" w:eastAsia="Noto Sans CJK JP" w:cs="Noto Sans CJK JP"/>
        </w:rPr>
        <w:t>A</w:t>
      </w:r>
      <w:r>
        <w:rPr>
          <w:color w:val="404040"/>
          <w:sz w:val="24"/>
          <w:rFonts w:ascii="Inter" w:hAnsi="Inter" w:eastAsia="Noto Sans CJK JP" w:cs="Noto Sans CJK JP"/>
        </w:rPr>
        <w:t>/</w:t>
      </w:r>
      <w:r>
        <w:rPr>
          <w:color w:val="404040"/>
          <w:sz w:val="24"/>
          <w:rFonts w:ascii="Inter" w:hAnsi="Inter" w:eastAsia="Noto Sans CJK JP" w:cs="Noto Sans CJK JP"/>
        </w:rPr>
        <w:t>5</w:t>
      </w:r>
      <w:r>
        <w:rPr>
          <w:color w:val="404040"/>
          <w:sz w:val="24"/>
          <w:rFonts w:ascii="Inter" w:hAnsi="Inter" w:eastAsia="Noto Sans CJK JP" w:cs="Noto Sans CJK JP"/>
        </w:rPr>
        <w:t>2</w:t>
      </w:r>
      <w:r>
        <w:rPr>
          <w:color w:val="404040"/>
          <w:sz w:val="24"/>
          <w:rFonts w:ascii="Inter" w:hAnsi="Inter" w:eastAsia="Noto Sans CJK JP" w:cs="Noto Sans CJK JP"/>
        </w:rPr>
        <w:t>.</w:t>
      </w:r>
      <w:r>
        <w:rPr>
          <w:color w:val="404040"/>
          <w:sz w:val="24"/>
          <w:rFonts w:ascii="Inter" w:hAnsi="Inter" w:eastAsia="Noto Sans CJK JP" w:cs="Noto Sans CJK JP"/>
        </w:rPr>
        <w:t>0</w:t>
      </w:r>
      <w:r>
        <w:rPr>
          <w:color w:val="404040"/>
          <w:sz w:val="24"/>
          <w:rFonts w:ascii="Inter" w:hAnsi="Inter" w:eastAsia="Noto Sans CJK JP" w:cs="Noto Sans CJK JP"/>
        </w:rPr>
        <w:t>V</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17" name="Picture 17"/>
            <wp:cNvGraphicFramePr>
              <a:graphicFrameLocks noChangeAspect="1"/>
            </wp:cNvGraphicFramePr>
            <a:graphic>
              <a:graphicData uri="http://schemas.openxmlformats.org/drawingml/2006/picture">
                <pic:pic>
                  <pic:nvPicPr>
                    <pic:cNvPr id="0" name="image.jpg"/>
                    <pic:cNvPicPr/>
                  </pic:nvPicPr>
                  <pic:blipFill>
                    <a:blip r:embed="rId20"/>
                    <a:stretch>
                      <a:fillRect/>
                    </a:stretch>
                  </pic:blipFill>
                  <pic:spPr>
                    <a:xfrm>
                      <a:off x="0" y="0"/>
                      <a:ext cx="5328000" cy="3041655"/>
                    </a:xfrm>
                    <a:prstGeom prst="rect"/>
                  </pic:spPr>
                </pic:pic>
              </a:graphicData>
            </a:graphic>
          </wp:inline>
        </w:drawing>
      </w:r>
    </w:p>
    <w:p>
      <w:pPr>
        <w:pStyle w:val="Caption"/>
        <w:jc w:val="center"/>
      </w:pPr>
      <w:r>
        <w:rPr>
          <w:b/>
          <w:color w:val="404040"/>
        </w:rPr>
        <w:t>Split view showing the welding machine display at 87A/19.2V alongside a close-up of the active welding arc with visible sparks and molten metal.</w:t>
      </w:r>
    </w:p>
    <w:p>
      <w:pPr>
        <w:keepNext/>
        <w:keepLines/>
      </w:pPr>
      <w:r>
        <w:rPr>
          <w:b/>
          <w:color w:val="404040"/>
          <w:sz w:val="24"/>
          <w:rFonts w:ascii="Inter" w:hAnsi="Inter" w:eastAsia="Noto Sans CJK JP" w:cs="Noto Sans CJK JP"/>
        </w:rPr>
        <w:t>3</w:t>
      </w:r>
      <w:r>
        <w:rPr>
          <w:b/>
          <w:color w:val="404040"/>
          <w:sz w:val="24"/>
          <w:rFonts w:ascii="Inter" w:hAnsi="Inter" w:eastAsia="Noto Sans CJK JP" w:cs="Noto Sans CJK JP"/>
        </w:rPr>
        <w:t>5</w:t>
      </w:r>
      <w:r>
        <w:rPr>
          <w:b/>
          <w:color w:val="404040"/>
          <w:sz w:val="24"/>
          <w:rFonts w:ascii="Inter" w:hAnsi="Inter" w:eastAsia="Noto Sans CJK JP" w:cs="Noto Sans CJK JP"/>
        </w:rPr>
        <w: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N</w:t>
      </w:r>
      <w:r>
        <w:rPr>
          <w:b/>
          <w:color w:val="404040"/>
          <w:sz w:val="24"/>
          <w:rFonts w:ascii="Inter" w:hAnsi="Inter" w:eastAsia="Noto Sans CJK JP" w:cs="Noto Sans CJK JP"/>
        </w:rPr>
        <w:t>o</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g</w:t>
      </w:r>
      <w:r>
        <w:rPr>
          <w:b/>
          <w:color w:val="404040"/>
          <w:sz w:val="24"/>
          <w:rFonts w:ascii="Inter" w:hAnsi="Inter" w:eastAsia="Noto Sans CJK JP" w:cs="Noto Sans CJK JP"/>
        </w:rPr>
        <w:t>r</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d</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g</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a</w:t>
      </w:r>
      <w:r>
        <w:rPr>
          <w:b/>
          <w:color w:val="404040"/>
          <w:sz w:val="24"/>
          <w:rFonts w:ascii="Inter" w:hAnsi="Inter" w:eastAsia="Noto Sans CJK JP" w:cs="Noto Sans CJK JP"/>
        </w:rPr>
        <w:t>n</w:t>
      </w:r>
      <w:r>
        <w:rPr>
          <w:b/>
          <w:color w:val="404040"/>
          <w:sz w:val="24"/>
          <w:rFonts w:ascii="Inter" w:hAnsi="Inter" w:eastAsia="Noto Sans CJK JP" w:cs="Noto Sans CJK JP"/>
        </w:rPr>
        <w:t>d</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m</w:t>
      </w:r>
      <w:r>
        <w:rPr>
          <w:b/>
          <w:color w:val="404040"/>
          <w:sz w:val="24"/>
          <w:rFonts w:ascii="Inter" w:hAnsi="Inter" w:eastAsia="Noto Sans CJK JP" w:cs="Noto Sans CJK JP"/>
        </w:rPr>
        <w:t>u</w:t>
      </w:r>
      <w:r>
        <w:rPr>
          <w:b/>
          <w:color w:val="404040"/>
          <w:sz w:val="24"/>
          <w:rFonts w:ascii="Inter" w:hAnsi="Inter" w:eastAsia="Noto Sans CJK JP" w:cs="Noto Sans CJK JP"/>
        </w:rPr>
        <w:t>l</w:t>
      </w:r>
      <w:r>
        <w:rPr>
          <w:b/>
          <w:color w:val="404040"/>
          <w:sz w:val="24"/>
          <w:rFonts w:ascii="Inter" w:hAnsi="Inter" w:eastAsia="Noto Sans CJK JP" w:cs="Noto Sans CJK JP"/>
        </w:rPr>
        <w:t>t</w:t>
      </w:r>
      <w:r>
        <w:rPr>
          <w:b/>
          <w:color w:val="404040"/>
          <w:sz w:val="24"/>
          <w:rFonts w:ascii="Inter" w:hAnsi="Inter" w:eastAsia="Noto Sans CJK JP" w:cs="Noto Sans CJK JP"/>
        </w:rPr>
        <w:t>i</w:t>
      </w:r>
      <w:r>
        <w:rPr>
          <w:b/>
          <w:color w:val="404040"/>
          <w:sz w:val="24"/>
          <w:rFonts w:ascii="Inter" w:hAnsi="Inter" w:eastAsia="Noto Sans CJK JP" w:cs="Noto Sans CJK JP"/>
        </w:rPr>
        <w:t>-</w:t>
      </w:r>
      <w:r>
        <w:rPr>
          <w:b/>
          <w:color w:val="404040"/>
          <w:sz w:val="24"/>
          <w:rFonts w:ascii="Inter" w:hAnsi="Inter" w:eastAsia="Noto Sans CJK JP" w:cs="Noto Sans CJK JP"/>
        </w:rPr>
        <w:t>p</w:t>
      </w:r>
      <w:r>
        <w:rPr>
          <w:b/>
          <w:color w:val="404040"/>
          <w:sz w:val="24"/>
          <w:rFonts w:ascii="Inter" w:hAnsi="Inter" w:eastAsia="Noto Sans CJK JP" w:cs="Noto Sans CJK JP"/>
        </w:rPr>
        <w:t>a</w:t>
      </w:r>
      <w:r>
        <w:rPr>
          <w:b/>
          <w:color w:val="404040"/>
          <w:sz w:val="24"/>
          <w:rFonts w:ascii="Inter" w:hAnsi="Inter" w:eastAsia="Noto Sans CJK JP" w:cs="Noto Sans CJK JP"/>
        </w:rPr>
        <w:t>s</w:t>
      </w:r>
      <w:r>
        <w:rPr>
          <w:b/>
          <w:color w:val="404040"/>
          <w:sz w:val="24"/>
          <w:rFonts w:ascii="Inter" w:hAnsi="Inter" w:eastAsia="Noto Sans CJK JP" w:cs="Noto Sans CJK JP"/>
        </w:rPr>
        <w:t>s</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g</w:t>
      </w:r>
      <w:r>
        <w:rPr>
          <w:b/>
          <w:color w:val="404040"/>
          <w:sz w:val="24"/>
          <w:rFonts w:ascii="Inter" w:hAnsi="Inter" w:eastAsia="Noto Sans CJK JP" w:cs="Noto Sans CJK JP"/>
        </w:rPr>
        <w:t>u</w:t>
      </w:r>
      <w:r>
        <w:rPr>
          <w:b/>
          <w:color w:val="404040"/>
          <w:sz w:val="24"/>
          <w:rFonts w:ascii="Inter" w:hAnsi="Inter" w:eastAsia="Noto Sans CJK JP" w:cs="Noto Sans CJK JP"/>
        </w:rPr>
        <w:t>i</w:t>
      </w:r>
      <w:r>
        <w:rPr>
          <w:b/>
          <w:color w:val="404040"/>
          <w:sz w:val="24"/>
          <w:rFonts w:ascii="Inter" w:hAnsi="Inter" w:eastAsia="Noto Sans CJK JP" w:cs="Noto Sans CJK JP"/>
        </w:rPr>
        <w:t>d</w:t>
      </w:r>
      <w:r>
        <w:rPr>
          <w:b/>
          <w:color w:val="404040"/>
          <w:sz w:val="24"/>
          <w:rFonts w:ascii="Inter" w:hAnsi="Inter" w:eastAsia="Noto Sans CJK JP" w:cs="Noto Sans CJK JP"/>
        </w:rPr>
        <w:t>a</w:t>
      </w:r>
      <w:r>
        <w:rPr>
          <w:b/>
          <w:color w:val="404040"/>
          <w:sz w:val="24"/>
          <w:rFonts w:ascii="Inter" w:hAnsi="Inter" w:eastAsia="Noto Sans CJK JP" w:cs="Noto Sans CJK JP"/>
        </w:rPr>
        <w:t>n</w:t>
      </w:r>
      <w:r>
        <w:rPr>
          <w:b/>
          <w:color w:val="404040"/>
          <w:sz w:val="24"/>
          <w:rFonts w:ascii="Inter" w:hAnsi="Inter" w:eastAsia="Noto Sans CJK JP" w:cs="Noto Sans CJK JP"/>
        </w:rPr>
        <w:t>c</w:t>
      </w:r>
      <w:r>
        <w:rPr>
          <w:b/>
          <w:color w:val="404040"/>
          <w:sz w:val="24"/>
          <w:rFonts w:ascii="Inter" w:hAnsi="Inter" w:eastAsia="Noto Sans CJK JP" w:cs="Noto Sans CJK JP"/>
        </w:rPr>
        <w:t>e</w:t>
      </w:r>
      <w:r>
        <w:rPr>
          <w:b/>
          <w:color w:val="404040"/>
          <w:sz w:val="24"/>
          <w:rFonts w:ascii="Inter" w:hAnsi="Inter" w:eastAsia="Noto Sans CJK JP" w:cs="Noto Sans CJK JP"/>
        </w:rPr>
        <w:t>.</w:t>
      </w:r>
      <w:r>
        <w:rPr>
          <w:color w:val="404040"/>
          <w:sz w:val="24"/>
          <w:rFonts w:ascii="Inter" w:hAnsi="Inter" w:eastAsia="Noto Sans CJK JP" w:cs="Noto Sans CJK JP"/>
        </w:rPr>
        <w:br/>
      </w:r>
      <w:r>
        <w:rPr>
          <w:color w:val="404040"/>
          <w:sz w:val="24"/>
          <w:rFonts w:ascii="Inter" w:hAnsi="Inter" w:eastAsia="Noto Sans CJK JP" w:cs="Noto Sans CJK JP"/>
        </w:rPr>
        <w:t>"</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h</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f</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h</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j</w:t>
      </w:r>
      <w:r>
        <w:rPr>
          <w:color w:val="404040"/>
          <w:sz w:val="24"/>
          <w:rFonts w:ascii="Inter" w:hAnsi="Inter" w:eastAsia="Noto Sans CJK JP" w:cs="Noto Sans CJK JP"/>
        </w:rPr>
        <w:t>o</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18" name="Picture 18"/>
            <wp:cNvGraphicFramePr>
              <a:graphicFrameLocks noChangeAspect="1"/>
            </wp:cNvGraphicFramePr>
            <a:graphic>
              <a:graphicData uri="http://schemas.openxmlformats.org/drawingml/2006/picture">
                <pic:pic>
                  <pic:nvPicPr>
                    <pic:cNvPr id="0" name="image.jpg"/>
                    <pic:cNvPicPr/>
                  </pic:nvPicPr>
                  <pic:blipFill>
                    <a:blip r:embed="rId21"/>
                    <a:stretch>
                      <a:fillRect/>
                    </a:stretch>
                  </pic:blipFill>
                  <pic:spPr>
                    <a:xfrm>
                      <a:off x="0" y="0"/>
                      <a:ext cx="5328000" cy="3041655"/>
                    </a:xfrm>
                    <a:prstGeom prst="rect"/>
                  </pic:spPr>
                </pic:pic>
              </a:graphicData>
            </a:graphic>
          </wp:inline>
        </w:drawing>
      </w:r>
    </w:p>
    <w:p>
      <w:pPr>
        <w:pStyle w:val="Caption"/>
        <w:keepNext/>
        <w:keepLines/>
        <w:jc w:val="center"/>
      </w:pPr>
      <w:r>
        <w:rPr>
          <w:b/>
          <w:color w:val="404040"/>
        </w:rPr>
        <w:t>Close-up of the welded joint showing visible slag and spatter, with a gloved hand holding a tool near the weld and debris on the table surface.</w:t>
      </w:r>
    </w:p>
    <w:p>
      <w:pPr>
        <w:keepNext/>
        <w:keepLines/>
        <w:jc w:val="center"/>
      </w:pPr>
      <w:r>
        <w:drawing>
          <wp:inline xmlns:a="http://schemas.openxmlformats.org/drawingml/2006/main" xmlns:pic="http://schemas.openxmlformats.org/drawingml/2006/picture">
            <wp:extent cx="5328000" cy="3041655"/>
            <wp:docPr id="19" name="Picture 19"/>
            <wp:cNvGraphicFramePr>
              <a:graphicFrameLocks noChangeAspect="1"/>
            </wp:cNvGraphicFramePr>
            <a:graphic>
              <a:graphicData uri="http://schemas.openxmlformats.org/drawingml/2006/picture">
                <pic:pic>
                  <pic:nvPicPr>
                    <pic:cNvPr id="0" name="image.jpg"/>
                    <pic:cNvPicPr/>
                  </pic:nvPicPr>
                  <pic:blipFill>
                    <a:blip r:embed="rId21"/>
                    <a:stretch>
                      <a:fillRect/>
                    </a:stretch>
                  </pic:blipFill>
                  <pic:spPr>
                    <a:xfrm>
                      <a:off x="0" y="0"/>
                      <a:ext cx="5328000" cy="3041655"/>
                    </a:xfrm>
                    <a:prstGeom prst="rect"/>
                  </pic:spPr>
                </pic:pic>
              </a:graphicData>
            </a:graphic>
          </wp:inline>
        </w:drawing>
      </w:r>
    </w:p>
    <w:p>
      <w:pPr>
        <w:pStyle w:val="Caption"/>
        <w:keepNext/>
        <w:keepLines/>
        <w:jc w:val="center"/>
      </w:pPr>
      <w:r>
        <w:rPr>
          <w:b/>
          <w:color w:val="404040"/>
        </w:rPr>
        <w:t>A gloved hand using pliers to remove spatter from the welded joint, with a close-up view of the weld and debris on the table.</w:t>
      </w:r>
    </w:p>
    <w:p>
      <w:pPr>
        <w:keepNext/>
        <w:keepLines/>
        <w:jc w:val="center"/>
      </w:pPr>
      <w:r>
        <w:drawing>
          <wp:inline xmlns:a="http://schemas.openxmlformats.org/drawingml/2006/main" xmlns:pic="http://schemas.openxmlformats.org/drawingml/2006/picture">
            <wp:extent cx="5328000" cy="3041655"/>
            <wp:docPr id="20" name="Picture 20"/>
            <wp:cNvGraphicFramePr>
              <a:graphicFrameLocks noChangeAspect="1"/>
            </wp:cNvGraphicFramePr>
            <a:graphic>
              <a:graphicData uri="http://schemas.openxmlformats.org/drawingml/2006/picture">
                <pic:pic>
                  <pic:nvPicPr>
                    <pic:cNvPr id="0" name="image.jpg"/>
                    <pic:cNvPicPr/>
                  </pic:nvPicPr>
                  <pic:blipFill>
                    <a:blip r:embed="rId22"/>
                    <a:stretch>
                      <a:fillRect/>
                    </a:stretch>
                  </pic:blipFill>
                  <pic:spPr>
                    <a:xfrm>
                      <a:off x="0" y="0"/>
                      <a:ext cx="5328000" cy="3041655"/>
                    </a:xfrm>
                    <a:prstGeom prst="rect"/>
                  </pic:spPr>
                </pic:pic>
              </a:graphicData>
            </a:graphic>
          </wp:inline>
        </w:drawing>
      </w:r>
    </w:p>
    <w:p>
      <w:pPr>
        <w:pStyle w:val="Caption"/>
        <w:keepNext/>
        <w:keepLines/>
        <w:jc w:val="center"/>
      </w:pPr>
      <w:r>
        <w:rPr>
          <w:b/>
          <w:color w:val="404040"/>
        </w:rPr>
        <w:t>The welded joint on the perforated table, showing the results of the previous pass and some spatter, with no hands or tools in frame.</w:t>
      </w:r>
    </w:p>
    <w:p>
      <w:pPr>
        <w:keepNext/>
        <w:keepLines/>
        <w:jc w:val="center"/>
      </w:pPr>
      <w:r>
        <w:drawing>
          <wp:inline xmlns:a="http://schemas.openxmlformats.org/drawingml/2006/main" xmlns:pic="http://schemas.openxmlformats.org/drawingml/2006/picture">
            <wp:extent cx="5328000" cy="3041655"/>
            <wp:docPr id="21" name="Picture 21"/>
            <wp:cNvGraphicFramePr>
              <a:graphicFrameLocks noChangeAspect="1"/>
            </wp:cNvGraphicFramePr>
            <a:graphic>
              <a:graphicData uri="http://schemas.openxmlformats.org/drawingml/2006/picture">
                <pic:pic>
                  <pic:nvPicPr>
                    <pic:cNvPr id="0" name="image.jpg"/>
                    <pic:cNvPicPr/>
                  </pic:nvPicPr>
                  <pic:blipFill>
                    <a:blip r:embed="rId23"/>
                    <a:stretch>
                      <a:fillRect/>
                    </a:stretch>
                  </pic:blipFill>
                  <pic:spPr>
                    <a:xfrm>
                      <a:off x="0" y="0"/>
                      <a:ext cx="5328000" cy="3041655"/>
                    </a:xfrm>
                    <a:prstGeom prst="rect"/>
                  </pic:spPr>
                </pic:pic>
              </a:graphicData>
            </a:graphic>
          </wp:inline>
        </w:drawing>
      </w:r>
    </w:p>
    <w:p>
      <w:pPr>
        <w:pStyle w:val="Caption"/>
        <w:keepNext/>
        <w:keepLines/>
        <w:jc w:val="center"/>
      </w:pPr>
      <w:r>
        <w:rPr>
          <w:b/>
          <w:color w:val="404040"/>
        </w:rPr>
        <w:t>Preparing to weld with electrode and electrode holder in hand, the welding machine set to 85A/52.0V, and tools and metal pieces on the table.</w:t>
      </w:r>
    </w:p>
    <w:p>
      <w:pPr>
        <w:keepNext/>
        <w:keepLines/>
        <w:jc w:val="center"/>
      </w:pPr>
      <w:r>
        <w:drawing>
          <wp:inline xmlns:a="http://schemas.openxmlformats.org/drawingml/2006/main" xmlns:pic="http://schemas.openxmlformats.org/drawingml/2006/picture">
            <wp:extent cx="5328000" cy="3041655"/>
            <wp:docPr id="22" name="Picture 22"/>
            <wp:cNvGraphicFramePr>
              <a:graphicFrameLocks noChangeAspect="1"/>
            </wp:cNvGraphicFramePr>
            <a:graphic>
              <a:graphicData uri="http://schemas.openxmlformats.org/drawingml/2006/picture">
                <pic:pic>
                  <pic:nvPicPr>
                    <pic:cNvPr id="0" name="image.jpg"/>
                    <pic:cNvPicPr/>
                  </pic:nvPicPr>
                  <pic:blipFill>
                    <a:blip r:embed="rId24"/>
                    <a:stretch>
                      <a:fillRect/>
                    </a:stretch>
                  </pic:blipFill>
                  <pic:spPr>
                    <a:xfrm>
                      <a:off x="0" y="0"/>
                      <a:ext cx="5328000" cy="3041655"/>
                    </a:xfrm>
                    <a:prstGeom prst="rect"/>
                  </pic:spPr>
                </pic:pic>
              </a:graphicData>
            </a:graphic>
          </wp:inline>
        </w:drawing>
      </w:r>
    </w:p>
    <w:p>
      <w:pPr>
        <w:pStyle w:val="Caption"/>
        <w:jc w:val="center"/>
      </w:pPr>
      <w:r>
        <w:rPr>
          <w:b/>
          <w:color w:val="404040"/>
        </w:rPr>
        <w:t>Gesturing toward the welded joint with the electrode while discussing grinding and multiple passes, with the welding machine and tools visible.</w:t>
      </w:r>
    </w:p>
    <w:p>
      <w:pPr>
        <w:pStyle w:val="Heading2"/>
        <w:keepNext/>
        <w:keepLines/>
        <w:ind w:left="0"/>
        <w:outlineLvl w:val="1"/>
      </w:pPr>
      <w:r>
        <w:rPr>
          <w:b/>
          <w:color w:val="404040"/>
          <w:sz w:val="28"/>
          <w:rFonts w:ascii="Inter" w:hAnsi="Inter" w:eastAsia="Noto Sans CJK JP" w:cs="Noto Sans CJK JP"/>
        </w:rPr>
        <w:t>Welding the second pass</w:t>
      </w:r>
    </w:p>
    <w:p>
      <w:pPr>
        <w:keepNext/>
        <w:keepLines/>
      </w:pPr>
      <w:r>
        <w:rPr>
          <w:b/>
          <w:color w:val="404040"/>
          <w:sz w:val="24"/>
          <w:rFonts w:ascii="Inter" w:hAnsi="Inter" w:eastAsia="Noto Sans CJK JP" w:cs="Noto Sans CJK JP"/>
        </w:rPr>
        <w:t>3</w:t>
      </w:r>
      <w:r>
        <w:rPr>
          <w:b/>
          <w:color w:val="404040"/>
          <w:sz w:val="24"/>
          <w:rFonts w:ascii="Inter" w:hAnsi="Inter" w:eastAsia="Noto Sans CJK JP" w:cs="Noto Sans CJK JP"/>
        </w:rPr>
        <w:t>6</w:t>
      </w:r>
      <w:r>
        <w:rPr>
          <w:b/>
          <w:color w:val="404040"/>
          <w:sz w:val="24"/>
          <w:rFonts w:ascii="Inter" w:hAnsi="Inter" w:eastAsia="Noto Sans CJK JP" w:cs="Noto Sans CJK JP"/>
        </w:rPr>
        <w: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P</w:t>
      </w:r>
      <w:r>
        <w:rPr>
          <w:b/>
          <w:color w:val="404040"/>
          <w:sz w:val="24"/>
          <w:rFonts w:ascii="Inter" w:hAnsi="Inter" w:eastAsia="Noto Sans CJK JP" w:cs="Noto Sans CJK JP"/>
        </w:rPr>
        <w:t>e</w:t>
      </w:r>
      <w:r>
        <w:rPr>
          <w:b/>
          <w:color w:val="404040"/>
          <w:sz w:val="24"/>
          <w:rFonts w:ascii="Inter" w:hAnsi="Inter" w:eastAsia="Noto Sans CJK JP" w:cs="Noto Sans CJK JP"/>
        </w:rPr>
        <w:t>r</w:t>
      </w:r>
      <w:r>
        <w:rPr>
          <w:b/>
          <w:color w:val="404040"/>
          <w:sz w:val="24"/>
          <w:rFonts w:ascii="Inter" w:hAnsi="Inter" w:eastAsia="Noto Sans CJK JP" w:cs="Noto Sans CJK JP"/>
        </w:rPr>
        <w:t>f</w:t>
      </w:r>
      <w:r>
        <w:rPr>
          <w:b/>
          <w:color w:val="404040"/>
          <w:sz w:val="24"/>
          <w:rFonts w:ascii="Inter" w:hAnsi="Inter" w:eastAsia="Noto Sans CJK JP" w:cs="Noto Sans CJK JP"/>
        </w:rPr>
        <w:t>o</w:t>
      </w:r>
      <w:r>
        <w:rPr>
          <w:b/>
          <w:color w:val="404040"/>
          <w:sz w:val="24"/>
          <w:rFonts w:ascii="Inter" w:hAnsi="Inter" w:eastAsia="Noto Sans CJK JP" w:cs="Noto Sans CJK JP"/>
        </w:rPr>
        <w:t>r</w:t>
      </w:r>
      <w:r>
        <w:rPr>
          <w:b/>
          <w:color w:val="404040"/>
          <w:sz w:val="24"/>
          <w:rFonts w:ascii="Inter" w:hAnsi="Inter" w:eastAsia="Noto Sans CJK JP" w:cs="Noto Sans CJK JP"/>
        </w:rPr>
        <w:t>m</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h</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n</w:t>
      </w:r>
      <w:r>
        <w:rPr>
          <w:b/>
          <w:color w:val="404040"/>
          <w:sz w:val="24"/>
          <w:rFonts w:ascii="Inter" w:hAnsi="Inter" w:eastAsia="Noto Sans CJK JP" w:cs="Noto Sans CJK JP"/>
        </w:rPr>
        <w:t>e</w:t>
      </w:r>
      <w:r>
        <w:rPr>
          <w:b/>
          <w:color w:val="404040"/>
          <w:sz w:val="24"/>
          <w:rFonts w:ascii="Inter" w:hAnsi="Inter" w:eastAsia="Noto Sans CJK JP" w:cs="Noto Sans CJK JP"/>
        </w:rPr>
        <w:t>x</w:t>
      </w:r>
      <w:r>
        <w:rPr>
          <w:b/>
          <w:color w:val="404040"/>
          <w:sz w:val="24"/>
          <w:rFonts w:ascii="Inter" w:hAnsi="Inter" w:eastAsia="Noto Sans CJK JP" w:cs="Noto Sans CJK JP"/>
        </w:rPr>
        <w:t>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w</w:t>
      </w:r>
      <w:r>
        <w:rPr>
          <w:b/>
          <w:color w:val="404040"/>
          <w:sz w:val="24"/>
          <w:rFonts w:ascii="Inter" w:hAnsi="Inter" w:eastAsia="Noto Sans CJK JP" w:cs="Noto Sans CJK JP"/>
        </w:rPr>
        <w:t>e</w:t>
      </w:r>
      <w:r>
        <w:rPr>
          <w:b/>
          <w:color w:val="404040"/>
          <w:sz w:val="24"/>
          <w:rFonts w:ascii="Inter" w:hAnsi="Inter" w:eastAsia="Noto Sans CJK JP" w:cs="Noto Sans CJK JP"/>
        </w:rPr>
        <w:t>l</w:t>
      </w:r>
      <w:r>
        <w:rPr>
          <w:b/>
          <w:color w:val="404040"/>
          <w:sz w:val="24"/>
          <w:rFonts w:ascii="Inter" w:hAnsi="Inter" w:eastAsia="Noto Sans CJK JP" w:cs="Noto Sans CJK JP"/>
        </w:rPr>
        <w:t>d</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p</w:t>
      </w:r>
      <w:r>
        <w:rPr>
          <w:b/>
          <w:color w:val="404040"/>
          <w:sz w:val="24"/>
          <w:rFonts w:ascii="Inter" w:hAnsi="Inter" w:eastAsia="Noto Sans CJK JP" w:cs="Noto Sans CJK JP"/>
        </w:rPr>
        <w:t>a</w:t>
      </w:r>
      <w:r>
        <w:rPr>
          <w:b/>
          <w:color w:val="404040"/>
          <w:sz w:val="24"/>
          <w:rFonts w:ascii="Inter" w:hAnsi="Inter" w:eastAsia="Noto Sans CJK JP" w:cs="Noto Sans CJK JP"/>
        </w:rPr>
        <w:t>s</w:t>
      </w:r>
      <w:r>
        <w:rPr>
          <w:b/>
          <w:color w:val="404040"/>
          <w:sz w:val="24"/>
          <w:rFonts w:ascii="Inter" w:hAnsi="Inter" w:eastAsia="Noto Sans CJK JP" w:cs="Noto Sans CJK JP"/>
        </w:rPr>
        <w:t>s</w:t>
      </w:r>
      <w:r>
        <w:rPr>
          <w:b/>
          <w:color w:val="404040"/>
          <w:sz w:val="24"/>
          <w:rFonts w:ascii="Inter" w:hAnsi="Inter" w:eastAsia="Noto Sans CJK JP" w:cs="Noto Sans CJK JP"/>
        </w:rPr>
        <w:t>.</w:t>
      </w:r>
      <w:r>
        <w:rPr>
          <w:color w:val="404040"/>
          <w:sz w:val="24"/>
          <w:rFonts w:ascii="Inter" w:hAnsi="Inter" w:eastAsia="Noto Sans CJK JP" w:cs="Noto Sans CJK JP"/>
        </w:rPr>
        <w:br/>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c</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j</w:t>
      </w:r>
      <w:r>
        <w:rPr>
          <w:color w:val="404040"/>
          <w:sz w:val="24"/>
          <w:rFonts w:ascii="Inter" w:hAnsi="Inter" w:eastAsia="Noto Sans CJK JP" w:cs="Noto Sans CJK JP"/>
        </w:rPr>
        <w:t>o</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1</w:t>
      </w:r>
      <w:r>
        <w:rPr>
          <w:color w:val="404040"/>
          <w:sz w:val="24"/>
          <w:rFonts w:ascii="Inter" w:hAnsi="Inter" w:eastAsia="Noto Sans CJK JP" w:cs="Noto Sans CJK JP"/>
        </w:rPr>
        <w:t>0</w:t>
      </w:r>
      <w:r>
        <w:rPr>
          <w:color w:val="404040"/>
          <w:sz w:val="24"/>
          <w:rFonts w:ascii="Inter" w:hAnsi="Inter" w:eastAsia="Noto Sans CJK JP" w:cs="Noto Sans CJK JP"/>
        </w:rPr>
        <w:t>1</w:t>
      </w:r>
      <w:r>
        <w:rPr>
          <w:color w:val="404040"/>
          <w:sz w:val="24"/>
          <w:rFonts w:ascii="Inter" w:hAnsi="Inter" w:eastAsia="Noto Sans CJK JP" w:cs="Noto Sans CJK JP"/>
        </w:rPr>
        <w:t>A</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v</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1</w:t>
      </w:r>
      <w:r>
        <w:rPr>
          <w:color w:val="404040"/>
          <w:sz w:val="24"/>
          <w:rFonts w:ascii="Inter" w:hAnsi="Inter" w:eastAsia="Noto Sans CJK JP" w:cs="Noto Sans CJK JP"/>
        </w:rPr>
        <w:t>7</w:t>
      </w:r>
      <w:r>
        <w:rPr>
          <w:color w:val="404040"/>
          <w:sz w:val="24"/>
          <w:rFonts w:ascii="Inter" w:hAnsi="Inter" w:eastAsia="Noto Sans CJK JP" w:cs="Noto Sans CJK JP"/>
        </w:rPr>
        <w:t>.</w:t>
      </w:r>
      <w:r>
        <w:rPr>
          <w:color w:val="404040"/>
          <w:sz w:val="24"/>
          <w:rFonts w:ascii="Inter" w:hAnsi="Inter" w:eastAsia="Noto Sans CJK JP" w:cs="Noto Sans CJK JP"/>
        </w:rPr>
        <w:t>5</w:t>
      </w:r>
      <w:r>
        <w:rPr>
          <w:color w:val="404040"/>
          <w:sz w:val="24"/>
          <w:rFonts w:ascii="Inter" w:hAnsi="Inter" w:eastAsia="Noto Sans CJK JP" w:cs="Noto Sans CJK JP"/>
        </w:rPr>
        <w:t>V</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23" name="Picture 23"/>
            <wp:cNvGraphicFramePr>
              <a:graphicFrameLocks noChangeAspect="1"/>
            </wp:cNvGraphicFramePr>
            <a:graphic>
              <a:graphicData uri="http://schemas.openxmlformats.org/drawingml/2006/picture">
                <pic:pic>
                  <pic:nvPicPr>
                    <pic:cNvPr id="0" name="image.jpg"/>
                    <pic:cNvPicPr/>
                  </pic:nvPicPr>
                  <pic:blipFill>
                    <a:blip r:embed="rId20"/>
                    <a:stretch>
                      <a:fillRect/>
                    </a:stretch>
                  </pic:blipFill>
                  <pic:spPr>
                    <a:xfrm>
                      <a:off x="0" y="0"/>
                      <a:ext cx="5328000" cy="3041655"/>
                    </a:xfrm>
                    <a:prstGeom prst="rect"/>
                  </pic:spPr>
                </pic:pic>
              </a:graphicData>
            </a:graphic>
          </wp:inline>
        </w:drawing>
      </w:r>
    </w:p>
    <w:p>
      <w:pPr>
        <w:pStyle w:val="Caption"/>
        <w:jc w:val="center"/>
      </w:pPr>
      <w:r>
        <w:rPr>
          <w:b/>
          <w:color w:val="404040"/>
        </w:rPr>
        <w:t>Positioning the electrode at a straight angle over the metal joint, helmet down, gloves on, with the welding machine and tools visible.</w:t>
      </w:r>
    </w:p>
    <w:p>
      <w:pPr/>
      <w:r>
        <w:rPr>
          <w:b/>
          <w:color w:val="404040"/>
          <w:sz w:val="24"/>
          <w:rFonts w:ascii="Inter" w:hAnsi="Inter" w:eastAsia="Noto Sans CJK JP" w:cs="Noto Sans CJK JP"/>
        </w:rPr>
        <w:t>3</w:t>
      </w:r>
      <w:r>
        <w:rPr>
          <w:b/>
          <w:color w:val="404040"/>
          <w:sz w:val="24"/>
          <w:rFonts w:ascii="Inter" w:hAnsi="Inter" w:eastAsia="Noto Sans CJK JP" w:cs="Noto Sans CJK JP"/>
        </w:rPr>
        <w:t>7</w:t>
      </w:r>
      <w:r>
        <w:rPr>
          <w:b/>
          <w:color w:val="404040"/>
          <w:sz w:val="24"/>
          <w:rFonts w:ascii="Inter" w:hAnsi="Inter" w:eastAsia="Noto Sans CJK JP" w:cs="Noto Sans CJK JP"/>
        </w:rPr>
        <w: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M</w:t>
      </w:r>
      <w:r>
        <w:rPr>
          <w:b/>
          <w:color w:val="404040"/>
          <w:sz w:val="24"/>
          <w:rFonts w:ascii="Inter" w:hAnsi="Inter" w:eastAsia="Noto Sans CJK JP" w:cs="Noto Sans CJK JP"/>
        </w:rPr>
        <w:t>o</w:t>
      </w:r>
      <w:r>
        <w:rPr>
          <w:b/>
          <w:color w:val="404040"/>
          <w:sz w:val="24"/>
          <w:rFonts w:ascii="Inter" w:hAnsi="Inter" w:eastAsia="Noto Sans CJK JP" w:cs="Noto Sans CJK JP"/>
        </w:rPr>
        <w:t>n</w:t>
      </w:r>
      <w:r>
        <w:rPr>
          <w:b/>
          <w:color w:val="404040"/>
          <w:sz w:val="24"/>
          <w:rFonts w:ascii="Inter" w:hAnsi="Inter" w:eastAsia="Noto Sans CJK JP" w:cs="Noto Sans CJK JP"/>
        </w:rPr>
        <w:t>i</w:t>
      </w:r>
      <w:r>
        <w:rPr>
          <w:b/>
          <w:color w:val="404040"/>
          <w:sz w:val="24"/>
          <w:rFonts w:ascii="Inter" w:hAnsi="Inter" w:eastAsia="Noto Sans CJK JP" w:cs="Noto Sans CJK JP"/>
        </w:rPr>
        <w:t>t</w:t>
      </w:r>
      <w:r>
        <w:rPr>
          <w:b/>
          <w:color w:val="404040"/>
          <w:sz w:val="24"/>
          <w:rFonts w:ascii="Inter" w:hAnsi="Inter" w:eastAsia="Noto Sans CJK JP" w:cs="Noto Sans CJK JP"/>
        </w:rPr>
        <w:t>o</w:t>
      </w:r>
      <w:r>
        <w:rPr>
          <w:b/>
          <w:color w:val="404040"/>
          <w:sz w:val="24"/>
          <w:rFonts w:ascii="Inter" w:hAnsi="Inter" w:eastAsia="Noto Sans CJK JP" w:cs="Noto Sans CJK JP"/>
        </w:rPr>
        <w:t>r</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h</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w</w:t>
      </w:r>
      <w:r>
        <w:rPr>
          <w:b/>
          <w:color w:val="404040"/>
          <w:sz w:val="24"/>
          <w:rFonts w:ascii="Inter" w:hAnsi="Inter" w:eastAsia="Noto Sans CJK JP" w:cs="Noto Sans CJK JP"/>
        </w:rPr>
        <w:t>e</w:t>
      </w:r>
      <w:r>
        <w:rPr>
          <w:b/>
          <w:color w:val="404040"/>
          <w:sz w:val="24"/>
          <w:rFonts w:ascii="Inter" w:hAnsi="Inter" w:eastAsia="Noto Sans CJK JP" w:cs="Noto Sans CJK JP"/>
        </w:rPr>
        <w:t>l</w:t>
      </w:r>
      <w:r>
        <w:rPr>
          <w:b/>
          <w:color w:val="404040"/>
          <w:sz w:val="24"/>
          <w:rFonts w:ascii="Inter" w:hAnsi="Inter" w:eastAsia="Noto Sans CJK JP" w:cs="Noto Sans CJK JP"/>
        </w:rPr>
        <w:t>d</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g</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p</w:t>
      </w:r>
      <w:r>
        <w:rPr>
          <w:b/>
          <w:color w:val="404040"/>
          <w:sz w:val="24"/>
          <w:rFonts w:ascii="Inter" w:hAnsi="Inter" w:eastAsia="Noto Sans CJK JP" w:cs="Noto Sans CJK JP"/>
        </w:rPr>
        <w:t>r</w:t>
      </w:r>
      <w:r>
        <w:rPr>
          <w:b/>
          <w:color w:val="404040"/>
          <w:sz w:val="24"/>
          <w:rFonts w:ascii="Inter" w:hAnsi="Inter" w:eastAsia="Noto Sans CJK JP" w:cs="Noto Sans CJK JP"/>
        </w:rPr>
        <w:t>o</w:t>
      </w:r>
      <w:r>
        <w:rPr>
          <w:b/>
          <w:color w:val="404040"/>
          <w:sz w:val="24"/>
          <w:rFonts w:ascii="Inter" w:hAnsi="Inter" w:eastAsia="Noto Sans CJK JP" w:cs="Noto Sans CJK JP"/>
        </w:rPr>
        <w:t>c</w:t>
      </w:r>
      <w:r>
        <w:rPr>
          <w:b/>
          <w:color w:val="404040"/>
          <w:sz w:val="24"/>
          <w:rFonts w:ascii="Inter" w:hAnsi="Inter" w:eastAsia="Noto Sans CJK JP" w:cs="Noto Sans CJK JP"/>
        </w:rPr>
        <w:t>e</w:t>
      </w:r>
      <w:r>
        <w:rPr>
          <w:b/>
          <w:color w:val="404040"/>
          <w:sz w:val="24"/>
          <w:rFonts w:ascii="Inter" w:hAnsi="Inter" w:eastAsia="Noto Sans CJK JP" w:cs="Noto Sans CJK JP"/>
        </w:rPr>
        <w:t>s</w:t>
      </w:r>
      <w:r>
        <w:rPr>
          <w:b/>
          <w:color w:val="404040"/>
          <w:sz w:val="24"/>
          <w:rFonts w:ascii="Inter" w:hAnsi="Inter" w:eastAsia="Noto Sans CJK JP" w:cs="Noto Sans CJK JP"/>
        </w:rPr>
        <w:t>s</w:t>
      </w:r>
      <w:r>
        <w:rPr>
          <w:b/>
          <w:color w:val="404040"/>
          <w:sz w:val="24"/>
          <w:rFonts w:ascii="Inter" w:hAnsi="Inter" w:eastAsia="Noto Sans CJK JP" w:cs="Noto Sans CJK JP"/>
        </w:rPr>
        <w:t>.</w:t>
      </w:r>
      <w:r>
        <w:rPr>
          <w:color w:val="404040"/>
          <w:sz w:val="24"/>
          <w:rFonts w:ascii="Inter" w:hAnsi="Inter" w:eastAsia="Noto Sans CJK JP" w:cs="Noto Sans CJK JP"/>
        </w:rPr>
        <w:br/>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c</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j</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y</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u</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8</w:t>
      </w:r>
      <w:r>
        <w:rPr>
          <w:color w:val="404040"/>
          <w:sz w:val="24"/>
          <w:rFonts w:ascii="Inter" w:hAnsi="Inter" w:eastAsia="Noto Sans CJK JP" w:cs="Noto Sans CJK JP"/>
        </w:rPr>
        <w:t>6</w:t>
      </w:r>
      <w:r>
        <w:rPr>
          <w:color w:val="404040"/>
          <w:sz w:val="24"/>
          <w:rFonts w:ascii="Inter" w:hAnsi="Inter" w:eastAsia="Noto Sans CJK JP" w:cs="Noto Sans CJK JP"/>
        </w:rPr>
        <w:t>A</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2</w:t>
      </w:r>
      <w:r>
        <w:rPr>
          <w:color w:val="404040"/>
          <w:sz w:val="24"/>
          <w:rFonts w:ascii="Inter" w:hAnsi="Inter" w:eastAsia="Noto Sans CJK JP" w:cs="Noto Sans CJK JP"/>
        </w:rPr>
        <w:t>0</w:t>
      </w:r>
      <w:r>
        <w:rPr>
          <w:color w:val="404040"/>
          <w:sz w:val="24"/>
          <w:rFonts w:ascii="Inter" w:hAnsi="Inter" w:eastAsia="Noto Sans CJK JP" w:cs="Noto Sans CJK JP"/>
        </w:rPr>
        <w:t>.</w:t>
      </w:r>
      <w:r>
        <w:rPr>
          <w:color w:val="404040"/>
          <w:sz w:val="24"/>
          <w:rFonts w:ascii="Inter" w:hAnsi="Inter" w:eastAsia="Noto Sans CJK JP" w:cs="Noto Sans CJK JP"/>
        </w:rPr>
        <w:t>2</w:t>
      </w:r>
      <w:r>
        <w:rPr>
          <w:color w:val="404040"/>
          <w:sz w:val="24"/>
          <w:rFonts w:ascii="Inter" w:hAnsi="Inter" w:eastAsia="Noto Sans CJK JP" w:cs="Noto Sans CJK JP"/>
        </w:rPr>
        <w:t>V</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K</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k</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g</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z</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w:t>
      </w:r>
    </w:p>
    <w:p>
      <w:pPr/>
      <w:r>
        <w:rPr>
          <w:b/>
          <w:color w:val="404040"/>
          <w:sz w:val="24"/>
          <w:rFonts w:ascii="Inter" w:hAnsi="Inter" w:eastAsia="Noto Sans CJK JP" w:cs="Noto Sans CJK JP"/>
        </w:rPr>
        <w:t>3</w:t>
      </w:r>
      <w:r>
        <w:rPr>
          <w:b/>
          <w:color w:val="404040"/>
          <w:sz w:val="24"/>
          <w:rFonts w:ascii="Inter" w:hAnsi="Inter" w:eastAsia="Noto Sans CJK JP" w:cs="Noto Sans CJK JP"/>
        </w:rPr>
        <w:t>8</w:t>
      </w:r>
      <w:r>
        <w:rPr>
          <w:b/>
          <w:color w:val="404040"/>
          <w:sz w:val="24"/>
          <w:rFonts w:ascii="Inter" w:hAnsi="Inter" w:eastAsia="Noto Sans CJK JP" w:cs="Noto Sans CJK JP"/>
        </w:rPr>
        <w: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E</w:t>
      </w:r>
      <w:r>
        <w:rPr>
          <w:b/>
          <w:color w:val="404040"/>
          <w:sz w:val="24"/>
          <w:rFonts w:ascii="Inter" w:hAnsi="Inter" w:eastAsia="Noto Sans CJK JP" w:cs="Noto Sans CJK JP"/>
        </w:rPr>
        <w:t>v</w:t>
      </w:r>
      <w:r>
        <w:rPr>
          <w:b/>
          <w:color w:val="404040"/>
          <w:sz w:val="24"/>
          <w:rFonts w:ascii="Inter" w:hAnsi="Inter" w:eastAsia="Noto Sans CJK JP" w:cs="Noto Sans CJK JP"/>
        </w:rPr>
        <w:t>a</w:t>
      </w:r>
      <w:r>
        <w:rPr>
          <w:b/>
          <w:color w:val="404040"/>
          <w:sz w:val="24"/>
          <w:rFonts w:ascii="Inter" w:hAnsi="Inter" w:eastAsia="Noto Sans CJK JP" w:cs="Noto Sans CJK JP"/>
        </w:rPr>
        <w:t>l</w:t>
      </w:r>
      <w:r>
        <w:rPr>
          <w:b/>
          <w:color w:val="404040"/>
          <w:sz w:val="24"/>
          <w:rFonts w:ascii="Inter" w:hAnsi="Inter" w:eastAsia="Noto Sans CJK JP" w:cs="Noto Sans CJK JP"/>
        </w:rPr>
        <w:t>u</w:t>
      </w:r>
      <w:r>
        <w:rPr>
          <w:b/>
          <w:color w:val="404040"/>
          <w:sz w:val="24"/>
          <w:rFonts w:ascii="Inter" w:hAnsi="Inter" w:eastAsia="Noto Sans CJK JP" w:cs="Noto Sans CJK JP"/>
        </w:rPr>
        <w:t>a</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h</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w</w:t>
      </w:r>
      <w:r>
        <w:rPr>
          <w:b/>
          <w:color w:val="404040"/>
          <w:sz w:val="24"/>
          <w:rFonts w:ascii="Inter" w:hAnsi="Inter" w:eastAsia="Noto Sans CJK JP" w:cs="Noto Sans CJK JP"/>
        </w:rPr>
        <w:t>e</w:t>
      </w:r>
      <w:r>
        <w:rPr>
          <w:b/>
          <w:color w:val="404040"/>
          <w:sz w:val="24"/>
          <w:rFonts w:ascii="Inter" w:hAnsi="Inter" w:eastAsia="Noto Sans CJK JP" w:cs="Noto Sans CJK JP"/>
        </w:rPr>
        <w:t>l</w:t>
      </w:r>
      <w:r>
        <w:rPr>
          <w:b/>
          <w:color w:val="404040"/>
          <w:sz w:val="24"/>
          <w:rFonts w:ascii="Inter" w:hAnsi="Inter" w:eastAsia="Noto Sans CJK JP" w:cs="Noto Sans CJK JP"/>
        </w:rPr>
        <w:t>d</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o</w:t>
      </w:r>
      <w:r>
        <w:rPr>
          <w:b/>
          <w:color w:val="404040"/>
          <w:sz w:val="24"/>
          <w:rFonts w:ascii="Inter" w:hAnsi="Inter" w:eastAsia="Noto Sans CJK JP" w:cs="Noto Sans CJK JP"/>
        </w:rPr>
        <w:t>u</w:t>
      </w:r>
      <w:r>
        <w:rPr>
          <w:b/>
          <w:color w:val="404040"/>
          <w:sz w:val="24"/>
          <w:rFonts w:ascii="Inter" w:hAnsi="Inter" w:eastAsia="Noto Sans CJK JP" w:cs="Noto Sans CJK JP"/>
        </w:rPr>
        <w:t>t</w:t>
      </w:r>
      <w:r>
        <w:rPr>
          <w:b/>
          <w:color w:val="404040"/>
          <w:sz w:val="24"/>
          <w:rFonts w:ascii="Inter" w:hAnsi="Inter" w:eastAsia="Noto Sans CJK JP" w:cs="Noto Sans CJK JP"/>
        </w:rPr>
        <w:t>c</w:t>
      </w:r>
      <w:r>
        <w:rPr>
          <w:b/>
          <w:color w:val="404040"/>
          <w:sz w:val="24"/>
          <w:rFonts w:ascii="Inter" w:hAnsi="Inter" w:eastAsia="Noto Sans CJK JP" w:cs="Noto Sans CJK JP"/>
        </w:rPr>
        <w:t>o</w:t>
      </w:r>
      <w:r>
        <w:rPr>
          <w:b/>
          <w:color w:val="404040"/>
          <w:sz w:val="24"/>
          <w:rFonts w:ascii="Inter" w:hAnsi="Inter" w:eastAsia="Noto Sans CJK JP" w:cs="Noto Sans CJK JP"/>
        </w:rPr>
        <w:t>m</w:t>
      </w:r>
      <w:r>
        <w:rPr>
          <w:b/>
          <w:color w:val="404040"/>
          <w:sz w:val="24"/>
          <w:rFonts w:ascii="Inter" w:hAnsi="Inter" w:eastAsia="Noto Sans CJK JP" w:cs="Noto Sans CJK JP"/>
        </w:rPr>
        <w:t>e</w:t>
      </w:r>
      <w:r>
        <w:rPr>
          <w:b/>
          <w:color w:val="404040"/>
          <w:sz w:val="24"/>
          <w:rFonts w:ascii="Inter" w:hAnsi="Inter" w:eastAsia="Noto Sans CJK JP" w:cs="Noto Sans CJK JP"/>
        </w:rPr>
        <w:t>.</w:t>
      </w:r>
      <w:r>
        <w:rPr>
          <w:color w:val="404040"/>
          <w:sz w:val="24"/>
          <w:rFonts w:ascii="Inter" w:hAnsi="Inter" w:eastAsia="Noto Sans CJK JP" w:cs="Noto Sans CJK JP"/>
        </w:rPr>
        <w:br/>
      </w:r>
      <w:r>
        <w:rPr>
          <w:color w:val="404040"/>
          <w:sz w:val="24"/>
          <w:rFonts w:ascii="Inter" w:hAnsi="Inter" w:eastAsia="Noto Sans CJK JP" w:cs="Noto Sans CJK JP"/>
        </w:rPr>
        <w:t>A</w:t>
      </w:r>
      <w:r>
        <w:rPr>
          <w:color w:val="404040"/>
          <w:sz w:val="24"/>
          <w:rFonts w:ascii="Inter" w:hAnsi="Inter" w:eastAsia="Noto Sans CJK JP" w:cs="Noto Sans CJK JP"/>
        </w:rPr>
        <w:t>f</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j</w:t>
      </w:r>
      <w:r>
        <w:rPr>
          <w:color w:val="404040"/>
          <w:sz w:val="24"/>
          <w:rFonts w:ascii="Inter" w:hAnsi="Inter" w:eastAsia="Noto Sans CJK JP" w:cs="Noto Sans CJK JP"/>
        </w:rPr>
        <w:t>o</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g</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w:t>
      </w:r>
    </w:p>
    <w:p>
      <w:pPr/>
      <w:r>
        <w:rPr>
          <w:b/>
          <w:color w:val="404040"/>
          <w:sz w:val="24"/>
          <w:rFonts w:ascii="Inter" w:hAnsi="Inter" w:eastAsia="Noto Sans CJK JP" w:cs="Noto Sans CJK JP"/>
        </w:rPr>
        <w:t>3</w:t>
      </w:r>
      <w:r>
        <w:rPr>
          <w:b/>
          <w:color w:val="404040"/>
          <w:sz w:val="24"/>
          <w:rFonts w:ascii="Inter" w:hAnsi="Inter" w:eastAsia="Noto Sans CJK JP" w:cs="Noto Sans CJK JP"/>
        </w:rPr>
        <w:t>9</w:t>
      </w:r>
      <w:r>
        <w:rPr>
          <w:b/>
          <w:color w:val="404040"/>
          <w:sz w:val="24"/>
          <w:rFonts w:ascii="Inter" w:hAnsi="Inter" w:eastAsia="Noto Sans CJK JP" w:cs="Noto Sans CJK JP"/>
        </w:rPr>
        <w: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E</w:t>
      </w:r>
      <w:r>
        <w:rPr>
          <w:b/>
          <w:color w:val="404040"/>
          <w:sz w:val="24"/>
          <w:rFonts w:ascii="Inter" w:hAnsi="Inter" w:eastAsia="Noto Sans CJK JP" w:cs="Noto Sans CJK JP"/>
        </w:rPr>
        <w:t>x</w:t>
      </w:r>
      <w:r>
        <w:rPr>
          <w:b/>
          <w:color w:val="404040"/>
          <w:sz w:val="24"/>
          <w:rFonts w:ascii="Inter" w:hAnsi="Inter" w:eastAsia="Noto Sans CJK JP" w:cs="Noto Sans CJK JP"/>
        </w:rPr>
        <w:t>a</w:t>
      </w:r>
      <w:r>
        <w:rPr>
          <w:b/>
          <w:color w:val="404040"/>
          <w:sz w:val="24"/>
          <w:rFonts w:ascii="Inter" w:hAnsi="Inter" w:eastAsia="Noto Sans CJK JP" w:cs="Noto Sans CJK JP"/>
        </w:rPr>
        <w:t>m</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h</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w</w:t>
      </w:r>
      <w:r>
        <w:rPr>
          <w:b/>
          <w:color w:val="404040"/>
          <w:sz w:val="24"/>
          <w:rFonts w:ascii="Inter" w:hAnsi="Inter" w:eastAsia="Noto Sans CJK JP" w:cs="Noto Sans CJK JP"/>
        </w:rPr>
        <w:t>e</w:t>
      </w:r>
      <w:r>
        <w:rPr>
          <w:b/>
          <w:color w:val="404040"/>
          <w:sz w:val="24"/>
          <w:rFonts w:ascii="Inter" w:hAnsi="Inter" w:eastAsia="Noto Sans CJK JP" w:cs="Noto Sans CJK JP"/>
        </w:rPr>
        <w:t>l</w:t>
      </w:r>
      <w:r>
        <w:rPr>
          <w:b/>
          <w:color w:val="404040"/>
          <w:sz w:val="24"/>
          <w:rFonts w:ascii="Inter" w:hAnsi="Inter" w:eastAsia="Noto Sans CJK JP" w:cs="Noto Sans CJK JP"/>
        </w:rPr>
        <w:t>d</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c</w:t>
      </w:r>
      <w:r>
        <w:rPr>
          <w:b/>
          <w:color w:val="404040"/>
          <w:sz w:val="24"/>
          <w:rFonts w:ascii="Inter" w:hAnsi="Inter" w:eastAsia="Noto Sans CJK JP" w:cs="Noto Sans CJK JP"/>
        </w:rPr>
        <w:t>r</w:t>
      </w:r>
      <w:r>
        <w:rPr>
          <w:b/>
          <w:color w:val="404040"/>
          <w:sz w:val="24"/>
          <w:rFonts w:ascii="Inter" w:hAnsi="Inter" w:eastAsia="Noto Sans CJK JP" w:cs="Noto Sans CJK JP"/>
        </w:rPr>
        <w:t>a</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r</w:t>
      </w:r>
      <w:r>
        <w:rPr>
          <w:b/>
          <w:color w:val="404040"/>
          <w:sz w:val="24"/>
          <w:rFonts w:ascii="Inter" w:hAnsi="Inter" w:eastAsia="Noto Sans CJK JP" w:cs="Noto Sans CJK JP"/>
        </w:rPr>
        <w:t>.</w:t>
      </w:r>
      <w:r>
        <w:rPr>
          <w:color w:val="404040"/>
          <w:sz w:val="24"/>
          <w:rFonts w:ascii="Inter" w:hAnsi="Inter" w:eastAsia="Noto Sans CJK JP" w:cs="Noto Sans CJK JP"/>
        </w:rPr>
        <w:br/>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w:t>
      </w:r>
    </w:p>
    <w:p>
      <w:pPr>
        <w:keepNext/>
        <w:keepLines/>
      </w:pPr>
      <w:r>
        <w:rPr>
          <w:b/>
          <w:color w:val="404040"/>
          <w:sz w:val="24"/>
          <w:rFonts w:ascii="Inter" w:hAnsi="Inter" w:eastAsia="Noto Sans CJK JP" w:cs="Noto Sans CJK JP"/>
        </w:rPr>
        <w:t>4</w:t>
      </w:r>
      <w:r>
        <w:rPr>
          <w:b/>
          <w:color w:val="404040"/>
          <w:sz w:val="24"/>
          <w:rFonts w:ascii="Inter" w:hAnsi="Inter" w:eastAsia="Noto Sans CJK JP" w:cs="Noto Sans CJK JP"/>
        </w:rPr>
        <w:t>0</w:t>
      </w:r>
      <w:r>
        <w:rPr>
          <w:b/>
          <w:color w:val="404040"/>
          <w:sz w:val="24"/>
          <w:rFonts w:ascii="Inter" w:hAnsi="Inter" w:eastAsia="Noto Sans CJK JP" w:cs="Noto Sans CJK JP"/>
        </w:rPr>
        <w: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C</w:t>
      </w:r>
      <w:r>
        <w:rPr>
          <w:b/>
          <w:color w:val="404040"/>
          <w:sz w:val="24"/>
          <w:rFonts w:ascii="Inter" w:hAnsi="Inter" w:eastAsia="Noto Sans CJK JP" w:cs="Noto Sans CJK JP"/>
        </w:rPr>
        <w:t>o</w:t>
      </w:r>
      <w:r>
        <w:rPr>
          <w:b/>
          <w:color w:val="404040"/>
          <w:sz w:val="24"/>
          <w:rFonts w:ascii="Inter" w:hAnsi="Inter" w:eastAsia="Noto Sans CJK JP" w:cs="Noto Sans CJK JP"/>
        </w:rPr>
        <w:t>n</w:t>
      </w:r>
      <w:r>
        <w:rPr>
          <w:b/>
          <w:color w:val="404040"/>
          <w:sz w:val="24"/>
          <w:rFonts w:ascii="Inter" w:hAnsi="Inter" w:eastAsia="Noto Sans CJK JP" w:cs="Noto Sans CJK JP"/>
        </w:rPr>
        <w:t>s</w:t>
      </w:r>
      <w:r>
        <w:rPr>
          <w:b/>
          <w:color w:val="404040"/>
          <w:sz w:val="24"/>
          <w:rFonts w:ascii="Inter" w:hAnsi="Inter" w:eastAsia="Noto Sans CJK JP" w:cs="Noto Sans CJK JP"/>
        </w:rPr>
        <w:t>i</w:t>
      </w:r>
      <w:r>
        <w:rPr>
          <w:b/>
          <w:color w:val="404040"/>
          <w:sz w:val="24"/>
          <w:rFonts w:ascii="Inter" w:hAnsi="Inter" w:eastAsia="Noto Sans CJK JP" w:cs="Noto Sans CJK JP"/>
        </w:rPr>
        <w:t>d</w:t>
      </w:r>
      <w:r>
        <w:rPr>
          <w:b/>
          <w:color w:val="404040"/>
          <w:sz w:val="24"/>
          <w:rFonts w:ascii="Inter" w:hAnsi="Inter" w:eastAsia="Noto Sans CJK JP" w:cs="Noto Sans CJK JP"/>
        </w:rPr>
        <w:t>e</w:t>
      </w:r>
      <w:r>
        <w:rPr>
          <w:b/>
          <w:color w:val="404040"/>
          <w:sz w:val="24"/>
          <w:rFonts w:ascii="Inter" w:hAnsi="Inter" w:eastAsia="Noto Sans CJK JP" w:cs="Noto Sans CJK JP"/>
        </w:rPr>
        <w:t>r</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h</w:t>
      </w:r>
      <w:r>
        <w:rPr>
          <w:b/>
          <w:color w:val="404040"/>
          <w:sz w:val="24"/>
          <w:rFonts w:ascii="Inter" w:hAnsi="Inter" w:eastAsia="Noto Sans CJK JP" w:cs="Noto Sans CJK JP"/>
        </w:rPr>
        <w:t>o</w:t>
      </w:r>
      <w:r>
        <w:rPr>
          <w:b/>
          <w:color w:val="404040"/>
          <w:sz w:val="24"/>
          <w:rFonts w:ascii="Inter" w:hAnsi="Inter" w:eastAsia="Noto Sans CJK JP" w:cs="Noto Sans CJK JP"/>
        </w:rPr>
        <w:t>w</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b</w:t>
      </w:r>
      <w:r>
        <w:rPr>
          <w:b/>
          <w:color w:val="404040"/>
          <w:sz w:val="24"/>
          <w:rFonts w:ascii="Inter" w:hAnsi="Inter" w:eastAsia="Noto Sans CJK JP" w:cs="Noto Sans CJK JP"/>
        </w:rPr>
        <w:t>a</w:t>
      </w:r>
      <w:r>
        <w:rPr>
          <w:b/>
          <w:color w:val="404040"/>
          <w:sz w:val="24"/>
          <w:rFonts w:ascii="Inter" w:hAnsi="Inter" w:eastAsia="Noto Sans CJK JP" w:cs="Noto Sans CJK JP"/>
        </w:rPr>
        <w:t>s</w:t>
      </w:r>
      <w:r>
        <w:rPr>
          <w:b/>
          <w:color w:val="404040"/>
          <w:sz w:val="24"/>
          <w:rFonts w:ascii="Inter" w:hAnsi="Inter" w:eastAsia="Noto Sans CJK JP" w:cs="Noto Sans CJK JP"/>
        </w:rPr>
        <w:t>e</w:t>
      </w:r>
      <w:r>
        <w:rPr>
          <w:b/>
          <w:color w:val="404040"/>
          <w:sz w:val="24"/>
          <w:rFonts w:ascii="Inter" w:hAnsi="Inter" w:eastAsia="Noto Sans CJK JP" w:cs="Noto Sans CJK JP"/>
        </w:rPr>
        <w:t>-</w:t>
      </w:r>
      <w:r>
        <w:rPr>
          <w:b/>
          <w:color w:val="404040"/>
          <w:sz w:val="24"/>
          <w:rFonts w:ascii="Inter" w:hAnsi="Inter" w:eastAsia="Noto Sans CJK JP" w:cs="Noto Sans CJK JP"/>
        </w:rPr>
        <w:t>m</w:t>
      </w:r>
      <w:r>
        <w:rPr>
          <w:b/>
          <w:color w:val="404040"/>
          <w:sz w:val="24"/>
          <w:rFonts w:ascii="Inter" w:hAnsi="Inter" w:eastAsia="Noto Sans CJK JP" w:cs="Noto Sans CJK JP"/>
        </w:rPr>
        <w:t>e</w:t>
      </w:r>
      <w:r>
        <w:rPr>
          <w:b/>
          <w:color w:val="404040"/>
          <w:sz w:val="24"/>
          <w:rFonts w:ascii="Inter" w:hAnsi="Inter" w:eastAsia="Noto Sans CJK JP" w:cs="Noto Sans CJK JP"/>
        </w:rPr>
        <w:t>t</w:t>
      </w:r>
      <w:r>
        <w:rPr>
          <w:b/>
          <w:color w:val="404040"/>
          <w:sz w:val="24"/>
          <w:rFonts w:ascii="Inter" w:hAnsi="Inter" w:eastAsia="Noto Sans CJK JP" w:cs="Noto Sans CJK JP"/>
        </w:rPr>
        <w:t>a</w:t>
      </w:r>
      <w:r>
        <w:rPr>
          <w:b/>
          <w:color w:val="404040"/>
          <w:sz w:val="24"/>
          <w:rFonts w:ascii="Inter" w:hAnsi="Inter" w:eastAsia="Noto Sans CJK JP" w:cs="Noto Sans CJK JP"/>
        </w:rPr>
        <w:t>l</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s</w:t>
      </w:r>
      <w:r>
        <w:rPr>
          <w:b/>
          <w:color w:val="404040"/>
          <w:sz w:val="24"/>
          <w:rFonts w:ascii="Inter" w:hAnsi="Inter" w:eastAsia="Noto Sans CJK JP" w:cs="Noto Sans CJK JP"/>
        </w:rPr>
        <w:t>o</w:t>
      </w:r>
      <w:r>
        <w:rPr>
          <w:b/>
          <w:color w:val="404040"/>
          <w:sz w:val="24"/>
          <w:rFonts w:ascii="Inter" w:hAnsi="Inter" w:eastAsia="Noto Sans CJK JP" w:cs="Noto Sans CJK JP"/>
        </w:rPr>
        <w:t>f</w:t>
      </w:r>
      <w:r>
        <w:rPr>
          <w:b/>
          <w:color w:val="404040"/>
          <w:sz w:val="24"/>
          <w:rFonts w:ascii="Inter" w:hAnsi="Inter" w:eastAsia="Noto Sans CJK JP" w:cs="Noto Sans CJK JP"/>
        </w:rPr>
        <w:t>t</w:t>
      </w:r>
      <w:r>
        <w:rPr>
          <w:b/>
          <w:color w:val="404040"/>
          <w:sz w:val="24"/>
          <w:rFonts w:ascii="Inter" w:hAnsi="Inter" w:eastAsia="Noto Sans CJK JP" w:cs="Noto Sans CJK JP"/>
        </w:rPr>
        <w:t>n</w:t>
      </w:r>
      <w:r>
        <w:rPr>
          <w:b/>
          <w:color w:val="404040"/>
          <w:sz w:val="24"/>
          <w:rFonts w:ascii="Inter" w:hAnsi="Inter" w:eastAsia="Noto Sans CJK JP" w:cs="Noto Sans CJK JP"/>
        </w:rPr>
        <w:t>e</w:t>
      </w:r>
      <w:r>
        <w:rPr>
          <w:b/>
          <w:color w:val="404040"/>
          <w:sz w:val="24"/>
          <w:rFonts w:ascii="Inter" w:hAnsi="Inter" w:eastAsia="Noto Sans CJK JP" w:cs="Noto Sans CJK JP"/>
        </w:rPr>
        <w:t>s</w:t>
      </w:r>
      <w:r>
        <w:rPr>
          <w:b/>
          <w:color w:val="404040"/>
          <w:sz w:val="24"/>
          <w:rFonts w:ascii="Inter" w:hAnsi="Inter" w:eastAsia="Noto Sans CJK JP" w:cs="Noto Sans CJK JP"/>
        </w:rPr>
        <w:t>s</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a</w:t>
      </w:r>
      <w:r>
        <w:rPr>
          <w:b/>
          <w:color w:val="404040"/>
          <w:sz w:val="24"/>
          <w:rFonts w:ascii="Inter" w:hAnsi="Inter" w:eastAsia="Noto Sans CJK JP" w:cs="Noto Sans CJK JP"/>
        </w:rPr>
        <w:t>f</w:t>
      </w:r>
      <w:r>
        <w:rPr>
          <w:b/>
          <w:color w:val="404040"/>
          <w:sz w:val="24"/>
          <w:rFonts w:ascii="Inter" w:hAnsi="Inter" w:eastAsia="Noto Sans CJK JP" w:cs="Noto Sans CJK JP"/>
        </w:rPr>
        <w:t>f</w:t>
      </w:r>
      <w:r>
        <w:rPr>
          <w:b/>
          <w:color w:val="404040"/>
          <w:sz w:val="24"/>
          <w:rFonts w:ascii="Inter" w:hAnsi="Inter" w:eastAsia="Noto Sans CJK JP" w:cs="Noto Sans CJK JP"/>
        </w:rPr>
        <w:t>e</w:t>
      </w:r>
      <w:r>
        <w:rPr>
          <w:b/>
          <w:color w:val="404040"/>
          <w:sz w:val="24"/>
          <w:rFonts w:ascii="Inter" w:hAnsi="Inter" w:eastAsia="Noto Sans CJK JP" w:cs="Noto Sans CJK JP"/>
        </w:rPr>
        <w:t>c</w:t>
      </w:r>
      <w:r>
        <w:rPr>
          <w:b/>
          <w:color w:val="404040"/>
          <w:sz w:val="24"/>
          <w:rFonts w:ascii="Inter" w:hAnsi="Inter" w:eastAsia="Noto Sans CJK JP" w:cs="Noto Sans CJK JP"/>
        </w:rPr>
        <w:t>t</w:t>
      </w:r>
      <w:r>
        <w:rPr>
          <w:b/>
          <w:color w:val="404040"/>
          <w:sz w:val="24"/>
          <w:rFonts w:ascii="Inter" w:hAnsi="Inter" w:eastAsia="Noto Sans CJK JP" w:cs="Noto Sans CJK JP"/>
        </w:rPr>
        <w:t>s</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h</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r</w:t>
      </w:r>
      <w:r>
        <w:rPr>
          <w:b/>
          <w:color w:val="404040"/>
          <w:sz w:val="24"/>
          <w:rFonts w:ascii="Inter" w:hAnsi="Inter" w:eastAsia="Noto Sans CJK JP" w:cs="Noto Sans CJK JP"/>
        </w:rPr>
        <w:t>i</w:t>
      </w:r>
      <w:r>
        <w:rPr>
          <w:b/>
          <w:color w:val="404040"/>
          <w:sz w:val="24"/>
          <w:rFonts w:ascii="Inter" w:hAnsi="Inter" w:eastAsia="Noto Sans CJK JP" w:cs="Noto Sans CJK JP"/>
        </w:rPr>
        <w:t>p</w:t>
      </w:r>
      <w:r>
        <w:rPr>
          <w:b/>
          <w:color w:val="404040"/>
          <w:sz w:val="24"/>
          <w:rFonts w:ascii="Inter" w:hAnsi="Inter" w:eastAsia="Noto Sans CJK JP" w:cs="Noto Sans CJK JP"/>
        </w:rPr>
        <w:t>p</w:t>
      </w:r>
      <w:r>
        <w:rPr>
          <w:b/>
          <w:color w:val="404040"/>
          <w:sz w:val="24"/>
          <w:rFonts w:ascii="Inter" w:hAnsi="Inter" w:eastAsia="Noto Sans CJK JP" w:cs="Noto Sans CJK JP"/>
        </w:rPr>
        <w:t>l</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p</w:t>
      </w:r>
      <w:r>
        <w:rPr>
          <w:b/>
          <w:color w:val="404040"/>
          <w:sz w:val="24"/>
          <w:rFonts w:ascii="Inter" w:hAnsi="Inter" w:eastAsia="Noto Sans CJK JP" w:cs="Noto Sans CJK JP"/>
        </w:rPr>
        <w:t>a</w:t>
      </w:r>
      <w:r>
        <w:rPr>
          <w:b/>
          <w:color w:val="404040"/>
          <w:sz w:val="24"/>
          <w:rFonts w:ascii="Inter" w:hAnsi="Inter" w:eastAsia="Noto Sans CJK JP" w:cs="Noto Sans CJK JP"/>
        </w:rPr>
        <w:t>t</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r</w:t>
      </w:r>
      <w:r>
        <w:rPr>
          <w:b/>
          <w:color w:val="404040"/>
          <w:sz w:val="24"/>
          <w:rFonts w:ascii="Inter" w:hAnsi="Inter" w:eastAsia="Noto Sans CJK JP" w:cs="Noto Sans CJK JP"/>
        </w:rPr>
        <w:t>n</w:t>
      </w:r>
      <w:r>
        <w:rPr>
          <w:b/>
          <w:color w:val="404040"/>
          <w:sz w:val="24"/>
          <w:rFonts w:ascii="Inter" w:hAnsi="Inter" w:eastAsia="Noto Sans CJK JP" w:cs="Noto Sans CJK JP"/>
        </w:rPr>
        <w:t>.</w:t>
      </w:r>
      <w:r>
        <w:rPr>
          <w:color w:val="404040"/>
          <w:sz w:val="24"/>
          <w:rFonts w:ascii="Inter" w:hAnsi="Inter" w:eastAsia="Noto Sans CJK JP" w:cs="Noto Sans CJK JP"/>
        </w:rPr>
        <w:br/>
      </w:r>
      <w:r>
        <w:rPr>
          <w:color w:val="404040"/>
          <w:sz w:val="24"/>
          <w:rFonts w:ascii="Inter" w:hAnsi="Inter" w:eastAsia="Noto Sans CJK JP" w:cs="Noto Sans CJK JP"/>
        </w:rPr>
        <w:t>"</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j</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p</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t</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f</w:t>
      </w: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u</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j</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p</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y</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24" name="Picture 24"/>
            <wp:cNvGraphicFramePr>
              <a:graphicFrameLocks noChangeAspect="1"/>
            </wp:cNvGraphicFramePr>
            <a:graphic>
              <a:graphicData uri="http://schemas.openxmlformats.org/drawingml/2006/picture">
                <pic:pic>
                  <pic:nvPicPr>
                    <pic:cNvPr id="0" name="image.jpg"/>
                    <pic:cNvPicPr/>
                  </pic:nvPicPr>
                  <pic:blipFill>
                    <a:blip r:embed="rId25"/>
                    <a:stretch>
                      <a:fillRect/>
                    </a:stretch>
                  </pic:blipFill>
                  <pic:spPr>
                    <a:xfrm>
                      <a:off x="0" y="0"/>
                      <a:ext cx="5328000" cy="3041655"/>
                    </a:xfrm>
                    <a:prstGeom prst="rect"/>
                  </pic:spPr>
                </pic:pic>
              </a:graphicData>
            </a:graphic>
          </wp:inline>
        </w:drawing>
      </w:r>
    </w:p>
    <w:p>
      <w:pPr>
        <w:pStyle w:val="Caption"/>
        <w:keepNext/>
        <w:keepLines/>
        <w:jc w:val="center"/>
      </w:pPr>
      <w:r>
        <w:rPr>
          <w:b/>
          <w:color w:val="404040"/>
        </w:rPr>
        <w:t>Actively welding with the helmet down and the arc visible; the welding machine display shows 101A/17.5V, with tools and materials on the table.</w:t>
      </w:r>
    </w:p>
    <w:p>
      <w:pPr>
        <w:keepNext/>
        <w:keepLines/>
        <w:jc w:val="center"/>
      </w:pPr>
      <w:r>
        <w:drawing>
          <wp:inline xmlns:a="http://schemas.openxmlformats.org/drawingml/2006/main" xmlns:pic="http://schemas.openxmlformats.org/drawingml/2006/picture">
            <wp:extent cx="5328000" cy="3041655"/>
            <wp:docPr id="25" name="Picture 25"/>
            <wp:cNvGraphicFramePr>
              <a:graphicFrameLocks noChangeAspect="1"/>
            </wp:cNvGraphicFramePr>
            <a:graphic>
              <a:graphicData uri="http://schemas.openxmlformats.org/drawingml/2006/picture">
                <pic:pic>
                  <pic:nvPicPr>
                    <pic:cNvPr id="0" name="image.jpg"/>
                    <pic:cNvPicPr/>
                  </pic:nvPicPr>
                  <pic:blipFill>
                    <a:blip r:embed="rId24"/>
                    <a:stretch>
                      <a:fillRect/>
                    </a:stretch>
                  </pic:blipFill>
                  <pic:spPr>
                    <a:xfrm>
                      <a:off x="0" y="0"/>
                      <a:ext cx="5328000" cy="3041655"/>
                    </a:xfrm>
                    <a:prstGeom prst="rect"/>
                  </pic:spPr>
                </pic:pic>
              </a:graphicData>
            </a:graphic>
          </wp:inline>
        </w:drawing>
      </w:r>
    </w:p>
    <w:p>
      <w:pPr>
        <w:pStyle w:val="Caption"/>
        <w:keepNext/>
        <w:keepLines/>
        <w:jc w:val="center"/>
      </w:pPr>
      <w:r>
        <w:rPr>
          <w:b/>
          <w:color w:val="404040"/>
        </w:rPr>
        <w:t>Welding with a visible arc and smoke; the machine display shows 86A/20.2V, with the helmet down, gloves on, and tools on the table.</w:t>
      </w:r>
    </w:p>
    <w:p>
      <w:pPr>
        <w:keepNext/>
        <w:keepLines/>
        <w:jc w:val="center"/>
      </w:pPr>
      <w:r>
        <w:drawing>
          <wp:inline xmlns:a="http://schemas.openxmlformats.org/drawingml/2006/main" xmlns:pic="http://schemas.openxmlformats.org/drawingml/2006/picture">
            <wp:extent cx="5328000" cy="3041655"/>
            <wp:docPr id="26" name="Picture 26"/>
            <wp:cNvGraphicFramePr>
              <a:graphicFrameLocks noChangeAspect="1"/>
            </wp:cNvGraphicFramePr>
            <a:graphic>
              <a:graphicData uri="http://schemas.openxmlformats.org/drawingml/2006/picture">
                <pic:pic>
                  <pic:nvPicPr>
                    <pic:cNvPr id="0" name="image.jpg"/>
                    <pic:cNvPicPr/>
                  </pic:nvPicPr>
                  <pic:blipFill>
                    <a:blip r:embed="rId26"/>
                    <a:stretch>
                      <a:fillRect/>
                    </a:stretch>
                  </pic:blipFill>
                  <pic:spPr>
                    <a:xfrm>
                      <a:off x="0" y="0"/>
                      <a:ext cx="5328000" cy="3041655"/>
                    </a:xfrm>
                    <a:prstGeom prst="rect"/>
                  </pic:spPr>
                </pic:pic>
              </a:graphicData>
            </a:graphic>
          </wp:inline>
        </w:drawing>
      </w:r>
    </w:p>
    <w:p>
      <w:pPr>
        <w:pStyle w:val="Caption"/>
        <w:keepNext/>
        <w:keepLines/>
        <w:jc w:val="center"/>
      </w:pPr>
      <w:r>
        <w:rPr>
          <w:b/>
          <w:color w:val="404040"/>
        </w:rPr>
        <w:t>Helmet raised while inspecting the welded joint; the machine display shows 86A/21.2V, with tools and materials on the table.</w:t>
      </w:r>
    </w:p>
    <w:p>
      <w:pPr>
        <w:keepNext/>
        <w:keepLines/>
        <w:jc w:val="center"/>
      </w:pPr>
      <w:r>
        <w:drawing>
          <wp:inline xmlns:a="http://schemas.openxmlformats.org/drawingml/2006/main" xmlns:pic="http://schemas.openxmlformats.org/drawingml/2006/picture">
            <wp:extent cx="5328000" cy="3041655"/>
            <wp:docPr id="27" name="Picture 27"/>
            <wp:cNvGraphicFramePr>
              <a:graphicFrameLocks noChangeAspect="1"/>
            </wp:cNvGraphicFramePr>
            <a:graphic>
              <a:graphicData uri="http://schemas.openxmlformats.org/drawingml/2006/picture">
                <pic:pic>
                  <pic:nvPicPr>
                    <pic:cNvPr id="0" name="image.jpg"/>
                    <pic:cNvPicPr/>
                  </pic:nvPicPr>
                  <pic:blipFill>
                    <a:blip r:embed="rId26"/>
                    <a:stretch>
                      <a:fillRect/>
                    </a:stretch>
                  </pic:blipFill>
                  <pic:spPr>
                    <a:xfrm>
                      <a:off x="0" y="0"/>
                      <a:ext cx="5328000" cy="3041655"/>
                    </a:xfrm>
                    <a:prstGeom prst="rect"/>
                  </pic:spPr>
                </pic:pic>
              </a:graphicData>
            </a:graphic>
          </wp:inline>
        </w:drawing>
      </w:r>
    </w:p>
    <w:p>
      <w:pPr>
        <w:pStyle w:val="Caption"/>
        <w:keepNext/>
        <w:keepLines/>
        <w:jc w:val="center"/>
      </w:pPr>
      <w:r>
        <w:rPr>
          <w:b/>
          <w:color w:val="404040"/>
        </w:rPr>
        <w:t>Extreme close-up of the weld bead showing a crater and irregularities at the end of the joint, with slag and spatter visible.</w:t>
      </w:r>
    </w:p>
    <w:p>
      <w:pPr>
        <w:keepNext/>
        <w:keepLines/>
        <w:jc w:val="center"/>
      </w:pPr>
      <w:r>
        <w:drawing>
          <wp:inline xmlns:a="http://schemas.openxmlformats.org/drawingml/2006/main" xmlns:pic="http://schemas.openxmlformats.org/drawingml/2006/picture">
            <wp:extent cx="5328000" cy="3041655"/>
            <wp:docPr id="28" name="Picture 28"/>
            <wp:cNvGraphicFramePr>
              <a:graphicFrameLocks noChangeAspect="1"/>
            </wp:cNvGraphicFramePr>
            <a:graphic>
              <a:graphicData uri="http://schemas.openxmlformats.org/drawingml/2006/picture">
                <pic:pic>
                  <pic:nvPicPr>
                    <pic:cNvPr id="0" name="image.jpg"/>
                    <pic:cNvPicPr/>
                  </pic:nvPicPr>
                  <pic:blipFill>
                    <a:blip r:embed="rId26"/>
                    <a:stretch>
                      <a:fillRect/>
                    </a:stretch>
                  </pic:blipFill>
                  <pic:spPr>
                    <a:xfrm>
                      <a:off x="0" y="0"/>
                      <a:ext cx="5328000" cy="3041655"/>
                    </a:xfrm>
                    <a:prstGeom prst="rect"/>
                  </pic:spPr>
                </pic:pic>
              </a:graphicData>
            </a:graphic>
          </wp:inline>
        </w:drawing>
      </w:r>
    </w:p>
    <w:p>
      <w:pPr>
        <w:pStyle w:val="Caption"/>
        <w:jc w:val="center"/>
      </w:pPr>
      <w:r>
        <w:rPr>
          <w:b/>
          <w:color w:val="404040"/>
        </w:rPr>
        <w:t>Close-up of the weld bead and joint with a gloved hand in the background, focused on the weld surface and ripple pattern.</w:t>
      </w:r>
    </w:p>
    <w:p>
      <w:pPr>
        <w:pStyle w:val="Heading2"/>
        <w:keepNext/>
        <w:keepLines/>
        <w:ind w:left="0"/>
        <w:outlineLvl w:val="1"/>
      </w:pPr>
      <w:r>
        <w:rPr>
          <w:b/>
          <w:color w:val="404040"/>
          <w:sz w:val="28"/>
          <w:rFonts w:ascii="Inter" w:hAnsi="Inter" w:eastAsia="Noto Sans CJK JP" w:cs="Noto Sans CJK JP"/>
        </w:rPr>
        <w:t>Evaluating and cleaning the completed welds</w:t>
      </w:r>
    </w:p>
    <w:p>
      <w:pPr>
        <w:keepNext/>
        <w:keepLines/>
      </w:pPr>
      <w:r>
        <w:rPr>
          <w:b/>
          <w:color w:val="404040"/>
          <w:sz w:val="24"/>
          <w:rFonts w:ascii="Inter" w:hAnsi="Inter" w:eastAsia="Noto Sans CJK JP" w:cs="Noto Sans CJK JP"/>
        </w:rPr>
        <w:t>4</w:t>
      </w:r>
      <w:r>
        <w:rPr>
          <w:b/>
          <w:color w:val="404040"/>
          <w:sz w:val="24"/>
          <w:rFonts w:ascii="Inter" w:hAnsi="Inter" w:eastAsia="Noto Sans CJK JP" w:cs="Noto Sans CJK JP"/>
        </w:rPr>
        <w:t>1</w:t>
      </w:r>
      <w:r>
        <w:rPr>
          <w:b/>
          <w:color w:val="404040"/>
          <w:sz w:val="24"/>
          <w:rFonts w:ascii="Inter" w:hAnsi="Inter" w:eastAsia="Noto Sans CJK JP" w:cs="Noto Sans CJK JP"/>
        </w:rPr>
        <w: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A</w:t>
      </w:r>
      <w:r>
        <w:rPr>
          <w:b/>
          <w:color w:val="404040"/>
          <w:sz w:val="24"/>
          <w:rFonts w:ascii="Inter" w:hAnsi="Inter" w:eastAsia="Noto Sans CJK JP" w:cs="Noto Sans CJK JP"/>
        </w:rPr>
        <w:t>s</w:t>
      </w:r>
      <w:r>
        <w:rPr>
          <w:b/>
          <w:color w:val="404040"/>
          <w:sz w:val="24"/>
          <w:rFonts w:ascii="Inter" w:hAnsi="Inter" w:eastAsia="Noto Sans CJK JP" w:cs="Noto Sans CJK JP"/>
        </w:rPr>
        <w:t>s</w:t>
      </w:r>
      <w:r>
        <w:rPr>
          <w:b/>
          <w:color w:val="404040"/>
          <w:sz w:val="24"/>
          <w:rFonts w:ascii="Inter" w:hAnsi="Inter" w:eastAsia="Noto Sans CJK JP" w:cs="Noto Sans CJK JP"/>
        </w:rPr>
        <w:t>e</w:t>
      </w:r>
      <w:r>
        <w:rPr>
          <w:b/>
          <w:color w:val="404040"/>
          <w:sz w:val="24"/>
          <w:rFonts w:ascii="Inter" w:hAnsi="Inter" w:eastAsia="Noto Sans CJK JP" w:cs="Noto Sans CJK JP"/>
        </w:rPr>
        <w:t>s</w:t>
      </w:r>
      <w:r>
        <w:rPr>
          <w:b/>
          <w:color w:val="404040"/>
          <w:sz w:val="24"/>
          <w:rFonts w:ascii="Inter" w:hAnsi="Inter" w:eastAsia="Noto Sans CJK JP" w:cs="Noto Sans CJK JP"/>
        </w:rPr>
        <w:t>s</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h</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e</w:t>
      </w:r>
      <w:r>
        <w:rPr>
          <w:b/>
          <w:color w:val="404040"/>
          <w:sz w:val="24"/>
          <w:rFonts w:ascii="Inter" w:hAnsi="Inter" w:eastAsia="Noto Sans CJK JP" w:cs="Noto Sans CJK JP"/>
        </w:rPr>
        <w:t>f</w:t>
      </w:r>
      <w:r>
        <w:rPr>
          <w:b/>
          <w:color w:val="404040"/>
          <w:sz w:val="24"/>
          <w:rFonts w:ascii="Inter" w:hAnsi="Inter" w:eastAsia="Noto Sans CJK JP" w:cs="Noto Sans CJK JP"/>
        </w:rPr>
        <w:t>f</w:t>
      </w:r>
      <w:r>
        <w:rPr>
          <w:b/>
          <w:color w:val="404040"/>
          <w:sz w:val="24"/>
          <w:rFonts w:ascii="Inter" w:hAnsi="Inter" w:eastAsia="Noto Sans CJK JP" w:cs="Noto Sans CJK JP"/>
        </w:rPr>
        <w:t>e</w:t>
      </w:r>
      <w:r>
        <w:rPr>
          <w:b/>
          <w:color w:val="404040"/>
          <w:sz w:val="24"/>
          <w:rFonts w:ascii="Inter" w:hAnsi="Inter" w:eastAsia="Noto Sans CJK JP" w:cs="Noto Sans CJK JP"/>
        </w:rPr>
        <w:t>c</w:t>
      </w:r>
      <w:r>
        <w:rPr>
          <w:b/>
          <w:color w:val="404040"/>
          <w:sz w:val="24"/>
          <w:rFonts w:ascii="Inter" w:hAnsi="Inter" w:eastAsia="Noto Sans CJK JP" w:cs="Noto Sans CJK JP"/>
        </w:rPr>
        <w:t>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o</w:t>
      </w:r>
      <w:r>
        <w:rPr>
          <w:b/>
          <w:color w:val="404040"/>
          <w:sz w:val="24"/>
          <w:rFonts w:ascii="Inter" w:hAnsi="Inter" w:eastAsia="Noto Sans CJK JP" w:cs="Noto Sans CJK JP"/>
        </w:rPr>
        <w:t>f</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b</w:t>
      </w:r>
      <w:r>
        <w:rPr>
          <w:b/>
          <w:color w:val="404040"/>
          <w:sz w:val="24"/>
          <w:rFonts w:ascii="Inter" w:hAnsi="Inter" w:eastAsia="Noto Sans CJK JP" w:cs="Noto Sans CJK JP"/>
        </w:rPr>
        <w:t>a</w:t>
      </w:r>
      <w:r>
        <w:rPr>
          <w:b/>
          <w:color w:val="404040"/>
          <w:sz w:val="24"/>
          <w:rFonts w:ascii="Inter" w:hAnsi="Inter" w:eastAsia="Noto Sans CJK JP" w:cs="Noto Sans CJK JP"/>
        </w:rPr>
        <w:t>s</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m</w:t>
      </w:r>
      <w:r>
        <w:rPr>
          <w:b/>
          <w:color w:val="404040"/>
          <w:sz w:val="24"/>
          <w:rFonts w:ascii="Inter" w:hAnsi="Inter" w:eastAsia="Noto Sans CJK JP" w:cs="Noto Sans CJK JP"/>
        </w:rPr>
        <w:t>a</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r</w:t>
      </w:r>
      <w:r>
        <w:rPr>
          <w:b/>
          <w:color w:val="404040"/>
          <w:sz w:val="24"/>
          <w:rFonts w:ascii="Inter" w:hAnsi="Inter" w:eastAsia="Noto Sans CJK JP" w:cs="Noto Sans CJK JP"/>
        </w:rPr>
        <w:t>i</w:t>
      </w:r>
      <w:r>
        <w:rPr>
          <w:b/>
          <w:color w:val="404040"/>
          <w:sz w:val="24"/>
          <w:rFonts w:ascii="Inter" w:hAnsi="Inter" w:eastAsia="Noto Sans CJK JP" w:cs="Noto Sans CJK JP"/>
        </w:rPr>
        <w:t>a</w:t>
      </w:r>
      <w:r>
        <w:rPr>
          <w:b/>
          <w:color w:val="404040"/>
          <w:sz w:val="24"/>
          <w:rFonts w:ascii="Inter" w:hAnsi="Inter" w:eastAsia="Noto Sans CJK JP" w:cs="Noto Sans CJK JP"/>
        </w:rPr>
        <w:t>l</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s</w:t>
      </w:r>
      <w:r>
        <w:rPr>
          <w:b/>
          <w:color w:val="404040"/>
          <w:sz w:val="24"/>
          <w:rFonts w:ascii="Inter" w:hAnsi="Inter" w:eastAsia="Noto Sans CJK JP" w:cs="Noto Sans CJK JP"/>
        </w:rPr>
        <w:t>o</w:t>
      </w:r>
      <w:r>
        <w:rPr>
          <w:b/>
          <w:color w:val="404040"/>
          <w:sz w:val="24"/>
          <w:rFonts w:ascii="Inter" w:hAnsi="Inter" w:eastAsia="Noto Sans CJK JP" w:cs="Noto Sans CJK JP"/>
        </w:rPr>
        <w:t>f</w:t>
      </w:r>
      <w:r>
        <w:rPr>
          <w:b/>
          <w:color w:val="404040"/>
          <w:sz w:val="24"/>
          <w:rFonts w:ascii="Inter" w:hAnsi="Inter" w:eastAsia="Noto Sans CJK JP" w:cs="Noto Sans CJK JP"/>
        </w:rPr>
        <w:t>t</w:t>
      </w:r>
      <w:r>
        <w:rPr>
          <w:b/>
          <w:color w:val="404040"/>
          <w:sz w:val="24"/>
          <w:rFonts w:ascii="Inter" w:hAnsi="Inter" w:eastAsia="Noto Sans CJK JP" w:cs="Noto Sans CJK JP"/>
        </w:rPr>
        <w:t>n</w:t>
      </w:r>
      <w:r>
        <w:rPr>
          <w:b/>
          <w:color w:val="404040"/>
          <w:sz w:val="24"/>
          <w:rFonts w:ascii="Inter" w:hAnsi="Inter" w:eastAsia="Noto Sans CJK JP" w:cs="Noto Sans CJK JP"/>
        </w:rPr>
        <w:t>e</w:t>
      </w:r>
      <w:r>
        <w:rPr>
          <w:b/>
          <w:color w:val="404040"/>
          <w:sz w:val="24"/>
          <w:rFonts w:ascii="Inter" w:hAnsi="Inter" w:eastAsia="Noto Sans CJK JP" w:cs="Noto Sans CJK JP"/>
        </w:rPr>
        <w:t>s</w:t>
      </w:r>
      <w:r>
        <w:rPr>
          <w:b/>
          <w:color w:val="404040"/>
          <w:sz w:val="24"/>
          <w:rFonts w:ascii="Inter" w:hAnsi="Inter" w:eastAsia="Noto Sans CJK JP" w:cs="Noto Sans CJK JP"/>
        </w:rPr>
        <w:t>s</w:t>
      </w:r>
      <w:r>
        <w:rPr>
          <w:b/>
          <w:color w:val="404040"/>
          <w:sz w:val="24"/>
          <w:rFonts w:ascii="Inter" w:hAnsi="Inter" w:eastAsia="Noto Sans CJK JP" w:cs="Noto Sans CJK JP"/>
        </w:rPr>
        <w:t>.</w:t>
      </w:r>
      <w:r>
        <w:rPr>
          <w:color w:val="404040"/>
          <w:sz w:val="24"/>
          <w:rFonts w:ascii="Inter" w:hAnsi="Inter" w:eastAsia="Noto Sans CJK JP" w:cs="Noto Sans CJK JP"/>
        </w:rPr>
        <w:br/>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j</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2</w:t>
      </w:r>
      <w:r>
        <w:rPr>
          <w:color w:val="404040"/>
          <w:sz w:val="24"/>
          <w:rFonts w:ascii="Inter" w:hAnsi="Inter" w:eastAsia="Noto Sans CJK JP" w:cs="Noto Sans CJK JP"/>
        </w:rPr>
        <w:t>1</w:t>
      </w:r>
      <w:r>
        <w:rPr>
          <w:color w:val="404040"/>
          <w:sz w:val="24"/>
          <w:rFonts w:ascii="Inter" w:hAnsi="Inter" w:eastAsia="Noto Sans CJK JP" w:cs="Noto Sans CJK JP"/>
        </w:rPr>
        <w:t>5</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8</w:t>
      </w:r>
      <w:r>
        <w:rPr>
          <w:color w:val="404040"/>
          <w:sz w:val="24"/>
          <w:rFonts w:ascii="Inter" w:hAnsi="Inter" w:eastAsia="Noto Sans CJK JP" w:cs="Noto Sans CJK JP"/>
        </w:rPr>
        <w:t>5</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5</w:t>
      </w:r>
      <w:r>
        <w:rPr>
          <w:color w:val="404040"/>
          <w:sz w:val="24"/>
          <w:rFonts w:ascii="Inter" w:hAnsi="Inter" w:eastAsia="Noto Sans CJK JP" w:cs="Noto Sans CJK JP"/>
        </w:rPr>
        <w:t>2</w:t>
      </w:r>
      <w:r>
        <w:rPr>
          <w:color w:val="404040"/>
          <w:sz w:val="24"/>
          <w:rFonts w:ascii="Inter" w:hAnsi="Inter" w:eastAsia="Noto Sans CJK JP" w:cs="Noto Sans CJK JP"/>
        </w:rPr>
        <w:t>.</w:t>
      </w:r>
      <w:r>
        <w:rPr>
          <w:color w:val="404040"/>
          <w:sz w:val="24"/>
          <w:rFonts w:ascii="Inter" w:hAnsi="Inter" w:eastAsia="Noto Sans CJK JP" w:cs="Noto Sans CJK JP"/>
        </w:rPr>
        <w:t>0</w:t>
      </w:r>
      <w:r>
        <w:rPr>
          <w:color w:val="404040"/>
          <w:sz w:val="24"/>
          <w:rFonts w:ascii="Inter" w:hAnsi="Inter" w:eastAsia="Noto Sans CJK JP" w:cs="Noto Sans CJK JP"/>
        </w:rPr>
        <w:t>V</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r</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p</w:t>
      </w:r>
      <w:r>
        <w:rPr>
          <w:color w:val="404040"/>
          <w:sz w:val="24"/>
          <w:rFonts w:ascii="Inter" w:hAnsi="Inter" w:eastAsia="Noto Sans CJK JP" w:cs="Noto Sans CJK JP"/>
        </w:rPr>
        <w:t>p</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k</w:t>
      </w:r>
      <w:r>
        <w:rPr>
          <w:color w:val="404040"/>
          <w:sz w:val="24"/>
          <w:rFonts w:ascii="Inter" w:hAnsi="Inter" w:eastAsia="Noto Sans CJK JP" w:cs="Noto Sans CJK JP"/>
        </w:rPr>
        <w:t>p</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k</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k</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y</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i</w:t>
      </w:r>
      <w:r>
        <w:rPr>
          <w:color w:val="404040"/>
          <w:sz w:val="24"/>
          <w:rFonts w:ascii="Inter" w:hAnsi="Inter" w:eastAsia="Noto Sans CJK JP" w:cs="Noto Sans CJK JP"/>
        </w:rPr>
        <w:t>p</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b</w:t>
      </w:r>
      <w:r>
        <w:rPr>
          <w:color w:val="404040"/>
          <w:sz w:val="24"/>
          <w:rFonts w:ascii="Inter" w:hAnsi="Inter" w:eastAsia="Noto Sans CJK JP" w:cs="Noto Sans CJK JP"/>
        </w:rPr>
        <w:t>y</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29" name="Picture 29"/>
            <wp:cNvGraphicFramePr>
              <a:graphicFrameLocks noChangeAspect="1"/>
            </wp:cNvGraphicFramePr>
            <a:graphic>
              <a:graphicData uri="http://schemas.openxmlformats.org/drawingml/2006/picture">
                <pic:pic>
                  <pic:nvPicPr>
                    <pic:cNvPr id="0" name="image.jpg"/>
                    <pic:cNvPicPr/>
                  </pic:nvPicPr>
                  <pic:blipFill>
                    <a:blip r:embed="rId27"/>
                    <a:stretch>
                      <a:fillRect/>
                    </a:stretch>
                  </pic:blipFill>
                  <pic:spPr>
                    <a:xfrm>
                      <a:off x="0" y="0"/>
                      <a:ext cx="5328000" cy="3041655"/>
                    </a:xfrm>
                    <a:prstGeom prst="rect"/>
                  </pic:spPr>
                </pic:pic>
              </a:graphicData>
            </a:graphic>
          </wp:inline>
        </w:drawing>
      </w:r>
    </w:p>
    <w:p>
      <w:pPr>
        <w:pStyle w:val="Caption"/>
        <w:jc w:val="center"/>
      </w:pPr>
      <w:r>
        <w:rPr>
          <w:b/>
          <w:color w:val="404040"/>
        </w:rPr>
        <w:t>At the table with the welding machine showing 85A/52.0V, tools, and metal pieces, examining the effect of aluminum softness on the ripple pattern.</w:t>
      </w:r>
    </w:p>
    <w:p>
      <w:pPr/>
      <w:r>
        <w:rPr>
          <w:b/>
          <w:color w:val="404040"/>
          <w:sz w:val="24"/>
          <w:rFonts w:ascii="Inter" w:hAnsi="Inter" w:eastAsia="Noto Sans CJK JP" w:cs="Noto Sans CJK JP"/>
        </w:rPr>
        <w:t>4</w:t>
      </w:r>
      <w:r>
        <w:rPr>
          <w:b/>
          <w:color w:val="404040"/>
          <w:sz w:val="24"/>
          <w:rFonts w:ascii="Inter" w:hAnsi="Inter" w:eastAsia="Noto Sans CJK JP" w:cs="Noto Sans CJK JP"/>
        </w:rPr>
        <w:t>2</w:t>
      </w:r>
      <w:r>
        <w:rPr>
          <w:b/>
          <w:color w:val="404040"/>
          <w:sz w:val="24"/>
          <w:rFonts w:ascii="Inter" w:hAnsi="Inter" w:eastAsia="Noto Sans CJK JP" w:cs="Noto Sans CJK JP"/>
        </w:rPr>
        <w: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L</w:t>
      </w:r>
      <w:r>
        <w:rPr>
          <w:b/>
          <w:color w:val="404040"/>
          <w:sz w:val="24"/>
          <w:rFonts w:ascii="Inter" w:hAnsi="Inter" w:eastAsia="Noto Sans CJK JP" w:cs="Noto Sans CJK JP"/>
        </w:rPr>
        <w:t>i</w:t>
      </w:r>
      <w:r>
        <w:rPr>
          <w:b/>
          <w:color w:val="404040"/>
          <w:sz w:val="24"/>
          <w:rFonts w:ascii="Inter" w:hAnsi="Inter" w:eastAsia="Noto Sans CJK JP" w:cs="Noto Sans CJK JP"/>
        </w:rPr>
        <w:t>g</w:t>
      </w:r>
      <w:r>
        <w:rPr>
          <w:b/>
          <w:color w:val="404040"/>
          <w:sz w:val="24"/>
          <w:rFonts w:ascii="Inter" w:hAnsi="Inter" w:eastAsia="Noto Sans CJK JP" w:cs="Noto Sans CJK JP"/>
        </w:rPr>
        <w:t>h</w:t>
      </w:r>
      <w:r>
        <w:rPr>
          <w:b/>
          <w:color w:val="404040"/>
          <w:sz w:val="24"/>
          <w:rFonts w:ascii="Inter" w:hAnsi="Inter" w:eastAsia="Noto Sans CJK JP" w:cs="Noto Sans CJK JP"/>
        </w:rPr>
        <w:t>t</w:t>
      </w:r>
      <w:r>
        <w:rPr>
          <w:b/>
          <w:color w:val="404040"/>
          <w:sz w:val="24"/>
          <w:rFonts w:ascii="Inter" w:hAnsi="Inter" w:eastAsia="Noto Sans CJK JP" w:cs="Noto Sans CJK JP"/>
        </w:rPr>
        <w:t>l</w:t>
      </w:r>
      <w:r>
        <w:rPr>
          <w:b/>
          <w:color w:val="404040"/>
          <w:sz w:val="24"/>
          <w:rFonts w:ascii="Inter" w:hAnsi="Inter" w:eastAsia="Noto Sans CJK JP" w:cs="Noto Sans CJK JP"/>
        </w:rPr>
        <w:t>y</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r</w:t>
      </w:r>
      <w:r>
        <w:rPr>
          <w:b/>
          <w:color w:val="404040"/>
          <w:sz w:val="24"/>
          <w:rFonts w:ascii="Inter" w:hAnsi="Inter" w:eastAsia="Noto Sans CJK JP" w:cs="Noto Sans CJK JP"/>
        </w:rPr>
        <w:t>e</w:t>
      </w:r>
      <w:r>
        <w:rPr>
          <w:b/>
          <w:color w:val="404040"/>
          <w:sz w:val="24"/>
          <w:rFonts w:ascii="Inter" w:hAnsi="Inter" w:eastAsia="Noto Sans CJK JP" w:cs="Noto Sans CJK JP"/>
        </w:rPr>
        <w:t>m</w:t>
      </w:r>
      <w:r>
        <w:rPr>
          <w:b/>
          <w:color w:val="404040"/>
          <w:sz w:val="24"/>
          <w:rFonts w:ascii="Inter" w:hAnsi="Inter" w:eastAsia="Noto Sans CJK JP" w:cs="Noto Sans CJK JP"/>
        </w:rPr>
        <w:t>o</w:t>
      </w:r>
      <w:r>
        <w:rPr>
          <w:b/>
          <w:color w:val="404040"/>
          <w:sz w:val="24"/>
          <w:rFonts w:ascii="Inter" w:hAnsi="Inter" w:eastAsia="Noto Sans CJK JP" w:cs="Noto Sans CJK JP"/>
        </w:rPr>
        <w:t>v</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s</w:t>
      </w:r>
      <w:r>
        <w:rPr>
          <w:b/>
          <w:color w:val="404040"/>
          <w:sz w:val="24"/>
          <w:rFonts w:ascii="Inter" w:hAnsi="Inter" w:eastAsia="Noto Sans CJK JP" w:cs="Noto Sans CJK JP"/>
        </w:rPr>
        <w:t>l</w:t>
      </w:r>
      <w:r>
        <w:rPr>
          <w:b/>
          <w:color w:val="404040"/>
          <w:sz w:val="24"/>
          <w:rFonts w:ascii="Inter" w:hAnsi="Inter" w:eastAsia="Noto Sans CJK JP" w:cs="Noto Sans CJK JP"/>
        </w:rPr>
        <w:t>a</w:t>
      </w:r>
      <w:r>
        <w:rPr>
          <w:b/>
          <w:color w:val="404040"/>
          <w:sz w:val="24"/>
          <w:rFonts w:ascii="Inter" w:hAnsi="Inter" w:eastAsia="Noto Sans CJK JP" w:cs="Noto Sans CJK JP"/>
        </w:rPr>
        <w:t>g</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a</w:t>
      </w:r>
      <w:r>
        <w:rPr>
          <w:b/>
          <w:color w:val="404040"/>
          <w:sz w:val="24"/>
          <w:rFonts w:ascii="Inter" w:hAnsi="Inter" w:eastAsia="Noto Sans CJK JP" w:cs="Noto Sans CJK JP"/>
        </w:rPr>
        <w:t>n</w:t>
      </w:r>
      <w:r>
        <w:rPr>
          <w:b/>
          <w:color w:val="404040"/>
          <w:sz w:val="24"/>
          <w:rFonts w:ascii="Inter" w:hAnsi="Inter" w:eastAsia="Noto Sans CJK JP" w:cs="Noto Sans CJK JP"/>
        </w:rPr>
        <w:t>d</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r</w:t>
      </w:r>
      <w:r>
        <w:rPr>
          <w:b/>
          <w:color w:val="404040"/>
          <w:sz w:val="24"/>
          <w:rFonts w:ascii="Inter" w:hAnsi="Inter" w:eastAsia="Noto Sans CJK JP" w:cs="Noto Sans CJK JP"/>
        </w:rPr>
        <w:t>e</w:t>
      </w:r>
      <w:r>
        <w:rPr>
          <w:b/>
          <w:color w:val="404040"/>
          <w:sz w:val="24"/>
          <w:rFonts w:ascii="Inter" w:hAnsi="Inter" w:eastAsia="Noto Sans CJK JP" w:cs="Noto Sans CJK JP"/>
        </w:rPr>
        <w:t>s</w:t>
      </w:r>
      <w:r>
        <w:rPr>
          <w:b/>
          <w:color w:val="404040"/>
          <w:sz w:val="24"/>
          <w:rFonts w:ascii="Inter" w:hAnsi="Inter" w:eastAsia="Noto Sans CJK JP" w:cs="Noto Sans CJK JP"/>
        </w:rPr>
        <w:t>i</w:t>
      </w:r>
      <w:r>
        <w:rPr>
          <w:b/>
          <w:color w:val="404040"/>
          <w:sz w:val="24"/>
          <w:rFonts w:ascii="Inter" w:hAnsi="Inter" w:eastAsia="Noto Sans CJK JP" w:cs="Noto Sans CJK JP"/>
        </w:rPr>
        <w:t>d</w:t>
      </w:r>
      <w:r>
        <w:rPr>
          <w:b/>
          <w:color w:val="404040"/>
          <w:sz w:val="24"/>
          <w:rFonts w:ascii="Inter" w:hAnsi="Inter" w:eastAsia="Noto Sans CJK JP" w:cs="Noto Sans CJK JP"/>
        </w:rPr>
        <w:t>u</w:t>
      </w:r>
      <w:r>
        <w:rPr>
          <w:b/>
          <w:color w:val="404040"/>
          <w:sz w:val="24"/>
          <w:rFonts w:ascii="Inter" w:hAnsi="Inter" w:eastAsia="Noto Sans CJK JP" w:cs="Noto Sans CJK JP"/>
        </w:rPr>
        <w:t>e</w:t>
      </w:r>
      <w:r>
        <w:rPr>
          <w:b/>
          <w:color w:val="404040"/>
          <w:sz w:val="24"/>
          <w:rFonts w:ascii="Inter" w:hAnsi="Inter" w:eastAsia="Noto Sans CJK JP" w:cs="Noto Sans CJK JP"/>
        </w:rPr>
        <w:t>.</w:t>
      </w:r>
      <w:r>
        <w:rPr>
          <w:color w:val="404040"/>
          <w:sz w:val="24"/>
          <w:rFonts w:ascii="Inter" w:hAnsi="Inter" w:eastAsia="Noto Sans CJK JP" w:cs="Noto Sans CJK JP"/>
        </w:rPr>
        <w:br/>
      </w:r>
      <w:r>
        <w:rPr>
          <w:color w:val="404040"/>
          <w:sz w:val="24"/>
          <w:rFonts w:ascii="Inter" w:hAnsi="Inter" w:eastAsia="Noto Sans CJK JP" w:cs="Noto Sans CJK JP"/>
        </w:rPr>
        <w:t>"</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h</w:t>
      </w:r>
      <w:r>
        <w:rPr>
          <w:color w:val="404040"/>
          <w:sz w:val="24"/>
          <w:rFonts w:ascii="Inter" w:hAnsi="Inter" w:eastAsia="Noto Sans CJK JP" w:cs="Noto Sans CJK JP"/>
        </w:rPr>
        <w:t>t</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u</w:t>
      </w:r>
      <w:r>
        <w:rPr>
          <w:color w:val="404040"/>
          <w:sz w:val="24"/>
          <w:rFonts w:ascii="Inter" w:hAnsi="Inter" w:eastAsia="Noto Sans CJK JP" w:cs="Noto Sans CJK JP"/>
        </w:rPr>
        <w:t>f</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p</w:t>
      </w:r>
      <w:r>
        <w:rPr>
          <w:color w:val="404040"/>
          <w:sz w:val="24"/>
          <w:rFonts w:ascii="Inter" w:hAnsi="Inter" w:eastAsia="Noto Sans CJK JP" w:cs="Noto Sans CJK JP"/>
        </w:rPr>
        <w:t>p</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x</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u</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j</w:t>
      </w:r>
      <w:r>
        <w:rPr>
          <w:color w:val="404040"/>
          <w:sz w:val="24"/>
          <w:rFonts w:ascii="Inter" w:hAnsi="Inter" w:eastAsia="Noto Sans CJK JP" w:cs="Noto Sans CJK JP"/>
        </w:rPr>
        <w:t>o</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k</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v</w:t>
      </w:r>
      <w:r>
        <w:rPr>
          <w:color w:val="404040"/>
          <w:sz w:val="24"/>
          <w:rFonts w:ascii="Inter" w:hAnsi="Inter" w:eastAsia="Noto Sans CJK JP" w:cs="Noto Sans CJK JP"/>
        </w:rPr>
        <w:t>o</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w:t>
      </w:r>
    </w:p>
    <w:p>
      <w:pPr/>
      <w:r>
        <w:rPr>
          <w:b/>
          <w:color w:val="404040"/>
          <w:sz w:val="24"/>
          <w:rFonts w:ascii="Inter" w:hAnsi="Inter" w:eastAsia="Noto Sans CJK JP" w:cs="Noto Sans CJK JP"/>
        </w:rPr>
        <w:t>4</w:t>
      </w:r>
      <w:r>
        <w:rPr>
          <w:b/>
          <w:color w:val="404040"/>
          <w:sz w:val="24"/>
          <w:rFonts w:ascii="Inter" w:hAnsi="Inter" w:eastAsia="Noto Sans CJK JP" w:cs="Noto Sans CJK JP"/>
        </w:rPr>
        <w:t>3</w:t>
      </w:r>
      <w:r>
        <w:rPr>
          <w:b/>
          <w:color w:val="404040"/>
          <w:sz w:val="24"/>
          <w:rFonts w:ascii="Inter" w:hAnsi="Inter" w:eastAsia="Noto Sans CJK JP" w:cs="Noto Sans CJK JP"/>
        </w:rPr>
        <w: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C</w:t>
      </w:r>
      <w:r>
        <w:rPr>
          <w:b/>
          <w:color w:val="404040"/>
          <w:sz w:val="24"/>
          <w:rFonts w:ascii="Inter" w:hAnsi="Inter" w:eastAsia="Noto Sans CJK JP" w:cs="Noto Sans CJK JP"/>
        </w:rPr>
        <w:t>o</w:t>
      </w:r>
      <w:r>
        <w:rPr>
          <w:b/>
          <w:color w:val="404040"/>
          <w:sz w:val="24"/>
          <w:rFonts w:ascii="Inter" w:hAnsi="Inter" w:eastAsia="Noto Sans CJK JP" w:cs="Noto Sans CJK JP"/>
        </w:rPr>
        <w:t>o</w:t>
      </w:r>
      <w:r>
        <w:rPr>
          <w:b/>
          <w:color w:val="404040"/>
          <w:sz w:val="24"/>
          <w:rFonts w:ascii="Inter" w:hAnsi="Inter" w:eastAsia="Noto Sans CJK JP" w:cs="Noto Sans CJK JP"/>
        </w:rPr>
        <w:t>l</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h</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w</w:t>
      </w:r>
      <w:r>
        <w:rPr>
          <w:b/>
          <w:color w:val="404040"/>
          <w:sz w:val="24"/>
          <w:rFonts w:ascii="Inter" w:hAnsi="Inter" w:eastAsia="Noto Sans CJK JP" w:cs="Noto Sans CJK JP"/>
        </w:rPr>
        <w:t>o</w:t>
      </w:r>
      <w:r>
        <w:rPr>
          <w:b/>
          <w:color w:val="404040"/>
          <w:sz w:val="24"/>
          <w:rFonts w:ascii="Inter" w:hAnsi="Inter" w:eastAsia="Noto Sans CJK JP" w:cs="Noto Sans CJK JP"/>
        </w:rPr>
        <w:t>r</w:t>
      </w:r>
      <w:r>
        <w:rPr>
          <w:b/>
          <w:color w:val="404040"/>
          <w:sz w:val="24"/>
          <w:rFonts w:ascii="Inter" w:hAnsi="Inter" w:eastAsia="Noto Sans CJK JP" w:cs="Noto Sans CJK JP"/>
        </w:rPr>
        <w:t>k</w:t>
      </w:r>
      <w:r>
        <w:rPr>
          <w:b/>
          <w:color w:val="404040"/>
          <w:sz w:val="24"/>
          <w:rFonts w:ascii="Inter" w:hAnsi="Inter" w:eastAsia="Noto Sans CJK JP" w:cs="Noto Sans CJK JP"/>
        </w:rPr>
        <w:t>p</w:t>
      </w:r>
      <w:r>
        <w:rPr>
          <w:b/>
          <w:color w:val="404040"/>
          <w:sz w:val="24"/>
          <w:rFonts w:ascii="Inter" w:hAnsi="Inter" w:eastAsia="Noto Sans CJK JP" w:cs="Noto Sans CJK JP"/>
        </w:rPr>
        <w:t>i</w:t>
      </w:r>
      <w:r>
        <w:rPr>
          <w:b/>
          <w:color w:val="404040"/>
          <w:sz w:val="24"/>
          <w:rFonts w:ascii="Inter" w:hAnsi="Inter" w:eastAsia="Noto Sans CJK JP" w:cs="Noto Sans CJK JP"/>
        </w:rPr>
        <w:t>e</w:t>
      </w:r>
      <w:r>
        <w:rPr>
          <w:b/>
          <w:color w:val="404040"/>
          <w:sz w:val="24"/>
          <w:rFonts w:ascii="Inter" w:hAnsi="Inter" w:eastAsia="Noto Sans CJK JP" w:cs="Noto Sans CJK JP"/>
        </w:rPr>
        <w:t>c</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b</w:t>
      </w:r>
      <w:r>
        <w:rPr>
          <w:b/>
          <w:color w:val="404040"/>
          <w:sz w:val="24"/>
          <w:rFonts w:ascii="Inter" w:hAnsi="Inter" w:eastAsia="Noto Sans CJK JP" w:cs="Noto Sans CJK JP"/>
        </w:rPr>
        <w:t>e</w:t>
      </w:r>
      <w:r>
        <w:rPr>
          <w:b/>
          <w:color w:val="404040"/>
          <w:sz w:val="24"/>
          <w:rFonts w:ascii="Inter" w:hAnsi="Inter" w:eastAsia="Noto Sans CJK JP" w:cs="Noto Sans CJK JP"/>
        </w:rPr>
        <w:t>f</w:t>
      </w:r>
      <w:r>
        <w:rPr>
          <w:b/>
          <w:color w:val="404040"/>
          <w:sz w:val="24"/>
          <w:rFonts w:ascii="Inter" w:hAnsi="Inter" w:eastAsia="Noto Sans CJK JP" w:cs="Noto Sans CJK JP"/>
        </w:rPr>
        <w:t>o</w:t>
      </w:r>
      <w:r>
        <w:rPr>
          <w:b/>
          <w:color w:val="404040"/>
          <w:sz w:val="24"/>
          <w:rFonts w:ascii="Inter" w:hAnsi="Inter" w:eastAsia="Noto Sans CJK JP" w:cs="Noto Sans CJK JP"/>
        </w:rPr>
        <w:t>r</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f</w:t>
      </w:r>
      <w:r>
        <w:rPr>
          <w:b/>
          <w:color w:val="404040"/>
          <w:sz w:val="24"/>
          <w:rFonts w:ascii="Inter" w:hAnsi="Inter" w:eastAsia="Noto Sans CJK JP" w:cs="Noto Sans CJK JP"/>
        </w:rPr>
        <w:t>u</w:t>
      </w:r>
      <w:r>
        <w:rPr>
          <w:b/>
          <w:color w:val="404040"/>
          <w:sz w:val="24"/>
          <w:rFonts w:ascii="Inter" w:hAnsi="Inter" w:eastAsia="Noto Sans CJK JP" w:cs="Noto Sans CJK JP"/>
        </w:rPr>
        <w:t>r</w:t>
      </w:r>
      <w:r>
        <w:rPr>
          <w:b/>
          <w:color w:val="404040"/>
          <w:sz w:val="24"/>
          <w:rFonts w:ascii="Inter" w:hAnsi="Inter" w:eastAsia="Noto Sans CJK JP" w:cs="Noto Sans CJK JP"/>
        </w:rPr>
        <w:t>t</w:t>
      </w:r>
      <w:r>
        <w:rPr>
          <w:b/>
          <w:color w:val="404040"/>
          <w:sz w:val="24"/>
          <w:rFonts w:ascii="Inter" w:hAnsi="Inter" w:eastAsia="Noto Sans CJK JP" w:cs="Noto Sans CJK JP"/>
        </w:rPr>
        <w:t>h</w:t>
      </w:r>
      <w:r>
        <w:rPr>
          <w:b/>
          <w:color w:val="404040"/>
          <w:sz w:val="24"/>
          <w:rFonts w:ascii="Inter" w:hAnsi="Inter" w:eastAsia="Noto Sans CJK JP" w:cs="Noto Sans CJK JP"/>
        </w:rPr>
        <w:t>e</w:t>
      </w:r>
      <w:r>
        <w:rPr>
          <w:b/>
          <w:color w:val="404040"/>
          <w:sz w:val="24"/>
          <w:rFonts w:ascii="Inter" w:hAnsi="Inter" w:eastAsia="Noto Sans CJK JP" w:cs="Noto Sans CJK JP"/>
        </w:rPr>
        <w:t>r</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c</w:t>
      </w:r>
      <w:r>
        <w:rPr>
          <w:b/>
          <w:color w:val="404040"/>
          <w:sz w:val="24"/>
          <w:rFonts w:ascii="Inter" w:hAnsi="Inter" w:eastAsia="Noto Sans CJK JP" w:cs="Noto Sans CJK JP"/>
        </w:rPr>
        <w:t>l</w:t>
      </w:r>
      <w:r>
        <w:rPr>
          <w:b/>
          <w:color w:val="404040"/>
          <w:sz w:val="24"/>
          <w:rFonts w:ascii="Inter" w:hAnsi="Inter" w:eastAsia="Noto Sans CJK JP" w:cs="Noto Sans CJK JP"/>
        </w:rPr>
        <w:t>e</w:t>
      </w:r>
      <w:r>
        <w:rPr>
          <w:b/>
          <w:color w:val="404040"/>
          <w:sz w:val="24"/>
          <w:rFonts w:ascii="Inter" w:hAnsi="Inter" w:eastAsia="Noto Sans CJK JP" w:cs="Noto Sans CJK JP"/>
        </w:rPr>
        <w:t>a</w:t>
      </w:r>
      <w:r>
        <w:rPr>
          <w:b/>
          <w:color w:val="404040"/>
          <w:sz w:val="24"/>
          <w:rFonts w:ascii="Inter" w:hAnsi="Inter" w:eastAsia="Noto Sans CJK JP" w:cs="Noto Sans CJK JP"/>
        </w:rPr>
        <w:t>n</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g</w:t>
      </w:r>
      <w:r>
        <w:rPr>
          <w:b/>
          <w:color w:val="404040"/>
          <w:sz w:val="24"/>
          <w:rFonts w:ascii="Inter" w:hAnsi="Inter" w:eastAsia="Noto Sans CJK JP" w:cs="Noto Sans CJK JP"/>
        </w:rPr>
        <w:t>.</w:t>
      </w:r>
      <w:r>
        <w:rPr>
          <w:color w:val="404040"/>
          <w:sz w:val="24"/>
          <w:rFonts w:ascii="Inter" w:hAnsi="Inter" w:eastAsia="Noto Sans CJK JP" w:cs="Noto Sans CJK JP"/>
        </w:rPr>
        <w:br/>
      </w:r>
      <w:r>
        <w:rPr>
          <w:color w:val="404040"/>
          <w:sz w:val="24"/>
          <w:rFonts w:ascii="Inter" w:hAnsi="Inter" w:eastAsia="Noto Sans CJK JP" w:cs="Noto Sans CJK JP"/>
        </w:rPr>
        <w:t>"</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f</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g</w:t>
      </w:r>
      <w:r>
        <w:rPr>
          <w:color w:val="404040"/>
          <w:sz w:val="24"/>
          <w:rFonts w:ascii="Inter" w:hAnsi="Inter" w:eastAsia="Noto Sans CJK JP" w:cs="Noto Sans CJK JP"/>
        </w:rPr>
        <w:t>h</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u</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j</w:t>
      </w:r>
      <w:r>
        <w:rPr>
          <w:color w:val="404040"/>
          <w:sz w:val="24"/>
          <w:rFonts w:ascii="Inter" w:hAnsi="Inter" w:eastAsia="Noto Sans CJK JP" w:cs="Noto Sans CJK JP"/>
        </w:rPr>
        <w:t>o</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b</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w:t>
      </w:r>
    </w:p>
    <w:p>
      <w:pPr/>
      <w:r>
        <w:rPr>
          <w:b/>
          <w:color w:val="404040"/>
          <w:sz w:val="24"/>
          <w:rFonts w:ascii="Inter" w:hAnsi="Inter" w:eastAsia="Noto Sans CJK JP" w:cs="Noto Sans CJK JP"/>
        </w:rPr>
        <w:t>4</w:t>
      </w:r>
      <w:r>
        <w:rPr>
          <w:b/>
          <w:color w:val="404040"/>
          <w:sz w:val="24"/>
          <w:rFonts w:ascii="Inter" w:hAnsi="Inter" w:eastAsia="Noto Sans CJK JP" w:cs="Noto Sans CJK JP"/>
        </w:rPr>
        <w:t>4</w:t>
      </w:r>
      <w:r>
        <w:rPr>
          <w:b/>
          <w:color w:val="404040"/>
          <w:sz w:val="24"/>
          <w:rFonts w:ascii="Inter" w:hAnsi="Inter" w:eastAsia="Noto Sans CJK JP" w:cs="Noto Sans CJK JP"/>
        </w:rPr>
        <w: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C</w:t>
      </w:r>
      <w:r>
        <w:rPr>
          <w:b/>
          <w:color w:val="404040"/>
          <w:sz w:val="24"/>
          <w:rFonts w:ascii="Inter" w:hAnsi="Inter" w:eastAsia="Noto Sans CJK JP" w:cs="Noto Sans CJK JP"/>
        </w:rPr>
        <w:t>o</w:t>
      </w:r>
      <w:r>
        <w:rPr>
          <w:b/>
          <w:color w:val="404040"/>
          <w:sz w:val="24"/>
          <w:rFonts w:ascii="Inter" w:hAnsi="Inter" w:eastAsia="Noto Sans CJK JP" w:cs="Noto Sans CJK JP"/>
        </w:rPr>
        <w:t>n</w:t>
      </w:r>
      <w:r>
        <w:rPr>
          <w:b/>
          <w:color w:val="404040"/>
          <w:sz w:val="24"/>
          <w:rFonts w:ascii="Inter" w:hAnsi="Inter" w:eastAsia="Noto Sans CJK JP" w:cs="Noto Sans CJK JP"/>
        </w:rPr>
        <w:t>t</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u</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c</w:t>
      </w:r>
      <w:r>
        <w:rPr>
          <w:b/>
          <w:color w:val="404040"/>
          <w:sz w:val="24"/>
          <w:rFonts w:ascii="Inter" w:hAnsi="Inter" w:eastAsia="Noto Sans CJK JP" w:cs="Noto Sans CJK JP"/>
        </w:rPr>
        <w:t>l</w:t>
      </w:r>
      <w:r>
        <w:rPr>
          <w:b/>
          <w:color w:val="404040"/>
          <w:sz w:val="24"/>
          <w:rFonts w:ascii="Inter" w:hAnsi="Inter" w:eastAsia="Noto Sans CJK JP" w:cs="Noto Sans CJK JP"/>
        </w:rPr>
        <w:t>e</w:t>
      </w:r>
      <w:r>
        <w:rPr>
          <w:b/>
          <w:color w:val="404040"/>
          <w:sz w:val="24"/>
          <w:rFonts w:ascii="Inter" w:hAnsi="Inter" w:eastAsia="Noto Sans CJK JP" w:cs="Noto Sans CJK JP"/>
        </w:rPr>
        <w:t>a</w:t>
      </w:r>
      <w:r>
        <w:rPr>
          <w:b/>
          <w:color w:val="404040"/>
          <w:sz w:val="24"/>
          <w:rFonts w:ascii="Inter" w:hAnsi="Inter" w:eastAsia="Noto Sans CJK JP" w:cs="Noto Sans CJK JP"/>
        </w:rPr>
        <w:t>n</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g</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h</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w</w:t>
      </w:r>
      <w:r>
        <w:rPr>
          <w:b/>
          <w:color w:val="404040"/>
          <w:sz w:val="24"/>
          <w:rFonts w:ascii="Inter" w:hAnsi="Inter" w:eastAsia="Noto Sans CJK JP" w:cs="Noto Sans CJK JP"/>
        </w:rPr>
        <w:t>e</w:t>
      </w:r>
      <w:r>
        <w:rPr>
          <w:b/>
          <w:color w:val="404040"/>
          <w:sz w:val="24"/>
          <w:rFonts w:ascii="Inter" w:hAnsi="Inter" w:eastAsia="Noto Sans CJK JP" w:cs="Noto Sans CJK JP"/>
        </w:rPr>
        <w:t>l</w:t>
      </w:r>
      <w:r>
        <w:rPr>
          <w:b/>
          <w:color w:val="404040"/>
          <w:sz w:val="24"/>
          <w:rFonts w:ascii="Inter" w:hAnsi="Inter" w:eastAsia="Noto Sans CJK JP" w:cs="Noto Sans CJK JP"/>
        </w:rPr>
        <w:t>d</w:t>
      </w:r>
      <w:r>
        <w:rPr>
          <w:b/>
          <w:color w:val="404040"/>
          <w:sz w:val="24"/>
          <w:rFonts w:ascii="Inter" w:hAnsi="Inter" w:eastAsia="Noto Sans CJK JP" w:cs="Noto Sans CJK JP"/>
        </w:rPr>
        <w:t>e</w:t>
      </w:r>
      <w:r>
        <w:rPr>
          <w:b/>
          <w:color w:val="404040"/>
          <w:sz w:val="24"/>
          <w:rFonts w:ascii="Inter" w:hAnsi="Inter" w:eastAsia="Noto Sans CJK JP" w:cs="Noto Sans CJK JP"/>
        </w:rPr>
        <w:t>d</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j</w:t>
      </w:r>
      <w:r>
        <w:rPr>
          <w:b/>
          <w:color w:val="404040"/>
          <w:sz w:val="24"/>
          <w:rFonts w:ascii="Inter" w:hAnsi="Inter" w:eastAsia="Noto Sans CJK JP" w:cs="Noto Sans CJK JP"/>
        </w:rPr>
        <w:t>o</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t</w:t>
      </w:r>
      <w:r>
        <w:rPr>
          <w:b/>
          <w:color w:val="404040"/>
          <w:sz w:val="24"/>
          <w:rFonts w:ascii="Inter" w:hAnsi="Inter" w:eastAsia="Noto Sans CJK JP" w:cs="Noto Sans CJK JP"/>
        </w:rPr>
        <w:t>.</w:t>
      </w:r>
      <w:r>
        <w:rPr>
          <w:color w:val="404040"/>
          <w:sz w:val="24"/>
          <w:rFonts w:ascii="Inter" w:hAnsi="Inter" w:eastAsia="Noto Sans CJK JP" w:cs="Noto Sans CJK JP"/>
        </w:rPr>
        <w:br/>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r</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p</w:t>
      </w:r>
      <w:r>
        <w:rPr>
          <w:color w:val="404040"/>
          <w:sz w:val="24"/>
          <w:rFonts w:ascii="Inter" w:hAnsi="Inter" w:eastAsia="Noto Sans CJK JP" w:cs="Noto Sans CJK JP"/>
        </w:rPr>
        <w:t>p</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K</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y</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8</w:t>
      </w:r>
      <w:r>
        <w:rPr>
          <w:color w:val="404040"/>
          <w:sz w:val="24"/>
          <w:rFonts w:ascii="Inter" w:hAnsi="Inter" w:eastAsia="Noto Sans CJK JP" w:cs="Noto Sans CJK JP"/>
        </w:rPr>
        <w:t>5</w:t>
      </w:r>
      <w:r>
        <w:rPr>
          <w:color w:val="404040"/>
          <w:sz w:val="24"/>
          <w:rFonts w:ascii="Inter" w:hAnsi="Inter" w:eastAsia="Noto Sans CJK JP" w:cs="Noto Sans CJK JP"/>
        </w:rPr>
        <w:t>A</w:t>
      </w:r>
      <w:r>
        <w:rPr>
          <w:color w:val="404040"/>
          <w:sz w:val="24"/>
          <w:rFonts w:ascii="Inter" w:hAnsi="Inter" w:eastAsia="Noto Sans CJK JP" w:cs="Noto Sans CJK JP"/>
        </w:rPr>
        <w:t>/</w:t>
      </w:r>
      <w:r>
        <w:rPr>
          <w:color w:val="404040"/>
          <w:sz w:val="24"/>
          <w:rFonts w:ascii="Inter" w:hAnsi="Inter" w:eastAsia="Noto Sans CJK JP" w:cs="Noto Sans CJK JP"/>
        </w:rPr>
        <w:t>5</w:t>
      </w:r>
      <w:r>
        <w:rPr>
          <w:color w:val="404040"/>
          <w:sz w:val="24"/>
          <w:rFonts w:ascii="Inter" w:hAnsi="Inter" w:eastAsia="Noto Sans CJK JP" w:cs="Noto Sans CJK JP"/>
        </w:rPr>
        <w:t>2</w:t>
      </w:r>
      <w:r>
        <w:rPr>
          <w:color w:val="404040"/>
          <w:sz w:val="24"/>
          <w:rFonts w:ascii="Inter" w:hAnsi="Inter" w:eastAsia="Noto Sans CJK JP" w:cs="Noto Sans CJK JP"/>
        </w:rPr>
        <w:t>.</w:t>
      </w:r>
      <w:r>
        <w:rPr>
          <w:color w:val="404040"/>
          <w:sz w:val="24"/>
          <w:rFonts w:ascii="Inter" w:hAnsi="Inter" w:eastAsia="Noto Sans CJK JP" w:cs="Noto Sans CJK JP"/>
        </w:rPr>
        <w:t>0</w:t>
      </w:r>
      <w:r>
        <w:rPr>
          <w:color w:val="404040"/>
          <w:sz w:val="24"/>
          <w:rFonts w:ascii="Inter" w:hAnsi="Inter" w:eastAsia="Noto Sans CJK JP" w:cs="Noto Sans CJK JP"/>
        </w:rPr>
        <w:t>V</w:t>
      </w:r>
      <w:r>
        <w:rPr>
          <w:color w:val="404040"/>
          <w:sz w:val="24"/>
          <w:rFonts w:ascii="Inter" w:hAnsi="Inter" w:eastAsia="Noto Sans CJK JP" w:cs="Noto Sans CJK JP"/>
        </w:rPr>
        <w:t>.</w:t>
      </w:r>
    </w:p>
    <w:p>
      <w:pPr/>
      <w:r>
        <w:rPr>
          <w:b/>
          <w:color w:val="404040"/>
          <w:sz w:val="24"/>
          <w:rFonts w:ascii="Inter" w:hAnsi="Inter" w:eastAsia="Noto Sans CJK JP" w:cs="Noto Sans CJK JP"/>
        </w:rPr>
        <w:t>4</w:t>
      </w:r>
      <w:r>
        <w:rPr>
          <w:b/>
          <w:color w:val="404040"/>
          <w:sz w:val="24"/>
          <w:rFonts w:ascii="Inter" w:hAnsi="Inter" w:eastAsia="Noto Sans CJK JP" w:cs="Noto Sans CJK JP"/>
        </w:rPr>
        <w:t>5</w:t>
      </w:r>
      <w:r>
        <w:rPr>
          <w:b/>
          <w:color w:val="404040"/>
          <w:sz w:val="24"/>
          <w:rFonts w:ascii="Inter" w:hAnsi="Inter" w:eastAsia="Noto Sans CJK JP" w:cs="Noto Sans CJK JP"/>
        </w:rPr>
        <w: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s</w:t>
      </w:r>
      <w:r>
        <w:rPr>
          <w:b/>
          <w:color w:val="404040"/>
          <w:sz w:val="24"/>
          <w:rFonts w:ascii="Inter" w:hAnsi="Inter" w:eastAsia="Noto Sans CJK JP" w:cs="Noto Sans CJK JP"/>
        </w:rPr>
        <w:t>p</w:t>
      </w:r>
      <w:r>
        <w:rPr>
          <w:b/>
          <w:color w:val="404040"/>
          <w:sz w:val="24"/>
          <w:rFonts w:ascii="Inter" w:hAnsi="Inter" w:eastAsia="Noto Sans CJK JP" w:cs="Noto Sans CJK JP"/>
        </w:rPr>
        <w:t>e</w:t>
      </w:r>
      <w:r>
        <w:rPr>
          <w:b/>
          <w:color w:val="404040"/>
          <w:sz w:val="24"/>
          <w:rFonts w:ascii="Inter" w:hAnsi="Inter" w:eastAsia="Noto Sans CJK JP" w:cs="Noto Sans CJK JP"/>
        </w:rPr>
        <w:t>c</w:t>
      </w:r>
      <w:r>
        <w:rPr>
          <w:b/>
          <w:color w:val="404040"/>
          <w:sz w:val="24"/>
          <w:rFonts w:ascii="Inter" w:hAnsi="Inter" w:eastAsia="Noto Sans CJK JP" w:cs="Noto Sans CJK JP"/>
        </w:rPr>
        <w:t>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h</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c</w:t>
      </w:r>
      <w:r>
        <w:rPr>
          <w:b/>
          <w:color w:val="404040"/>
          <w:sz w:val="24"/>
          <w:rFonts w:ascii="Inter" w:hAnsi="Inter" w:eastAsia="Noto Sans CJK JP" w:cs="Noto Sans CJK JP"/>
        </w:rPr>
        <w:t>l</w:t>
      </w:r>
      <w:r>
        <w:rPr>
          <w:b/>
          <w:color w:val="404040"/>
          <w:sz w:val="24"/>
          <w:rFonts w:ascii="Inter" w:hAnsi="Inter" w:eastAsia="Noto Sans CJK JP" w:cs="Noto Sans CJK JP"/>
        </w:rPr>
        <w:t>e</w:t>
      </w:r>
      <w:r>
        <w:rPr>
          <w:b/>
          <w:color w:val="404040"/>
          <w:sz w:val="24"/>
          <w:rFonts w:ascii="Inter" w:hAnsi="Inter" w:eastAsia="Noto Sans CJK JP" w:cs="Noto Sans CJK JP"/>
        </w:rPr>
        <w:t>a</w:t>
      </w:r>
      <w:r>
        <w:rPr>
          <w:b/>
          <w:color w:val="404040"/>
          <w:sz w:val="24"/>
          <w:rFonts w:ascii="Inter" w:hAnsi="Inter" w:eastAsia="Noto Sans CJK JP" w:cs="Noto Sans CJK JP"/>
        </w:rPr>
        <w:t>n</w:t>
      </w:r>
      <w:r>
        <w:rPr>
          <w:b/>
          <w:color w:val="404040"/>
          <w:sz w:val="24"/>
          <w:rFonts w:ascii="Inter" w:hAnsi="Inter" w:eastAsia="Noto Sans CJK JP" w:cs="Noto Sans CJK JP"/>
        </w:rPr>
        <w:t>e</w:t>
      </w:r>
      <w:r>
        <w:rPr>
          <w:b/>
          <w:color w:val="404040"/>
          <w:sz w:val="24"/>
          <w:rFonts w:ascii="Inter" w:hAnsi="Inter" w:eastAsia="Noto Sans CJK JP" w:cs="Noto Sans CJK JP"/>
        </w:rPr>
        <w:t>d</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w</w:t>
      </w:r>
      <w:r>
        <w:rPr>
          <w:b/>
          <w:color w:val="404040"/>
          <w:sz w:val="24"/>
          <w:rFonts w:ascii="Inter" w:hAnsi="Inter" w:eastAsia="Noto Sans CJK JP" w:cs="Noto Sans CJK JP"/>
        </w:rPr>
        <w:t>e</w:t>
      </w:r>
      <w:r>
        <w:rPr>
          <w:b/>
          <w:color w:val="404040"/>
          <w:sz w:val="24"/>
          <w:rFonts w:ascii="Inter" w:hAnsi="Inter" w:eastAsia="Noto Sans CJK JP" w:cs="Noto Sans CJK JP"/>
        </w:rPr>
        <w:t>l</w:t>
      </w:r>
      <w:r>
        <w:rPr>
          <w:b/>
          <w:color w:val="404040"/>
          <w:sz w:val="24"/>
          <w:rFonts w:ascii="Inter" w:hAnsi="Inter" w:eastAsia="Noto Sans CJK JP" w:cs="Noto Sans CJK JP"/>
        </w:rPr>
        <w:t>d</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b</w:t>
      </w:r>
      <w:r>
        <w:rPr>
          <w:b/>
          <w:color w:val="404040"/>
          <w:sz w:val="24"/>
          <w:rFonts w:ascii="Inter" w:hAnsi="Inter" w:eastAsia="Noto Sans CJK JP" w:cs="Noto Sans CJK JP"/>
        </w:rPr>
        <w:t>e</w:t>
      </w:r>
      <w:r>
        <w:rPr>
          <w:b/>
          <w:color w:val="404040"/>
          <w:sz w:val="24"/>
          <w:rFonts w:ascii="Inter" w:hAnsi="Inter" w:eastAsia="Noto Sans CJK JP" w:cs="Noto Sans CJK JP"/>
        </w:rPr>
        <w:t>a</w:t>
      </w:r>
      <w:r>
        <w:rPr>
          <w:b/>
          <w:color w:val="404040"/>
          <w:sz w:val="24"/>
          <w:rFonts w:ascii="Inter" w:hAnsi="Inter" w:eastAsia="Noto Sans CJK JP" w:cs="Noto Sans CJK JP"/>
        </w:rPr>
        <w:t>d</w:t>
      </w:r>
      <w:r>
        <w:rPr>
          <w:b/>
          <w:color w:val="404040"/>
          <w:sz w:val="24"/>
          <w:rFonts w:ascii="Inter" w:hAnsi="Inter" w:eastAsia="Noto Sans CJK JP" w:cs="Noto Sans CJK JP"/>
        </w:rPr>
        <w:t>.</w:t>
      </w:r>
      <w:r>
        <w:rPr>
          <w:color w:val="404040"/>
          <w:sz w:val="24"/>
          <w:rFonts w:ascii="Inter" w:hAnsi="Inter" w:eastAsia="Noto Sans CJK JP" w:cs="Noto Sans CJK JP"/>
        </w:rPr>
        <w:br/>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u</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j</w:t>
      </w:r>
      <w:r>
        <w:rPr>
          <w:color w:val="404040"/>
          <w:sz w:val="24"/>
          <w:rFonts w:ascii="Inter" w:hAnsi="Inter" w:eastAsia="Noto Sans CJK JP" w:cs="Noto Sans CJK JP"/>
        </w:rPr>
        <w:t>o</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u</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u</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w:t>
      </w:r>
    </w:p>
    <w:p>
      <w:pPr/>
      <w:r>
        <w:rPr>
          <w:b/>
          <w:color w:val="404040"/>
          <w:sz w:val="24"/>
          <w:rFonts w:ascii="Inter" w:hAnsi="Inter" w:eastAsia="Noto Sans CJK JP" w:cs="Noto Sans CJK JP"/>
        </w:rPr>
        <w:t>4</w:t>
      </w:r>
      <w:r>
        <w:rPr>
          <w:b/>
          <w:color w:val="404040"/>
          <w:sz w:val="24"/>
          <w:rFonts w:ascii="Inter" w:hAnsi="Inter" w:eastAsia="Noto Sans CJK JP" w:cs="Noto Sans CJK JP"/>
        </w:rPr>
        <w:t>6</w:t>
      </w:r>
      <w:r>
        <w:rPr>
          <w:b/>
          <w:color w:val="404040"/>
          <w:sz w:val="24"/>
          <w:rFonts w:ascii="Inter" w:hAnsi="Inter" w:eastAsia="Noto Sans CJK JP" w:cs="Noto Sans CJK JP"/>
        </w:rPr>
        <w: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R</w:t>
      </w:r>
      <w:r>
        <w:rPr>
          <w:b/>
          <w:color w:val="404040"/>
          <w:sz w:val="24"/>
          <w:rFonts w:ascii="Inter" w:hAnsi="Inter" w:eastAsia="Noto Sans CJK JP" w:cs="Noto Sans CJK JP"/>
        </w:rPr>
        <w:t>e</w:t>
      </w:r>
      <w:r>
        <w:rPr>
          <w:b/>
          <w:color w:val="404040"/>
          <w:sz w:val="24"/>
          <w:rFonts w:ascii="Inter" w:hAnsi="Inter" w:eastAsia="Noto Sans CJK JP" w:cs="Noto Sans CJK JP"/>
        </w:rPr>
        <w:t>v</w:t>
      </w:r>
      <w:r>
        <w:rPr>
          <w:b/>
          <w:color w:val="404040"/>
          <w:sz w:val="24"/>
          <w:rFonts w:ascii="Inter" w:hAnsi="Inter" w:eastAsia="Noto Sans CJK JP" w:cs="Noto Sans CJK JP"/>
        </w:rPr>
        <w:t>i</w:t>
      </w:r>
      <w:r>
        <w:rPr>
          <w:b/>
          <w:color w:val="404040"/>
          <w:sz w:val="24"/>
          <w:rFonts w:ascii="Inter" w:hAnsi="Inter" w:eastAsia="Noto Sans CJK JP" w:cs="Noto Sans CJK JP"/>
        </w:rPr>
        <w:t>e</w:t>
      </w:r>
      <w:r>
        <w:rPr>
          <w:b/>
          <w:color w:val="404040"/>
          <w:sz w:val="24"/>
          <w:rFonts w:ascii="Inter" w:hAnsi="Inter" w:eastAsia="Noto Sans CJK JP" w:cs="Noto Sans CJK JP"/>
        </w:rPr>
        <w:t>w</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h</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w</w:t>
      </w:r>
      <w:r>
        <w:rPr>
          <w:b/>
          <w:color w:val="404040"/>
          <w:sz w:val="24"/>
          <w:rFonts w:ascii="Inter" w:hAnsi="Inter" w:eastAsia="Noto Sans CJK JP" w:cs="Noto Sans CJK JP"/>
        </w:rPr>
        <w:t>e</w:t>
      </w:r>
      <w:r>
        <w:rPr>
          <w:b/>
          <w:color w:val="404040"/>
          <w:sz w:val="24"/>
          <w:rFonts w:ascii="Inter" w:hAnsi="Inter" w:eastAsia="Noto Sans CJK JP" w:cs="Noto Sans CJK JP"/>
        </w:rPr>
        <w:t>l</w:t>
      </w:r>
      <w:r>
        <w:rPr>
          <w:b/>
          <w:color w:val="404040"/>
          <w:sz w:val="24"/>
          <w:rFonts w:ascii="Inter" w:hAnsi="Inter" w:eastAsia="Noto Sans CJK JP" w:cs="Noto Sans CJK JP"/>
        </w:rPr>
        <w:t>d</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r</w:t>
      </w:r>
      <w:r>
        <w:rPr>
          <w:b/>
          <w:color w:val="404040"/>
          <w:sz w:val="24"/>
          <w:rFonts w:ascii="Inter" w:hAnsi="Inter" w:eastAsia="Noto Sans CJK JP" w:cs="Noto Sans CJK JP"/>
        </w:rPr>
        <w:t>e</w:t>
      </w:r>
      <w:r>
        <w:rPr>
          <w:b/>
          <w:color w:val="404040"/>
          <w:sz w:val="24"/>
          <w:rFonts w:ascii="Inter" w:hAnsi="Inter" w:eastAsia="Noto Sans CJK JP" w:cs="Noto Sans CJK JP"/>
        </w:rPr>
        <w:t>s</w:t>
      </w:r>
      <w:r>
        <w:rPr>
          <w:b/>
          <w:color w:val="404040"/>
          <w:sz w:val="24"/>
          <w:rFonts w:ascii="Inter" w:hAnsi="Inter" w:eastAsia="Noto Sans CJK JP" w:cs="Noto Sans CJK JP"/>
        </w:rPr>
        <w:t>u</w:t>
      </w:r>
      <w:r>
        <w:rPr>
          <w:b/>
          <w:color w:val="404040"/>
          <w:sz w:val="24"/>
          <w:rFonts w:ascii="Inter" w:hAnsi="Inter" w:eastAsia="Noto Sans CJK JP" w:cs="Noto Sans CJK JP"/>
        </w:rPr>
        <w:t>l</w:t>
      </w:r>
      <w:r>
        <w:rPr>
          <w:b/>
          <w:color w:val="404040"/>
          <w:sz w:val="24"/>
          <w:rFonts w:ascii="Inter" w:hAnsi="Inter" w:eastAsia="Noto Sans CJK JP" w:cs="Noto Sans CJK JP"/>
        </w:rPr>
        <w:t>t</w:t>
      </w:r>
      <w:r>
        <w:rPr>
          <w:b/>
          <w:color w:val="404040"/>
          <w:sz w:val="24"/>
          <w:rFonts w:ascii="Inter" w:hAnsi="Inter" w:eastAsia="Noto Sans CJK JP" w:cs="Noto Sans CJK JP"/>
        </w:rPr>
        <w:t>s</w:t>
      </w:r>
      <w:r>
        <w:rPr>
          <w:b/>
          <w:color w:val="404040"/>
          <w:sz w:val="24"/>
          <w:rFonts w:ascii="Inter" w:hAnsi="Inter" w:eastAsia="Noto Sans CJK JP" w:cs="Noto Sans CJK JP"/>
        </w:rPr>
        <w:t>.</w:t>
      </w:r>
      <w:r>
        <w:rPr>
          <w:color w:val="404040"/>
          <w:sz w:val="24"/>
          <w:rFonts w:ascii="Inter" w:hAnsi="Inter" w:eastAsia="Noto Sans CJK JP" w:cs="Noto Sans CJK JP"/>
        </w:rPr>
        <w:br/>
      </w:r>
      <w:r>
        <w:rPr>
          <w:color w:val="404040"/>
          <w:sz w:val="24"/>
          <w:rFonts w:ascii="Inter" w:hAnsi="Inter" w:eastAsia="Noto Sans CJK JP" w:cs="Noto Sans CJK JP"/>
        </w:rPr>
        <w:t>"</w:t>
      </w:r>
      <w:r>
        <w:rPr>
          <w:color w:val="404040"/>
          <w:sz w:val="24"/>
          <w:rFonts w:ascii="Inter" w:hAnsi="Inter" w:eastAsia="Noto Sans CJK JP" w:cs="Noto Sans CJK JP"/>
        </w:rPr>
        <w:t>I</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p</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o</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t</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g</w:t>
      </w:r>
      <w:r>
        <w:rPr>
          <w:color w:val="404040"/>
          <w:sz w:val="24"/>
          <w:rFonts w:ascii="Inter" w:hAnsi="Inter" w:eastAsia="Noto Sans CJK JP" w:cs="Noto Sans CJK JP"/>
        </w:rPr>
        <w:t>h</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t</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g</w:t>
      </w:r>
      <w:r>
        <w:rPr>
          <w:color w:val="404040"/>
          <w:sz w:val="24"/>
          <w:rFonts w:ascii="Inter" w:hAnsi="Inter" w:eastAsia="Noto Sans CJK JP" w:cs="Noto Sans CJK JP"/>
        </w:rPr>
        <w:t>h</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k</w:t>
      </w:r>
      <w:r>
        <w:rPr>
          <w:color w:val="404040"/>
          <w:sz w:val="24"/>
          <w:rFonts w:ascii="Inter" w:hAnsi="Inter" w:eastAsia="Noto Sans CJK JP" w:cs="Noto Sans CJK JP"/>
        </w:rPr>
        <w:t>p</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8</w:t>
      </w:r>
      <w:r>
        <w:rPr>
          <w:color w:val="404040"/>
          <w:sz w:val="24"/>
          <w:rFonts w:ascii="Inter" w:hAnsi="Inter" w:eastAsia="Noto Sans CJK JP" w:cs="Noto Sans CJK JP"/>
        </w:rPr>
        <w:t>5</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5</w:t>
      </w:r>
      <w:r>
        <w:rPr>
          <w:color w:val="404040"/>
          <w:sz w:val="24"/>
          <w:rFonts w:ascii="Inter" w:hAnsi="Inter" w:eastAsia="Noto Sans CJK JP" w:cs="Noto Sans CJK JP"/>
        </w:rPr>
        <w:t>1</w:t>
      </w:r>
      <w:r>
        <w:rPr>
          <w:color w:val="404040"/>
          <w:sz w:val="24"/>
          <w:rFonts w:ascii="Inter" w:hAnsi="Inter" w:eastAsia="Noto Sans CJK JP" w:cs="Noto Sans CJK JP"/>
        </w:rPr>
        <w:t>.</w:t>
      </w:r>
      <w:r>
        <w:rPr>
          <w:color w:val="404040"/>
          <w:sz w:val="24"/>
          <w:rFonts w:ascii="Inter" w:hAnsi="Inter" w:eastAsia="Noto Sans CJK JP" w:cs="Noto Sans CJK JP"/>
        </w:rPr>
        <w:t>7</w:t>
      </w:r>
      <w:r>
        <w:rPr>
          <w:color w:val="404040"/>
          <w:sz w:val="24"/>
          <w:rFonts w:ascii="Inter" w:hAnsi="Inter" w:eastAsia="Noto Sans CJK JP" w:cs="Noto Sans CJK JP"/>
        </w:rPr>
        <w:t>V</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w:t>
      </w:r>
    </w:p>
    <w:p>
      <w:pPr/>
      <w:r>
        <w:rPr>
          <w:b/>
          <w:color w:val="404040"/>
          <w:sz w:val="24"/>
          <w:rFonts w:ascii="Inter" w:hAnsi="Inter" w:eastAsia="Noto Sans CJK JP" w:cs="Noto Sans CJK JP"/>
        </w:rPr>
        <w:t>4</w:t>
      </w:r>
      <w:r>
        <w:rPr>
          <w:b/>
          <w:color w:val="404040"/>
          <w:sz w:val="24"/>
          <w:rFonts w:ascii="Inter" w:hAnsi="Inter" w:eastAsia="Noto Sans CJK JP" w:cs="Noto Sans CJK JP"/>
        </w:rPr>
        <w:t>7</w:t>
      </w:r>
      <w:r>
        <w:rPr>
          <w:b/>
          <w:color w:val="404040"/>
          <w:sz w:val="24"/>
          <w:rFonts w:ascii="Inter" w:hAnsi="Inter" w:eastAsia="Noto Sans CJK JP" w:cs="Noto Sans CJK JP"/>
        </w:rPr>
        <w: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U</w:t>
      </w:r>
      <w:r>
        <w:rPr>
          <w:b/>
          <w:color w:val="404040"/>
          <w:sz w:val="24"/>
          <w:rFonts w:ascii="Inter" w:hAnsi="Inter" w:eastAsia="Noto Sans CJK JP" w:cs="Noto Sans CJK JP"/>
        </w:rPr>
        <w:t>s</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p</w:t>
      </w:r>
      <w:r>
        <w:rPr>
          <w:b/>
          <w:color w:val="404040"/>
          <w:sz w:val="24"/>
          <w:rFonts w:ascii="Inter" w:hAnsi="Inter" w:eastAsia="Noto Sans CJK JP" w:cs="Noto Sans CJK JP"/>
        </w:rPr>
        <w:t>l</w:t>
      </w:r>
      <w:r>
        <w:rPr>
          <w:b/>
          <w:color w:val="404040"/>
          <w:sz w:val="24"/>
          <w:rFonts w:ascii="Inter" w:hAnsi="Inter" w:eastAsia="Noto Sans CJK JP" w:cs="Noto Sans CJK JP"/>
        </w:rPr>
        <w:t>i</w:t>
      </w:r>
      <w:r>
        <w:rPr>
          <w:b/>
          <w:color w:val="404040"/>
          <w:sz w:val="24"/>
          <w:rFonts w:ascii="Inter" w:hAnsi="Inter" w:eastAsia="Noto Sans CJK JP" w:cs="Noto Sans CJK JP"/>
        </w:rPr>
        <w:t>e</w:t>
      </w:r>
      <w:r>
        <w:rPr>
          <w:b/>
          <w:color w:val="404040"/>
          <w:sz w:val="24"/>
          <w:rFonts w:ascii="Inter" w:hAnsi="Inter" w:eastAsia="Noto Sans CJK JP" w:cs="Noto Sans CJK JP"/>
        </w:rPr>
        <w:t>r</w:t>
      </w:r>
      <w:r>
        <w:rPr>
          <w:b/>
          <w:color w:val="404040"/>
          <w:sz w:val="24"/>
          <w:rFonts w:ascii="Inter" w:hAnsi="Inter" w:eastAsia="Noto Sans CJK JP" w:cs="Noto Sans CJK JP"/>
        </w:rPr>
        <w:t>s</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o</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r</w:t>
      </w:r>
      <w:r>
        <w:rPr>
          <w:b/>
          <w:color w:val="404040"/>
          <w:sz w:val="24"/>
          <w:rFonts w:ascii="Inter" w:hAnsi="Inter" w:eastAsia="Noto Sans CJK JP" w:cs="Noto Sans CJK JP"/>
        </w:rPr>
        <w:t>e</w:t>
      </w:r>
      <w:r>
        <w:rPr>
          <w:b/>
          <w:color w:val="404040"/>
          <w:sz w:val="24"/>
          <w:rFonts w:ascii="Inter" w:hAnsi="Inter" w:eastAsia="Noto Sans CJK JP" w:cs="Noto Sans CJK JP"/>
        </w:rPr>
        <w:t>m</w:t>
      </w:r>
      <w:r>
        <w:rPr>
          <w:b/>
          <w:color w:val="404040"/>
          <w:sz w:val="24"/>
          <w:rFonts w:ascii="Inter" w:hAnsi="Inter" w:eastAsia="Noto Sans CJK JP" w:cs="Noto Sans CJK JP"/>
        </w:rPr>
        <w:t>o</w:t>
      </w:r>
      <w:r>
        <w:rPr>
          <w:b/>
          <w:color w:val="404040"/>
          <w:sz w:val="24"/>
          <w:rFonts w:ascii="Inter" w:hAnsi="Inter" w:eastAsia="Noto Sans CJK JP" w:cs="Noto Sans CJK JP"/>
        </w:rPr>
        <w:t>v</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s</w:t>
      </w:r>
      <w:r>
        <w:rPr>
          <w:b/>
          <w:color w:val="404040"/>
          <w:sz w:val="24"/>
          <w:rFonts w:ascii="Inter" w:hAnsi="Inter" w:eastAsia="Noto Sans CJK JP" w:cs="Noto Sans CJK JP"/>
        </w:rPr>
        <w:t>t</w:t>
      </w:r>
      <w:r>
        <w:rPr>
          <w:b/>
          <w:color w:val="404040"/>
          <w:sz w:val="24"/>
          <w:rFonts w:ascii="Inter" w:hAnsi="Inter" w:eastAsia="Noto Sans CJK JP" w:cs="Noto Sans CJK JP"/>
        </w:rPr>
        <w:t>u</w:t>
      </w:r>
      <w:r>
        <w:rPr>
          <w:b/>
          <w:color w:val="404040"/>
          <w:sz w:val="24"/>
          <w:rFonts w:ascii="Inter" w:hAnsi="Inter" w:eastAsia="Noto Sans CJK JP" w:cs="Noto Sans CJK JP"/>
        </w:rPr>
        <w:t>b</w:t>
      </w:r>
      <w:r>
        <w:rPr>
          <w:b/>
          <w:color w:val="404040"/>
          <w:sz w:val="24"/>
          <w:rFonts w:ascii="Inter" w:hAnsi="Inter" w:eastAsia="Noto Sans CJK JP" w:cs="Noto Sans CJK JP"/>
        </w:rPr>
        <w:t>b</w:t>
      </w:r>
      <w:r>
        <w:rPr>
          <w:b/>
          <w:color w:val="404040"/>
          <w:sz w:val="24"/>
          <w:rFonts w:ascii="Inter" w:hAnsi="Inter" w:eastAsia="Noto Sans CJK JP" w:cs="Noto Sans CJK JP"/>
        </w:rPr>
        <w:t>o</w:t>
      </w:r>
      <w:r>
        <w:rPr>
          <w:b/>
          <w:color w:val="404040"/>
          <w:sz w:val="24"/>
          <w:rFonts w:ascii="Inter" w:hAnsi="Inter" w:eastAsia="Noto Sans CJK JP" w:cs="Noto Sans CJK JP"/>
        </w:rPr>
        <w:t>r</w:t>
      </w:r>
      <w:r>
        <w:rPr>
          <w:b/>
          <w:color w:val="404040"/>
          <w:sz w:val="24"/>
          <w:rFonts w:ascii="Inter" w:hAnsi="Inter" w:eastAsia="Noto Sans CJK JP" w:cs="Noto Sans CJK JP"/>
        </w:rPr>
        <w:t>n</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r</w:t>
      </w:r>
      <w:r>
        <w:rPr>
          <w:b/>
          <w:color w:val="404040"/>
          <w:sz w:val="24"/>
          <w:rFonts w:ascii="Inter" w:hAnsi="Inter" w:eastAsia="Noto Sans CJK JP" w:cs="Noto Sans CJK JP"/>
        </w:rPr>
        <w:t>e</w:t>
      </w:r>
      <w:r>
        <w:rPr>
          <w:b/>
          <w:color w:val="404040"/>
          <w:sz w:val="24"/>
          <w:rFonts w:ascii="Inter" w:hAnsi="Inter" w:eastAsia="Noto Sans CJK JP" w:cs="Noto Sans CJK JP"/>
        </w:rPr>
        <w:t>s</w:t>
      </w:r>
      <w:r>
        <w:rPr>
          <w:b/>
          <w:color w:val="404040"/>
          <w:sz w:val="24"/>
          <w:rFonts w:ascii="Inter" w:hAnsi="Inter" w:eastAsia="Noto Sans CJK JP" w:cs="Noto Sans CJK JP"/>
        </w:rPr>
        <w:t>i</w:t>
      </w:r>
      <w:r>
        <w:rPr>
          <w:b/>
          <w:color w:val="404040"/>
          <w:sz w:val="24"/>
          <w:rFonts w:ascii="Inter" w:hAnsi="Inter" w:eastAsia="Noto Sans CJK JP" w:cs="Noto Sans CJK JP"/>
        </w:rPr>
        <w:t>d</w:t>
      </w:r>
      <w:r>
        <w:rPr>
          <w:b/>
          <w:color w:val="404040"/>
          <w:sz w:val="24"/>
          <w:rFonts w:ascii="Inter" w:hAnsi="Inter" w:eastAsia="Noto Sans CJK JP" w:cs="Noto Sans CJK JP"/>
        </w:rPr>
        <w:t>u</w:t>
      </w:r>
      <w:r>
        <w:rPr>
          <w:b/>
          <w:color w:val="404040"/>
          <w:sz w:val="24"/>
          <w:rFonts w:ascii="Inter" w:hAnsi="Inter" w:eastAsia="Noto Sans CJK JP" w:cs="Noto Sans CJK JP"/>
        </w:rPr>
        <w:t>e</w:t>
      </w:r>
      <w:r>
        <w:rPr>
          <w:b/>
          <w:color w:val="404040"/>
          <w:sz w:val="24"/>
          <w:rFonts w:ascii="Inter" w:hAnsi="Inter" w:eastAsia="Noto Sans CJK JP" w:cs="Noto Sans CJK JP"/>
        </w:rPr>
        <w:t>.</w:t>
      </w:r>
      <w:r>
        <w:rPr>
          <w:color w:val="404040"/>
          <w:sz w:val="24"/>
          <w:rFonts w:ascii="Inter" w:hAnsi="Inter" w:eastAsia="Noto Sans CJK JP" w:cs="Noto Sans CJK JP"/>
        </w:rPr>
        <w:br/>
      </w:r>
      <w:r>
        <w:rPr>
          <w:color w:val="404040"/>
          <w:sz w:val="24"/>
          <w:rFonts w:ascii="Inter" w:hAnsi="Inter" w:eastAsia="Noto Sans CJK JP" w:cs="Noto Sans CJK JP"/>
        </w:rPr>
        <w:t>"</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k</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u</w:t>
      </w:r>
      <w:r>
        <w:rPr>
          <w:color w:val="404040"/>
          <w:sz w:val="24"/>
          <w:rFonts w:ascii="Inter" w:hAnsi="Inter" w:eastAsia="Noto Sans CJK JP" w:cs="Noto Sans CJK JP"/>
        </w:rPr>
        <w:t>f</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p</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u</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k</w:t>
      </w:r>
      <w:r>
        <w:rPr>
          <w:color w:val="404040"/>
          <w:sz w:val="24"/>
          <w:rFonts w:ascii="Inter" w:hAnsi="Inter" w:eastAsia="Noto Sans CJK JP" w:cs="Noto Sans CJK JP"/>
        </w:rPr>
        <w:t>p</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u</w:t>
      </w:r>
      <w:r>
        <w:rPr>
          <w:color w:val="404040"/>
          <w:sz w:val="24"/>
          <w:rFonts w:ascii="Inter" w:hAnsi="Inter" w:eastAsia="Noto Sans CJK JP" w:cs="Noto Sans CJK JP"/>
        </w:rPr>
        <w:t>b</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x</w:t>
      </w:r>
      <w:r>
        <w:rPr>
          <w:color w:val="404040"/>
          <w:sz w:val="24"/>
          <w:rFonts w:ascii="Inter" w:hAnsi="Inter" w:eastAsia="Noto Sans CJK JP" w:cs="Noto Sans CJK JP"/>
        </w:rPr>
        <w:t>.</w:t>
      </w:r>
    </w:p>
    <w:p>
      <w:pPr/>
      <w:r>
        <w:rPr>
          <w:b/>
          <w:color w:val="404040"/>
          <w:sz w:val="24"/>
          <w:rFonts w:ascii="Inter" w:hAnsi="Inter" w:eastAsia="Noto Sans CJK JP" w:cs="Noto Sans CJK JP"/>
        </w:rPr>
        <w:t>4</w:t>
      </w:r>
      <w:r>
        <w:rPr>
          <w:b/>
          <w:color w:val="404040"/>
          <w:sz w:val="24"/>
          <w:rFonts w:ascii="Inter" w:hAnsi="Inter" w:eastAsia="Noto Sans CJK JP" w:cs="Noto Sans CJK JP"/>
        </w:rPr>
        <w:t>8</w:t>
      </w:r>
      <w:r>
        <w:rPr>
          <w:b/>
          <w:color w:val="404040"/>
          <w:sz w:val="24"/>
          <w:rFonts w:ascii="Inter" w:hAnsi="Inter" w:eastAsia="Noto Sans CJK JP" w:cs="Noto Sans CJK JP"/>
        </w:rPr>
        <w: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I</w:t>
      </w:r>
      <w:r>
        <w:rPr>
          <w:b/>
          <w:color w:val="404040"/>
          <w:sz w:val="24"/>
          <w:rFonts w:ascii="Inter" w:hAnsi="Inter" w:eastAsia="Noto Sans CJK JP" w:cs="Noto Sans CJK JP"/>
        </w:rPr>
        <w:t>d</w:t>
      </w:r>
      <w:r>
        <w:rPr>
          <w:b/>
          <w:color w:val="404040"/>
          <w:sz w:val="24"/>
          <w:rFonts w:ascii="Inter" w:hAnsi="Inter" w:eastAsia="Noto Sans CJK JP" w:cs="Noto Sans CJK JP"/>
        </w:rPr>
        <w:t>e</w:t>
      </w:r>
      <w:r>
        <w:rPr>
          <w:b/>
          <w:color w:val="404040"/>
          <w:sz w:val="24"/>
          <w:rFonts w:ascii="Inter" w:hAnsi="Inter" w:eastAsia="Noto Sans CJK JP" w:cs="Noto Sans CJK JP"/>
        </w:rPr>
        <w:t>n</w:t>
      </w:r>
      <w:r>
        <w:rPr>
          <w:b/>
          <w:color w:val="404040"/>
          <w:sz w:val="24"/>
          <w:rFonts w:ascii="Inter" w:hAnsi="Inter" w:eastAsia="Noto Sans CJK JP" w:cs="Noto Sans CJK JP"/>
        </w:rPr>
        <w:t>t</w:t>
      </w:r>
      <w:r>
        <w:rPr>
          <w:b/>
          <w:color w:val="404040"/>
          <w:sz w:val="24"/>
          <w:rFonts w:ascii="Inter" w:hAnsi="Inter" w:eastAsia="Noto Sans CJK JP" w:cs="Noto Sans CJK JP"/>
        </w:rPr>
        <w:t>i</w:t>
      </w:r>
      <w:r>
        <w:rPr>
          <w:b/>
          <w:color w:val="404040"/>
          <w:sz w:val="24"/>
          <w:rFonts w:ascii="Inter" w:hAnsi="Inter" w:eastAsia="Noto Sans CJK JP" w:cs="Noto Sans CJK JP"/>
        </w:rPr>
        <w:t>f</w:t>
      </w:r>
      <w:r>
        <w:rPr>
          <w:b/>
          <w:color w:val="404040"/>
          <w:sz w:val="24"/>
          <w:rFonts w:ascii="Inter" w:hAnsi="Inter" w:eastAsia="Noto Sans CJK JP" w:cs="Noto Sans CJK JP"/>
        </w:rPr>
        <w:t>y</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f</w:t>
      </w:r>
      <w:r>
        <w:rPr>
          <w:b/>
          <w:color w:val="404040"/>
          <w:sz w:val="24"/>
          <w:rFonts w:ascii="Inter" w:hAnsi="Inter" w:eastAsia="Noto Sans CJK JP" w:cs="Noto Sans CJK JP"/>
        </w:rPr>
        <w:t>l</w:t>
      </w:r>
      <w:r>
        <w:rPr>
          <w:b/>
          <w:color w:val="404040"/>
          <w:sz w:val="24"/>
          <w:rFonts w:ascii="Inter" w:hAnsi="Inter" w:eastAsia="Noto Sans CJK JP" w:cs="Noto Sans CJK JP"/>
        </w:rPr>
        <w:t>u</w:t>
      </w:r>
      <w:r>
        <w:rPr>
          <w:b/>
          <w:color w:val="404040"/>
          <w:sz w:val="24"/>
          <w:rFonts w:ascii="Inter" w:hAnsi="Inter" w:eastAsia="Noto Sans CJK JP" w:cs="Noto Sans CJK JP"/>
        </w:rPr>
        <w:t>x</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r</w:t>
      </w:r>
      <w:r>
        <w:rPr>
          <w:b/>
          <w:color w:val="404040"/>
          <w:sz w:val="24"/>
          <w:rFonts w:ascii="Inter" w:hAnsi="Inter" w:eastAsia="Noto Sans CJK JP" w:cs="Noto Sans CJK JP"/>
        </w:rPr>
        <w:t>e</w:t>
      </w:r>
      <w:r>
        <w:rPr>
          <w:b/>
          <w:color w:val="404040"/>
          <w:sz w:val="24"/>
          <w:rFonts w:ascii="Inter" w:hAnsi="Inter" w:eastAsia="Noto Sans CJK JP" w:cs="Noto Sans CJK JP"/>
        </w:rPr>
        <w:t>s</w:t>
      </w:r>
      <w:r>
        <w:rPr>
          <w:b/>
          <w:color w:val="404040"/>
          <w:sz w:val="24"/>
          <w:rFonts w:ascii="Inter" w:hAnsi="Inter" w:eastAsia="Noto Sans CJK JP" w:cs="Noto Sans CJK JP"/>
        </w:rPr>
        <w:t>i</w:t>
      </w:r>
      <w:r>
        <w:rPr>
          <w:b/>
          <w:color w:val="404040"/>
          <w:sz w:val="24"/>
          <w:rFonts w:ascii="Inter" w:hAnsi="Inter" w:eastAsia="Noto Sans CJK JP" w:cs="Noto Sans CJK JP"/>
        </w:rPr>
        <w:t>d</w:t>
      </w:r>
      <w:r>
        <w:rPr>
          <w:b/>
          <w:color w:val="404040"/>
          <w:sz w:val="24"/>
          <w:rFonts w:ascii="Inter" w:hAnsi="Inter" w:eastAsia="Noto Sans CJK JP" w:cs="Noto Sans CJK JP"/>
        </w:rPr>
        <w:t>u</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c</w:t>
      </w:r>
      <w:r>
        <w:rPr>
          <w:b/>
          <w:color w:val="404040"/>
          <w:sz w:val="24"/>
          <w:rFonts w:ascii="Inter" w:hAnsi="Inter" w:eastAsia="Noto Sans CJK JP" w:cs="Noto Sans CJK JP"/>
        </w:rPr>
        <w:t>h</w:t>
      </w:r>
      <w:r>
        <w:rPr>
          <w:b/>
          <w:color w:val="404040"/>
          <w:sz w:val="24"/>
          <w:rFonts w:ascii="Inter" w:hAnsi="Inter" w:eastAsia="Noto Sans CJK JP" w:cs="Noto Sans CJK JP"/>
        </w:rPr>
        <w:t>a</w:t>
      </w:r>
      <w:r>
        <w:rPr>
          <w:b/>
          <w:color w:val="404040"/>
          <w:sz w:val="24"/>
          <w:rFonts w:ascii="Inter" w:hAnsi="Inter" w:eastAsia="Noto Sans CJK JP" w:cs="Noto Sans CJK JP"/>
        </w:rPr>
        <w:t>r</w:t>
      </w:r>
      <w:r>
        <w:rPr>
          <w:b/>
          <w:color w:val="404040"/>
          <w:sz w:val="24"/>
          <w:rFonts w:ascii="Inter" w:hAnsi="Inter" w:eastAsia="Noto Sans CJK JP" w:cs="Noto Sans CJK JP"/>
        </w:rPr>
        <w:t>a</w:t>
      </w:r>
      <w:r>
        <w:rPr>
          <w:b/>
          <w:color w:val="404040"/>
          <w:sz w:val="24"/>
          <w:rFonts w:ascii="Inter" w:hAnsi="Inter" w:eastAsia="Noto Sans CJK JP" w:cs="Noto Sans CJK JP"/>
        </w:rPr>
        <w:t>c</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r</w:t>
      </w:r>
      <w:r>
        <w:rPr>
          <w:b/>
          <w:color w:val="404040"/>
          <w:sz w:val="24"/>
          <w:rFonts w:ascii="Inter" w:hAnsi="Inter" w:eastAsia="Noto Sans CJK JP" w:cs="Noto Sans CJK JP"/>
        </w:rPr>
        <w:t>i</w:t>
      </w:r>
      <w:r>
        <w:rPr>
          <w:b/>
          <w:color w:val="404040"/>
          <w:sz w:val="24"/>
          <w:rFonts w:ascii="Inter" w:hAnsi="Inter" w:eastAsia="Noto Sans CJK JP" w:cs="Noto Sans CJK JP"/>
        </w:rPr>
        <w:t>s</w:t>
      </w:r>
      <w:r>
        <w:rPr>
          <w:b/>
          <w:color w:val="404040"/>
          <w:sz w:val="24"/>
          <w:rFonts w:ascii="Inter" w:hAnsi="Inter" w:eastAsia="Noto Sans CJK JP" w:cs="Noto Sans CJK JP"/>
        </w:rPr>
        <w:t>t</w:t>
      </w:r>
      <w:r>
        <w:rPr>
          <w:b/>
          <w:color w:val="404040"/>
          <w:sz w:val="24"/>
          <w:rFonts w:ascii="Inter" w:hAnsi="Inter" w:eastAsia="Noto Sans CJK JP" w:cs="Noto Sans CJK JP"/>
        </w:rPr>
        <w:t>i</w:t>
      </w:r>
      <w:r>
        <w:rPr>
          <w:b/>
          <w:color w:val="404040"/>
          <w:sz w:val="24"/>
          <w:rFonts w:ascii="Inter" w:hAnsi="Inter" w:eastAsia="Noto Sans CJK JP" w:cs="Noto Sans CJK JP"/>
        </w:rPr>
        <w:t>c</w:t>
      </w:r>
      <w:r>
        <w:rPr>
          <w:b/>
          <w:color w:val="404040"/>
          <w:sz w:val="24"/>
          <w:rFonts w:ascii="Inter" w:hAnsi="Inter" w:eastAsia="Noto Sans CJK JP" w:cs="Noto Sans CJK JP"/>
        </w:rPr>
        <w:t>s</w:t>
      </w:r>
      <w:r>
        <w:rPr>
          <w:b/>
          <w:color w:val="404040"/>
          <w:sz w:val="24"/>
          <w:rFonts w:ascii="Inter" w:hAnsi="Inter" w:eastAsia="Noto Sans CJK JP" w:cs="Noto Sans CJK JP"/>
        </w:rPr>
        <w:t>.</w:t>
      </w:r>
      <w:r>
        <w:rPr>
          <w:color w:val="404040"/>
          <w:sz w:val="24"/>
          <w:rFonts w:ascii="Inter" w:hAnsi="Inter" w:eastAsia="Noto Sans CJK JP" w:cs="Noto Sans CJK JP"/>
        </w:rPr>
        <w:br/>
      </w:r>
      <w:r>
        <w:rPr>
          <w:color w:val="404040"/>
          <w:sz w:val="24"/>
          <w:rFonts w:ascii="Inter" w:hAnsi="Inter" w:eastAsia="Noto Sans CJK JP" w:cs="Noto Sans CJK JP"/>
        </w:rPr>
        <w:t>"</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v</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o</w:t>
      </w:r>
      <w:r>
        <w:rPr>
          <w:color w:val="404040"/>
          <w:sz w:val="24"/>
          <w:rFonts w:ascii="Inter" w:hAnsi="Inter" w:eastAsia="Noto Sans CJK JP" w:cs="Noto Sans CJK JP"/>
        </w:rPr>
        <w:t>k</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u</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j</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x</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u</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k</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y</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d</w:t>
      </w:r>
      <w:r>
        <w:rPr>
          <w:color w:val="404040"/>
          <w:sz w:val="24"/>
          <w:rFonts w:ascii="Inter" w:hAnsi="Inter" w:eastAsia="Noto Sans CJK JP" w:cs="Noto Sans CJK JP"/>
        </w:rPr>
        <w:t>u</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x</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y</w:t>
      </w:r>
      <w:r>
        <w:rPr>
          <w:color w:val="404040"/>
          <w:sz w:val="24"/>
          <w:rFonts w:ascii="Inter" w:hAnsi="Inter" w:eastAsia="Noto Sans CJK JP" w:cs="Noto Sans CJK JP"/>
        </w:rPr>
        <w:t>d</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w:t>
      </w:r>
    </w:p>
    <w:p>
      <w:pPr/>
      <w:r>
        <w:rPr>
          <w:b/>
          <w:color w:val="404040"/>
          <w:sz w:val="24"/>
          <w:rFonts w:ascii="Inter" w:hAnsi="Inter" w:eastAsia="Noto Sans CJK JP" w:cs="Noto Sans CJK JP"/>
        </w:rPr>
        <w:t>4</w:t>
      </w:r>
      <w:r>
        <w:rPr>
          <w:b/>
          <w:color w:val="404040"/>
          <w:sz w:val="24"/>
          <w:rFonts w:ascii="Inter" w:hAnsi="Inter" w:eastAsia="Noto Sans CJK JP" w:cs="Noto Sans CJK JP"/>
        </w:rPr>
        <w:t>9</w:t>
      </w:r>
      <w:r>
        <w:rPr>
          <w:b/>
          <w:color w:val="404040"/>
          <w:sz w:val="24"/>
          <w:rFonts w:ascii="Inter" w:hAnsi="Inter" w:eastAsia="Noto Sans CJK JP" w:cs="Noto Sans CJK JP"/>
        </w:rPr>
        <w: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P</w:t>
      </w:r>
      <w:r>
        <w:rPr>
          <w:b/>
          <w:color w:val="404040"/>
          <w:sz w:val="24"/>
          <w:rFonts w:ascii="Inter" w:hAnsi="Inter" w:eastAsia="Noto Sans CJK JP" w:cs="Noto Sans CJK JP"/>
        </w:rPr>
        <w:t>o</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o</w:t>
      </w:r>
      <w:r>
        <w:rPr>
          <w:b/>
          <w:color w:val="404040"/>
          <w:sz w:val="24"/>
          <w:rFonts w:ascii="Inter" w:hAnsi="Inter" w:eastAsia="Noto Sans CJK JP" w:cs="Noto Sans CJK JP"/>
        </w:rPr>
        <w:t>u</w:t>
      </w:r>
      <w:r>
        <w:rPr>
          <w:b/>
          <w:color w:val="404040"/>
          <w:sz w:val="24"/>
          <w:rFonts w:ascii="Inter" w:hAnsi="Inter" w:eastAsia="Noto Sans CJK JP" w:cs="Noto Sans CJK JP"/>
        </w:rPr>
        <w:t>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m</w:t>
      </w:r>
      <w:r>
        <w:rPr>
          <w:b/>
          <w:color w:val="404040"/>
          <w:sz w:val="24"/>
          <w:rFonts w:ascii="Inter" w:hAnsi="Inter" w:eastAsia="Noto Sans CJK JP" w:cs="Noto Sans CJK JP"/>
        </w:rPr>
        <w:t>i</w:t>
      </w:r>
      <w:r>
        <w:rPr>
          <w:b/>
          <w:color w:val="404040"/>
          <w:sz w:val="24"/>
          <w:rFonts w:ascii="Inter" w:hAnsi="Inter" w:eastAsia="Noto Sans CJK JP" w:cs="Noto Sans CJK JP"/>
        </w:rPr>
        <w:t>s</w:t>
      </w:r>
      <w:r>
        <w:rPr>
          <w:b/>
          <w:color w:val="404040"/>
          <w:sz w:val="24"/>
          <w:rFonts w:ascii="Inter" w:hAnsi="Inter" w:eastAsia="Noto Sans CJK JP" w:cs="Noto Sans CJK JP"/>
        </w:rPr>
        <w:t>s</w:t>
      </w:r>
      <w:r>
        <w:rPr>
          <w:b/>
          <w:color w:val="404040"/>
          <w:sz w:val="24"/>
          <w:rFonts w:ascii="Inter" w:hAnsi="Inter" w:eastAsia="Noto Sans CJK JP" w:cs="Noto Sans CJK JP"/>
        </w:rPr>
        <w:t>e</w:t>
      </w:r>
      <w:r>
        <w:rPr>
          <w:b/>
          <w:color w:val="404040"/>
          <w:sz w:val="24"/>
          <w:rFonts w:ascii="Inter" w:hAnsi="Inter" w:eastAsia="Noto Sans CJK JP" w:cs="Noto Sans CJK JP"/>
        </w:rPr>
        <w:t>d</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a</w:t>
      </w:r>
      <w:r>
        <w:rPr>
          <w:b/>
          <w:color w:val="404040"/>
          <w:sz w:val="24"/>
          <w:rFonts w:ascii="Inter" w:hAnsi="Inter" w:eastAsia="Noto Sans CJK JP" w:cs="Noto Sans CJK JP"/>
        </w:rPr>
        <w:t>r</w:t>
      </w:r>
      <w:r>
        <w:rPr>
          <w:b/>
          <w:color w:val="404040"/>
          <w:sz w:val="24"/>
          <w:rFonts w:ascii="Inter" w:hAnsi="Inter" w:eastAsia="Noto Sans CJK JP" w:cs="Noto Sans CJK JP"/>
        </w:rPr>
        <w:t>e</w:t>
      </w:r>
      <w:r>
        <w:rPr>
          <w:b/>
          <w:color w:val="404040"/>
          <w:sz w:val="24"/>
          <w:rFonts w:ascii="Inter" w:hAnsi="Inter" w:eastAsia="Noto Sans CJK JP" w:cs="Noto Sans CJK JP"/>
        </w:rPr>
        <w:t>a</w:t>
      </w:r>
      <w:r>
        <w:rPr>
          <w:b/>
          <w:color w:val="404040"/>
          <w:sz w:val="24"/>
          <w:rFonts w:ascii="Inter" w:hAnsi="Inter" w:eastAsia="Noto Sans CJK JP" w:cs="Noto Sans CJK JP"/>
        </w:rPr>
        <w:t>s</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h</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w</w:t>
      </w:r>
      <w:r>
        <w:rPr>
          <w:b/>
          <w:color w:val="404040"/>
          <w:sz w:val="24"/>
          <w:rFonts w:ascii="Inter" w:hAnsi="Inter" w:eastAsia="Noto Sans CJK JP" w:cs="Noto Sans CJK JP"/>
        </w:rPr>
        <w:t>e</w:t>
      </w:r>
      <w:r>
        <w:rPr>
          <w:b/>
          <w:color w:val="404040"/>
          <w:sz w:val="24"/>
          <w:rFonts w:ascii="Inter" w:hAnsi="Inter" w:eastAsia="Noto Sans CJK JP" w:cs="Noto Sans CJK JP"/>
        </w:rPr>
        <w:t>l</w:t>
      </w:r>
      <w:r>
        <w:rPr>
          <w:b/>
          <w:color w:val="404040"/>
          <w:sz w:val="24"/>
          <w:rFonts w:ascii="Inter" w:hAnsi="Inter" w:eastAsia="Noto Sans CJK JP" w:cs="Noto Sans CJK JP"/>
        </w:rPr>
        <w:t>d</w:t>
      </w:r>
      <w:r>
        <w:rPr>
          <w:b/>
          <w:color w:val="404040"/>
          <w:sz w:val="24"/>
          <w:rFonts w:ascii="Inter" w:hAnsi="Inter" w:eastAsia="Noto Sans CJK JP" w:cs="Noto Sans CJK JP"/>
        </w:rPr>
        <w:t>.</w:t>
      </w:r>
      <w:r>
        <w:rPr>
          <w:color w:val="404040"/>
          <w:sz w:val="24"/>
          <w:rFonts w:ascii="Inter" w:hAnsi="Inter" w:eastAsia="Noto Sans CJK JP" w:cs="Noto Sans CJK JP"/>
        </w:rPr>
        <w:br/>
      </w:r>
      <w:r>
        <w:rPr>
          <w:color w:val="404040"/>
          <w:sz w:val="24"/>
          <w:rFonts w:ascii="Inter" w:hAnsi="Inter" w:eastAsia="Noto Sans CJK JP" w:cs="Noto Sans CJK JP"/>
        </w:rPr>
        <w:t>"</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h</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k</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j</w:t>
      </w:r>
      <w:r>
        <w:rPr>
          <w:color w:val="404040"/>
          <w:sz w:val="24"/>
          <w:rFonts w:ascii="Inter" w:hAnsi="Inter" w:eastAsia="Noto Sans CJK JP" w:cs="Noto Sans CJK JP"/>
        </w:rPr>
        <w:t>o</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w:t>
      </w:r>
    </w:p>
    <w:p>
      <w:pPr/>
      <w:r>
        <w:rPr>
          <w:b/>
          <w:color w:val="404040"/>
          <w:sz w:val="24"/>
          <w:rFonts w:ascii="Inter" w:hAnsi="Inter" w:eastAsia="Noto Sans CJK JP" w:cs="Noto Sans CJK JP"/>
        </w:rPr>
        <w:t>5</w:t>
      </w:r>
      <w:r>
        <w:rPr>
          <w:b/>
          <w:color w:val="404040"/>
          <w:sz w:val="24"/>
          <w:rFonts w:ascii="Inter" w:hAnsi="Inter" w:eastAsia="Noto Sans CJK JP" w:cs="Noto Sans CJK JP"/>
        </w:rPr>
        <w:t>0</w:t>
      </w:r>
      <w:r>
        <w:rPr>
          <w:b/>
          <w:color w:val="404040"/>
          <w:sz w:val="24"/>
          <w:rFonts w:ascii="Inter" w:hAnsi="Inter" w:eastAsia="Noto Sans CJK JP" w:cs="Noto Sans CJK JP"/>
        </w:rPr>
        <w: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N</w:t>
      </w:r>
      <w:r>
        <w:rPr>
          <w:b/>
          <w:color w:val="404040"/>
          <w:sz w:val="24"/>
          <w:rFonts w:ascii="Inter" w:hAnsi="Inter" w:eastAsia="Noto Sans CJK JP" w:cs="Noto Sans CJK JP"/>
        </w:rPr>
        <w:t>o</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a</w:t>
      </w:r>
      <w:r>
        <w:rPr>
          <w:b/>
          <w:color w:val="404040"/>
          <w:sz w:val="24"/>
          <w:rFonts w:ascii="Inter" w:hAnsi="Inter" w:eastAsia="Noto Sans CJK JP" w:cs="Noto Sans CJK JP"/>
        </w:rPr>
        <w:t>r</w:t>
      </w:r>
      <w:r>
        <w:rPr>
          <w:b/>
          <w:color w:val="404040"/>
          <w:sz w:val="24"/>
          <w:rFonts w:ascii="Inter" w:hAnsi="Inter" w:eastAsia="Noto Sans CJK JP" w:cs="Noto Sans CJK JP"/>
        </w:rPr>
        <w:t>c</w:t>
      </w:r>
      <w:r>
        <w:rPr>
          <w:b/>
          <w:color w:val="404040"/>
          <w:sz w:val="24"/>
          <w:rFonts w:ascii="Inter" w:hAnsi="Inter" w:eastAsia="Noto Sans CJK JP" w:cs="Noto Sans CJK JP"/>
        </w:rPr>
        <w:t>-</w:t>
      </w:r>
      <w:r>
        <w:rPr>
          <w:b/>
          <w:color w:val="404040"/>
          <w:sz w:val="24"/>
          <w:rFonts w:ascii="Inter" w:hAnsi="Inter" w:eastAsia="Noto Sans CJK JP" w:cs="Noto Sans CJK JP"/>
        </w:rPr>
        <w:t>s</w:t>
      </w:r>
      <w:r>
        <w:rPr>
          <w:b/>
          <w:color w:val="404040"/>
          <w:sz w:val="24"/>
          <w:rFonts w:ascii="Inter" w:hAnsi="Inter" w:eastAsia="Noto Sans CJK JP" w:cs="Noto Sans CJK JP"/>
        </w:rPr>
        <w:t>t</w:t>
      </w:r>
      <w:r>
        <w:rPr>
          <w:b/>
          <w:color w:val="404040"/>
          <w:sz w:val="24"/>
          <w:rFonts w:ascii="Inter" w:hAnsi="Inter" w:eastAsia="Noto Sans CJK JP" w:cs="Noto Sans CJK JP"/>
        </w:rPr>
        <w:t>r</w:t>
      </w:r>
      <w:r>
        <w:rPr>
          <w:b/>
          <w:color w:val="404040"/>
          <w:sz w:val="24"/>
          <w:rFonts w:ascii="Inter" w:hAnsi="Inter" w:eastAsia="Noto Sans CJK JP" w:cs="Noto Sans CJK JP"/>
        </w:rPr>
        <w:t>i</w:t>
      </w:r>
      <w:r>
        <w:rPr>
          <w:b/>
          <w:color w:val="404040"/>
          <w:sz w:val="24"/>
          <w:rFonts w:ascii="Inter" w:hAnsi="Inter" w:eastAsia="Noto Sans CJK JP" w:cs="Noto Sans CJK JP"/>
        </w:rPr>
        <w:t>k</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g</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a</w:t>
      </w:r>
      <w:r>
        <w:rPr>
          <w:b/>
          <w:color w:val="404040"/>
          <w:sz w:val="24"/>
          <w:rFonts w:ascii="Inter" w:hAnsi="Inter" w:eastAsia="Noto Sans CJK JP" w:cs="Noto Sans CJK JP"/>
        </w:rPr>
        <w:t>n</w:t>
      </w:r>
      <w:r>
        <w:rPr>
          <w:b/>
          <w:color w:val="404040"/>
          <w:sz w:val="24"/>
          <w:rFonts w:ascii="Inter" w:hAnsi="Inter" w:eastAsia="Noto Sans CJK JP" w:cs="Noto Sans CJK JP"/>
        </w:rPr>
        <w:t>d</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w</w:t>
      </w:r>
      <w:r>
        <w:rPr>
          <w:b/>
          <w:color w:val="404040"/>
          <w:sz w:val="24"/>
          <w:rFonts w:ascii="Inter" w:hAnsi="Inter" w:eastAsia="Noto Sans CJK JP" w:cs="Noto Sans CJK JP"/>
        </w:rPr>
        <w:t>e</w:t>
      </w:r>
      <w:r>
        <w:rPr>
          <w:b/>
          <w:color w:val="404040"/>
          <w:sz w:val="24"/>
          <w:rFonts w:ascii="Inter" w:hAnsi="Inter" w:eastAsia="Noto Sans CJK JP" w:cs="Noto Sans CJK JP"/>
        </w:rPr>
        <w:t>l</w:t>
      </w:r>
      <w:r>
        <w:rPr>
          <w:b/>
          <w:color w:val="404040"/>
          <w:sz w:val="24"/>
          <w:rFonts w:ascii="Inter" w:hAnsi="Inter" w:eastAsia="Noto Sans CJK JP" w:cs="Noto Sans CJK JP"/>
        </w:rPr>
        <w:t>d</w:t>
      </w:r>
      <w:r>
        <w:rPr>
          <w:b/>
          <w:color w:val="404040"/>
          <w:sz w:val="24"/>
          <w:rFonts w:ascii="Inter" w:hAnsi="Inter" w:eastAsia="Noto Sans CJK JP" w:cs="Noto Sans CJK JP"/>
        </w:rPr>
        <w:t>-</w:t>
      </w:r>
      <w:r>
        <w:rPr>
          <w:b/>
          <w:color w:val="404040"/>
          <w:sz w:val="24"/>
          <w:rFonts w:ascii="Inter" w:hAnsi="Inter" w:eastAsia="Noto Sans CJK JP" w:cs="Noto Sans CJK JP"/>
        </w:rPr>
        <w:t>p</w:t>
      </w:r>
      <w:r>
        <w:rPr>
          <w:b/>
          <w:color w:val="404040"/>
          <w:sz w:val="24"/>
          <w:rFonts w:ascii="Inter" w:hAnsi="Inter" w:eastAsia="Noto Sans CJK JP" w:cs="Noto Sans CJK JP"/>
        </w:rPr>
        <w:t>o</w:t>
      </w:r>
      <w:r>
        <w:rPr>
          <w:b/>
          <w:color w:val="404040"/>
          <w:sz w:val="24"/>
          <w:rFonts w:ascii="Inter" w:hAnsi="Inter" w:eastAsia="Noto Sans CJK JP" w:cs="Noto Sans CJK JP"/>
        </w:rPr>
        <w:t>o</w:t>
      </w:r>
      <w:r>
        <w:rPr>
          <w:b/>
          <w:color w:val="404040"/>
          <w:sz w:val="24"/>
          <w:rFonts w:ascii="Inter" w:hAnsi="Inter" w:eastAsia="Noto Sans CJK JP" w:cs="Noto Sans CJK JP"/>
        </w:rPr>
        <w:t>l</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v</w:t>
      </w:r>
      <w:r>
        <w:rPr>
          <w:b/>
          <w:color w:val="404040"/>
          <w:sz w:val="24"/>
          <w:rFonts w:ascii="Inter" w:hAnsi="Inter" w:eastAsia="Noto Sans CJK JP" w:cs="Noto Sans CJK JP"/>
        </w:rPr>
        <w:t>i</w:t>
      </w:r>
      <w:r>
        <w:rPr>
          <w:b/>
          <w:color w:val="404040"/>
          <w:sz w:val="24"/>
          <w:rFonts w:ascii="Inter" w:hAnsi="Inter" w:eastAsia="Noto Sans CJK JP" w:cs="Noto Sans CJK JP"/>
        </w:rPr>
        <w:t>s</w:t>
      </w:r>
      <w:r>
        <w:rPr>
          <w:b/>
          <w:color w:val="404040"/>
          <w:sz w:val="24"/>
          <w:rFonts w:ascii="Inter" w:hAnsi="Inter" w:eastAsia="Noto Sans CJK JP" w:cs="Noto Sans CJK JP"/>
        </w:rPr>
        <w:t>i</w:t>
      </w:r>
      <w:r>
        <w:rPr>
          <w:b/>
          <w:color w:val="404040"/>
          <w:sz w:val="24"/>
          <w:rFonts w:ascii="Inter" w:hAnsi="Inter" w:eastAsia="Noto Sans CJK JP" w:cs="Noto Sans CJK JP"/>
        </w:rPr>
        <w:t>b</w:t>
      </w:r>
      <w:r>
        <w:rPr>
          <w:b/>
          <w:color w:val="404040"/>
          <w:sz w:val="24"/>
          <w:rFonts w:ascii="Inter" w:hAnsi="Inter" w:eastAsia="Noto Sans CJK JP" w:cs="Noto Sans CJK JP"/>
        </w:rPr>
        <w:t>i</w:t>
      </w:r>
      <w:r>
        <w:rPr>
          <w:b/>
          <w:color w:val="404040"/>
          <w:sz w:val="24"/>
          <w:rFonts w:ascii="Inter" w:hAnsi="Inter" w:eastAsia="Noto Sans CJK JP" w:cs="Noto Sans CJK JP"/>
        </w:rPr>
        <w:t>l</w:t>
      </w:r>
      <w:r>
        <w:rPr>
          <w:b/>
          <w:color w:val="404040"/>
          <w:sz w:val="24"/>
          <w:rFonts w:ascii="Inter" w:hAnsi="Inter" w:eastAsia="Noto Sans CJK JP" w:cs="Noto Sans CJK JP"/>
        </w:rPr>
        <w:t>i</w:t>
      </w:r>
      <w:r>
        <w:rPr>
          <w:b/>
          <w:color w:val="404040"/>
          <w:sz w:val="24"/>
          <w:rFonts w:ascii="Inter" w:hAnsi="Inter" w:eastAsia="Noto Sans CJK JP" w:cs="Noto Sans CJK JP"/>
        </w:rPr>
        <w:t>t</w:t>
      </w:r>
      <w:r>
        <w:rPr>
          <w:b/>
          <w:color w:val="404040"/>
          <w:sz w:val="24"/>
          <w:rFonts w:ascii="Inter" w:hAnsi="Inter" w:eastAsia="Noto Sans CJK JP" w:cs="Noto Sans CJK JP"/>
        </w:rPr>
        <w:t>y</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c</w:t>
      </w:r>
      <w:r>
        <w:rPr>
          <w:b/>
          <w:color w:val="404040"/>
          <w:sz w:val="24"/>
          <w:rFonts w:ascii="Inter" w:hAnsi="Inter" w:eastAsia="Noto Sans CJK JP" w:cs="Noto Sans CJK JP"/>
        </w:rPr>
        <w:t>h</w:t>
      </w:r>
      <w:r>
        <w:rPr>
          <w:b/>
          <w:color w:val="404040"/>
          <w:sz w:val="24"/>
          <w:rFonts w:ascii="Inter" w:hAnsi="Inter" w:eastAsia="Noto Sans CJK JP" w:cs="Noto Sans CJK JP"/>
        </w:rPr>
        <w:t>a</w:t>
      </w:r>
      <w:r>
        <w:rPr>
          <w:b/>
          <w:color w:val="404040"/>
          <w:sz w:val="24"/>
          <w:rFonts w:ascii="Inter" w:hAnsi="Inter" w:eastAsia="Noto Sans CJK JP" w:cs="Noto Sans CJK JP"/>
        </w:rPr>
        <w:t>l</w:t>
      </w:r>
      <w:r>
        <w:rPr>
          <w:b/>
          <w:color w:val="404040"/>
          <w:sz w:val="24"/>
          <w:rFonts w:ascii="Inter" w:hAnsi="Inter" w:eastAsia="Noto Sans CJK JP" w:cs="Noto Sans CJK JP"/>
        </w:rPr>
        <w:t>l</w:t>
      </w:r>
      <w:r>
        <w:rPr>
          <w:b/>
          <w:color w:val="404040"/>
          <w:sz w:val="24"/>
          <w:rFonts w:ascii="Inter" w:hAnsi="Inter" w:eastAsia="Noto Sans CJK JP" w:cs="Noto Sans CJK JP"/>
        </w:rPr>
        <w:t>e</w:t>
      </w:r>
      <w:r>
        <w:rPr>
          <w:b/>
          <w:color w:val="404040"/>
          <w:sz w:val="24"/>
          <w:rFonts w:ascii="Inter" w:hAnsi="Inter" w:eastAsia="Noto Sans CJK JP" w:cs="Noto Sans CJK JP"/>
        </w:rPr>
        <w:t>n</w:t>
      </w:r>
      <w:r>
        <w:rPr>
          <w:b/>
          <w:color w:val="404040"/>
          <w:sz w:val="24"/>
          <w:rFonts w:ascii="Inter" w:hAnsi="Inter" w:eastAsia="Noto Sans CJK JP" w:cs="Noto Sans CJK JP"/>
        </w:rPr>
        <w:t>g</w:t>
      </w:r>
      <w:r>
        <w:rPr>
          <w:b/>
          <w:color w:val="404040"/>
          <w:sz w:val="24"/>
          <w:rFonts w:ascii="Inter" w:hAnsi="Inter" w:eastAsia="Noto Sans CJK JP" w:cs="Noto Sans CJK JP"/>
        </w:rPr>
        <w:t>e</w:t>
      </w:r>
      <w:r>
        <w:rPr>
          <w:b/>
          <w:color w:val="404040"/>
          <w:sz w:val="24"/>
          <w:rFonts w:ascii="Inter" w:hAnsi="Inter" w:eastAsia="Noto Sans CJK JP" w:cs="Noto Sans CJK JP"/>
        </w:rPr>
        <w:t>s</w:t>
      </w:r>
      <w:r>
        <w:rPr>
          <w:b/>
          <w:color w:val="404040"/>
          <w:sz w:val="24"/>
          <w:rFonts w:ascii="Inter" w:hAnsi="Inter" w:eastAsia="Noto Sans CJK JP" w:cs="Noto Sans CJK JP"/>
        </w:rPr>
        <w:t>.</w:t>
      </w:r>
      <w:r>
        <w:rPr>
          <w:color w:val="404040"/>
          <w:sz w:val="24"/>
          <w:rFonts w:ascii="Inter" w:hAnsi="Inter" w:eastAsia="Noto Sans CJK JP" w:cs="Noto Sans CJK JP"/>
        </w:rPr>
        <w:br/>
      </w:r>
      <w:r>
        <w:rPr>
          <w:color w:val="404040"/>
          <w:sz w:val="24"/>
          <w:rFonts w:ascii="Inter" w:hAnsi="Inter" w:eastAsia="Noto Sans CJK JP" w:cs="Noto Sans CJK JP"/>
        </w:rPr>
        <w:t>"</w:t>
      </w:r>
      <w:r>
        <w:rPr>
          <w:color w:val="404040"/>
          <w:sz w:val="24"/>
          <w:rFonts w:ascii="Inter" w:hAnsi="Inter" w:eastAsia="Noto Sans CJK JP" w:cs="Noto Sans CJK JP"/>
        </w:rPr>
        <w:t>W</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c</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u</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g</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h</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h</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c</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k</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b</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y</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i</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w:t>
      </w:r>
    </w:p>
    <w:p>
      <w:pPr/>
      <w:r>
        <w:rPr>
          <w:b/>
          <w:color w:val="404040"/>
          <w:sz w:val="24"/>
          <w:rFonts w:ascii="Inter" w:hAnsi="Inter" w:eastAsia="Noto Sans CJK JP" w:cs="Noto Sans CJK JP"/>
        </w:rPr>
        <w:t>5</w:t>
      </w:r>
      <w:r>
        <w:rPr>
          <w:b/>
          <w:color w:val="404040"/>
          <w:sz w:val="24"/>
          <w:rFonts w:ascii="Inter" w:hAnsi="Inter" w:eastAsia="Noto Sans CJK JP" w:cs="Noto Sans CJK JP"/>
        </w:rPr>
        <w:t>1</w:t>
      </w:r>
      <w:r>
        <w:rPr>
          <w:b/>
          <w:color w:val="404040"/>
          <w:sz w:val="24"/>
          <w:rFonts w:ascii="Inter" w:hAnsi="Inter" w:eastAsia="Noto Sans CJK JP" w:cs="Noto Sans CJK JP"/>
        </w:rPr>
        <w: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s</w:t>
      </w:r>
      <w:r>
        <w:rPr>
          <w:b/>
          <w:color w:val="404040"/>
          <w:sz w:val="24"/>
          <w:rFonts w:ascii="Inter" w:hAnsi="Inter" w:eastAsia="Noto Sans CJK JP" w:cs="Noto Sans CJK JP"/>
        </w:rPr>
        <w:t>p</w:t>
      </w:r>
      <w:r>
        <w:rPr>
          <w:b/>
          <w:color w:val="404040"/>
          <w:sz w:val="24"/>
          <w:rFonts w:ascii="Inter" w:hAnsi="Inter" w:eastAsia="Noto Sans CJK JP" w:cs="Noto Sans CJK JP"/>
        </w:rPr>
        <w:t>e</w:t>
      </w:r>
      <w:r>
        <w:rPr>
          <w:b/>
          <w:color w:val="404040"/>
          <w:sz w:val="24"/>
          <w:rFonts w:ascii="Inter" w:hAnsi="Inter" w:eastAsia="Noto Sans CJK JP" w:cs="Noto Sans CJK JP"/>
        </w:rPr>
        <w:t>c</w:t>
      </w:r>
      <w:r>
        <w:rPr>
          <w:b/>
          <w:color w:val="404040"/>
          <w:sz w:val="24"/>
          <w:rFonts w:ascii="Inter" w:hAnsi="Inter" w:eastAsia="Noto Sans CJK JP" w:cs="Noto Sans CJK JP"/>
        </w:rPr>
        <w:t>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h</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f</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i</w:t>
      </w:r>
      <w:r>
        <w:rPr>
          <w:b/>
          <w:color w:val="404040"/>
          <w:sz w:val="24"/>
          <w:rFonts w:ascii="Inter" w:hAnsi="Inter" w:eastAsia="Noto Sans CJK JP" w:cs="Noto Sans CJK JP"/>
        </w:rPr>
        <w:t>s</w:t>
      </w:r>
      <w:r>
        <w:rPr>
          <w:b/>
          <w:color w:val="404040"/>
          <w:sz w:val="24"/>
          <w:rFonts w:ascii="Inter" w:hAnsi="Inter" w:eastAsia="Noto Sans CJK JP" w:cs="Noto Sans CJK JP"/>
        </w:rPr>
        <w:t>h</w:t>
      </w:r>
      <w:r>
        <w:rPr>
          <w:b/>
          <w:color w:val="404040"/>
          <w:sz w:val="24"/>
          <w:rFonts w:ascii="Inter" w:hAnsi="Inter" w:eastAsia="Noto Sans CJK JP" w:cs="Noto Sans CJK JP"/>
        </w:rPr>
        <w:t>e</w:t>
      </w:r>
      <w:r>
        <w:rPr>
          <w:b/>
          <w:color w:val="404040"/>
          <w:sz w:val="24"/>
          <w:rFonts w:ascii="Inter" w:hAnsi="Inter" w:eastAsia="Noto Sans CJK JP" w:cs="Noto Sans CJK JP"/>
        </w:rPr>
        <w:t>d</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a</w:t>
      </w:r>
      <w:r>
        <w:rPr>
          <w:b/>
          <w:color w:val="404040"/>
          <w:sz w:val="24"/>
          <w:rFonts w:ascii="Inter" w:hAnsi="Inter" w:eastAsia="Noto Sans CJK JP" w:cs="Noto Sans CJK JP"/>
        </w:rPr>
        <w:t>l</w:t>
      </w:r>
      <w:r>
        <w:rPr>
          <w:b/>
          <w:color w:val="404040"/>
          <w:sz w:val="24"/>
          <w:rFonts w:ascii="Inter" w:hAnsi="Inter" w:eastAsia="Noto Sans CJK JP" w:cs="Noto Sans CJK JP"/>
        </w:rPr>
        <w:t>u</w:t>
      </w:r>
      <w:r>
        <w:rPr>
          <w:b/>
          <w:color w:val="404040"/>
          <w:sz w:val="24"/>
          <w:rFonts w:ascii="Inter" w:hAnsi="Inter" w:eastAsia="Noto Sans CJK JP" w:cs="Noto Sans CJK JP"/>
        </w:rPr>
        <w:t>m</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u</w:t>
      </w:r>
      <w:r>
        <w:rPr>
          <w:b/>
          <w:color w:val="404040"/>
          <w:sz w:val="24"/>
          <w:rFonts w:ascii="Inter" w:hAnsi="Inter" w:eastAsia="Noto Sans CJK JP" w:cs="Noto Sans CJK JP"/>
        </w:rPr>
        <w:t>m</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j</w:t>
      </w:r>
      <w:r>
        <w:rPr>
          <w:b/>
          <w:color w:val="404040"/>
          <w:sz w:val="24"/>
          <w:rFonts w:ascii="Inter" w:hAnsi="Inter" w:eastAsia="Noto Sans CJK JP" w:cs="Noto Sans CJK JP"/>
        </w:rPr>
        <w:t>o</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t</w:t>
      </w:r>
      <w:r>
        <w:rPr>
          <w:b/>
          <w:color w:val="404040"/>
          <w:sz w:val="24"/>
          <w:rFonts w:ascii="Inter" w:hAnsi="Inter" w:eastAsia="Noto Sans CJK JP" w:cs="Noto Sans CJK JP"/>
        </w:rPr>
        <w:t>.</w:t>
      </w:r>
      <w:r>
        <w:rPr>
          <w:color w:val="404040"/>
          <w:sz w:val="24"/>
          <w:rFonts w:ascii="Inter" w:hAnsi="Inter" w:eastAsia="Noto Sans CJK JP" w:cs="Noto Sans CJK JP"/>
        </w:rPr>
        <w:br/>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g</w:t>
      </w:r>
      <w:r>
        <w:rPr>
          <w:color w:val="404040"/>
          <w:sz w:val="24"/>
          <w:rFonts w:ascii="Inter" w:hAnsi="Inter" w:eastAsia="Noto Sans CJK JP" w:cs="Noto Sans CJK JP"/>
        </w:rPr>
        <w:t>h</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w</w:t>
      </w:r>
      <w:r>
        <w:rPr>
          <w:color w:val="404040"/>
          <w:sz w:val="24"/>
          <w:rFonts w:ascii="Inter" w:hAnsi="Inter" w:eastAsia="Noto Sans CJK JP" w:cs="Noto Sans CJK JP"/>
        </w:rPr>
        <w:t>o</w:t>
      </w:r>
      <w:r>
        <w:rPr>
          <w:color w:val="404040"/>
          <w:sz w:val="24"/>
          <w:rFonts w:ascii="Inter" w:hAnsi="Inter" w:eastAsia="Noto Sans CJK JP" w:cs="Noto Sans CJK JP"/>
        </w:rPr>
        <w:t>-</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d</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f</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k</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j</w:t>
      </w:r>
      <w:r>
        <w:rPr>
          <w:color w:val="404040"/>
          <w:sz w:val="24"/>
          <w:rFonts w:ascii="Inter" w:hAnsi="Inter" w:eastAsia="Noto Sans CJK JP" w:cs="Noto Sans CJK JP"/>
        </w:rPr>
        <w:t>o</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p</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n</w:t>
      </w:r>
      <w:r>
        <w:rPr>
          <w:color w:val="404040"/>
          <w:sz w:val="24"/>
          <w:rFonts w:ascii="Inter" w:hAnsi="Inter" w:eastAsia="Noto Sans CJK JP" w:cs="Noto Sans CJK JP"/>
        </w:rPr>
        <w:t>.</w:t>
      </w:r>
    </w:p>
    <w:p>
      <w:pPr/>
      <w:r>
        <w:rPr>
          <w:b/>
          <w:color w:val="404040"/>
          <w:sz w:val="24"/>
          <w:rFonts w:ascii="Inter" w:hAnsi="Inter" w:eastAsia="Noto Sans CJK JP" w:cs="Noto Sans CJK JP"/>
        </w:rPr>
        <w:t>5</w:t>
      </w:r>
      <w:r>
        <w:rPr>
          <w:b/>
          <w:color w:val="404040"/>
          <w:sz w:val="24"/>
          <w:rFonts w:ascii="Inter" w:hAnsi="Inter" w:eastAsia="Noto Sans CJK JP" w:cs="Noto Sans CJK JP"/>
        </w:rPr>
        <w:t>2</w:t>
      </w:r>
      <w:r>
        <w:rPr>
          <w:b/>
          <w:color w:val="404040"/>
          <w:sz w:val="24"/>
          <w:rFonts w:ascii="Inter" w:hAnsi="Inter" w:eastAsia="Noto Sans CJK JP" w:cs="Noto Sans CJK JP"/>
        </w:rPr>
        <w: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I</w:t>
      </w:r>
      <w:r>
        <w:rPr>
          <w:b/>
          <w:color w:val="404040"/>
          <w:sz w:val="24"/>
          <w:rFonts w:ascii="Inter" w:hAnsi="Inter" w:eastAsia="Noto Sans CJK JP" w:cs="Noto Sans CJK JP"/>
        </w:rPr>
        <w:t>d</w:t>
      </w:r>
      <w:r>
        <w:rPr>
          <w:b/>
          <w:color w:val="404040"/>
          <w:sz w:val="24"/>
          <w:rFonts w:ascii="Inter" w:hAnsi="Inter" w:eastAsia="Noto Sans CJK JP" w:cs="Noto Sans CJK JP"/>
        </w:rPr>
        <w:t>e</w:t>
      </w:r>
      <w:r>
        <w:rPr>
          <w:b/>
          <w:color w:val="404040"/>
          <w:sz w:val="24"/>
          <w:rFonts w:ascii="Inter" w:hAnsi="Inter" w:eastAsia="Noto Sans CJK JP" w:cs="Noto Sans CJK JP"/>
        </w:rPr>
        <w:t>n</w:t>
      </w:r>
      <w:r>
        <w:rPr>
          <w:b/>
          <w:color w:val="404040"/>
          <w:sz w:val="24"/>
          <w:rFonts w:ascii="Inter" w:hAnsi="Inter" w:eastAsia="Noto Sans CJK JP" w:cs="Noto Sans CJK JP"/>
        </w:rPr>
        <w:t>t</w:t>
      </w:r>
      <w:r>
        <w:rPr>
          <w:b/>
          <w:color w:val="404040"/>
          <w:sz w:val="24"/>
          <w:rFonts w:ascii="Inter" w:hAnsi="Inter" w:eastAsia="Noto Sans CJK JP" w:cs="Noto Sans CJK JP"/>
        </w:rPr>
        <w:t>i</w:t>
      </w:r>
      <w:r>
        <w:rPr>
          <w:b/>
          <w:color w:val="404040"/>
          <w:sz w:val="24"/>
          <w:rFonts w:ascii="Inter" w:hAnsi="Inter" w:eastAsia="Noto Sans CJK JP" w:cs="Noto Sans CJK JP"/>
        </w:rPr>
        <w:t>f</w:t>
      </w:r>
      <w:r>
        <w:rPr>
          <w:b/>
          <w:color w:val="404040"/>
          <w:sz w:val="24"/>
          <w:rFonts w:ascii="Inter" w:hAnsi="Inter" w:eastAsia="Noto Sans CJK JP" w:cs="Noto Sans CJK JP"/>
        </w:rPr>
        <w:t>y</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e</w:t>
      </w:r>
      <w:r>
        <w:rPr>
          <w:b/>
          <w:color w:val="404040"/>
          <w:sz w:val="24"/>
          <w:rFonts w:ascii="Inter" w:hAnsi="Inter" w:eastAsia="Noto Sans CJK JP" w:cs="Noto Sans CJK JP"/>
        </w:rPr>
        <w:t>x</w:t>
      </w:r>
      <w:r>
        <w:rPr>
          <w:b/>
          <w:color w:val="404040"/>
          <w:sz w:val="24"/>
          <w:rFonts w:ascii="Inter" w:hAnsi="Inter" w:eastAsia="Noto Sans CJK JP" w:cs="Noto Sans CJK JP"/>
        </w:rPr>
        <w:t>c</w:t>
      </w:r>
      <w:r>
        <w:rPr>
          <w:b/>
          <w:color w:val="404040"/>
          <w:sz w:val="24"/>
          <w:rFonts w:ascii="Inter" w:hAnsi="Inter" w:eastAsia="Noto Sans CJK JP" w:cs="Noto Sans CJK JP"/>
        </w:rPr>
        <w:t>e</w:t>
      </w:r>
      <w:r>
        <w:rPr>
          <w:b/>
          <w:color w:val="404040"/>
          <w:sz w:val="24"/>
          <w:rFonts w:ascii="Inter" w:hAnsi="Inter" w:eastAsia="Noto Sans CJK JP" w:cs="Noto Sans CJK JP"/>
        </w:rPr>
        <w:t>s</w:t>
      </w:r>
      <w:r>
        <w:rPr>
          <w:b/>
          <w:color w:val="404040"/>
          <w:sz w:val="24"/>
          <w:rFonts w:ascii="Inter" w:hAnsi="Inter" w:eastAsia="Noto Sans CJK JP" w:cs="Noto Sans CJK JP"/>
        </w:rPr>
        <w:t>s</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a</w:t>
      </w:r>
      <w:r>
        <w:rPr>
          <w:b/>
          <w:color w:val="404040"/>
          <w:sz w:val="24"/>
          <w:rFonts w:ascii="Inter" w:hAnsi="Inter" w:eastAsia="Noto Sans CJK JP" w:cs="Noto Sans CJK JP"/>
        </w:rPr>
        <w:t>l</w:t>
      </w:r>
      <w:r>
        <w:rPr>
          <w:b/>
          <w:color w:val="404040"/>
          <w:sz w:val="24"/>
          <w:rFonts w:ascii="Inter" w:hAnsi="Inter" w:eastAsia="Noto Sans CJK JP" w:cs="Noto Sans CJK JP"/>
        </w:rPr>
        <w:t>u</w:t>
      </w:r>
      <w:r>
        <w:rPr>
          <w:b/>
          <w:color w:val="404040"/>
          <w:sz w:val="24"/>
          <w:rFonts w:ascii="Inter" w:hAnsi="Inter" w:eastAsia="Noto Sans CJK JP" w:cs="Noto Sans CJK JP"/>
        </w:rPr>
        <w:t>m</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u</w:t>
      </w:r>
      <w:r>
        <w:rPr>
          <w:b/>
          <w:color w:val="404040"/>
          <w:sz w:val="24"/>
          <w:rFonts w:ascii="Inter" w:hAnsi="Inter" w:eastAsia="Noto Sans CJK JP" w:cs="Noto Sans CJK JP"/>
        </w:rPr>
        <w:t>m</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f</w:t>
      </w:r>
      <w:r>
        <w:rPr>
          <w:b/>
          <w:color w:val="404040"/>
          <w:sz w:val="24"/>
          <w:rFonts w:ascii="Inter" w:hAnsi="Inter" w:eastAsia="Noto Sans CJK JP" w:cs="Noto Sans CJK JP"/>
        </w:rPr>
        <w:t>o</w:t>
      </w:r>
      <w:r>
        <w:rPr>
          <w:b/>
          <w:color w:val="404040"/>
          <w:sz w:val="24"/>
          <w:rFonts w:ascii="Inter" w:hAnsi="Inter" w:eastAsia="Noto Sans CJK JP" w:cs="Noto Sans CJK JP"/>
        </w:rPr>
        <w:t>r</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c</w:t>
      </w:r>
      <w:r>
        <w:rPr>
          <w:b/>
          <w:color w:val="404040"/>
          <w:sz w:val="24"/>
          <w:rFonts w:ascii="Inter" w:hAnsi="Inter" w:eastAsia="Noto Sans CJK JP" w:cs="Noto Sans CJK JP"/>
        </w:rPr>
        <w:t>l</w:t>
      </w:r>
      <w:r>
        <w:rPr>
          <w:b/>
          <w:color w:val="404040"/>
          <w:sz w:val="24"/>
          <w:rFonts w:ascii="Inter" w:hAnsi="Inter" w:eastAsia="Noto Sans CJK JP" w:cs="Noto Sans CJK JP"/>
        </w:rPr>
        <w:t>e</w:t>
      </w:r>
      <w:r>
        <w:rPr>
          <w:b/>
          <w:color w:val="404040"/>
          <w:sz w:val="24"/>
          <w:rFonts w:ascii="Inter" w:hAnsi="Inter" w:eastAsia="Noto Sans CJK JP" w:cs="Noto Sans CJK JP"/>
        </w:rPr>
        <w:t>a</w:t>
      </w:r>
      <w:r>
        <w:rPr>
          <w:b/>
          <w:color w:val="404040"/>
          <w:sz w:val="24"/>
          <w:rFonts w:ascii="Inter" w:hAnsi="Inter" w:eastAsia="Noto Sans CJK JP" w:cs="Noto Sans CJK JP"/>
        </w:rPr>
        <w:t>n</w:t>
      </w:r>
      <w:r>
        <w:rPr>
          <w:b/>
          <w:color w:val="404040"/>
          <w:sz w:val="24"/>
          <w:rFonts w:ascii="Inter" w:hAnsi="Inter" w:eastAsia="Noto Sans CJK JP" w:cs="Noto Sans CJK JP"/>
        </w:rPr>
        <w:t>u</w:t>
      </w:r>
      <w:r>
        <w:rPr>
          <w:b/>
          <w:color w:val="404040"/>
          <w:sz w:val="24"/>
          <w:rFonts w:ascii="Inter" w:hAnsi="Inter" w:eastAsia="Noto Sans CJK JP" w:cs="Noto Sans CJK JP"/>
        </w:rPr>
        <w:t>p</w:t>
      </w:r>
      <w:r>
        <w:rPr>
          <w:b/>
          <w:color w:val="404040"/>
          <w:sz w:val="24"/>
          <w:rFonts w:ascii="Inter" w:hAnsi="Inter" w:eastAsia="Noto Sans CJK JP" w:cs="Noto Sans CJK JP"/>
        </w:rPr>
        <w:t>.</w:t>
      </w:r>
      <w:r>
        <w:rPr>
          <w:color w:val="404040"/>
          <w:sz w:val="24"/>
          <w:rFonts w:ascii="Inter" w:hAnsi="Inter" w:eastAsia="Noto Sans CJK JP" w:cs="Noto Sans CJK JP"/>
        </w:rPr>
        <w:br/>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b</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w:t>
      </w:r>
    </w:p>
    <w:p>
      <w:pPr/>
      <w:r>
        <w:rPr>
          <w:b/>
          <w:color w:val="404040"/>
          <w:sz w:val="24"/>
          <w:rFonts w:ascii="Inter" w:hAnsi="Inter" w:eastAsia="Noto Sans CJK JP" w:cs="Noto Sans CJK JP"/>
        </w:rPr>
        <w:t>5</w:t>
      </w:r>
      <w:r>
        <w:rPr>
          <w:b/>
          <w:color w:val="404040"/>
          <w:sz w:val="24"/>
          <w:rFonts w:ascii="Inter" w:hAnsi="Inter" w:eastAsia="Noto Sans CJK JP" w:cs="Noto Sans CJK JP"/>
        </w:rPr>
        <w:t>3</w:t>
      </w:r>
      <w:r>
        <w:rPr>
          <w:b/>
          <w:color w:val="404040"/>
          <w:sz w:val="24"/>
          <w:rFonts w:ascii="Inter" w:hAnsi="Inter" w:eastAsia="Noto Sans CJK JP" w:cs="Noto Sans CJK JP"/>
        </w:rPr>
        <w: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A</w:t>
      </w:r>
      <w:r>
        <w:rPr>
          <w:b/>
          <w:color w:val="404040"/>
          <w:sz w:val="24"/>
          <w:rFonts w:ascii="Inter" w:hAnsi="Inter" w:eastAsia="Noto Sans CJK JP" w:cs="Noto Sans CJK JP"/>
        </w:rPr>
        <w:t>s</w:t>
      </w:r>
      <w:r>
        <w:rPr>
          <w:b/>
          <w:color w:val="404040"/>
          <w:sz w:val="24"/>
          <w:rFonts w:ascii="Inter" w:hAnsi="Inter" w:eastAsia="Noto Sans CJK JP" w:cs="Noto Sans CJK JP"/>
        </w:rPr>
        <w:t>s</w:t>
      </w:r>
      <w:r>
        <w:rPr>
          <w:b/>
          <w:color w:val="404040"/>
          <w:sz w:val="24"/>
          <w:rFonts w:ascii="Inter" w:hAnsi="Inter" w:eastAsia="Noto Sans CJK JP" w:cs="Noto Sans CJK JP"/>
        </w:rPr>
        <w:t>e</w:t>
      </w:r>
      <w:r>
        <w:rPr>
          <w:b/>
          <w:color w:val="404040"/>
          <w:sz w:val="24"/>
          <w:rFonts w:ascii="Inter" w:hAnsi="Inter" w:eastAsia="Noto Sans CJK JP" w:cs="Noto Sans CJK JP"/>
        </w:rPr>
        <w:t>s</w:t>
      </w:r>
      <w:r>
        <w:rPr>
          <w:b/>
          <w:color w:val="404040"/>
          <w:sz w:val="24"/>
          <w:rFonts w:ascii="Inter" w:hAnsi="Inter" w:eastAsia="Noto Sans CJK JP" w:cs="Noto Sans CJK JP"/>
        </w:rPr>
        <w:t>s</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h</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o</w:t>
      </w:r>
      <w:r>
        <w:rPr>
          <w:b/>
          <w:color w:val="404040"/>
          <w:sz w:val="24"/>
          <w:rFonts w:ascii="Inter" w:hAnsi="Inter" w:eastAsia="Noto Sans CJK JP" w:cs="Noto Sans CJK JP"/>
        </w:rPr>
        <w:t>v</w:t>
      </w:r>
      <w:r>
        <w:rPr>
          <w:b/>
          <w:color w:val="404040"/>
          <w:sz w:val="24"/>
          <w:rFonts w:ascii="Inter" w:hAnsi="Inter" w:eastAsia="Noto Sans CJK JP" w:cs="Noto Sans CJK JP"/>
        </w:rPr>
        <w:t>e</w:t>
      </w:r>
      <w:r>
        <w:rPr>
          <w:b/>
          <w:color w:val="404040"/>
          <w:sz w:val="24"/>
          <w:rFonts w:ascii="Inter" w:hAnsi="Inter" w:eastAsia="Noto Sans CJK JP" w:cs="Noto Sans CJK JP"/>
        </w:rPr>
        <w:t>r</w:t>
      </w:r>
      <w:r>
        <w:rPr>
          <w:b/>
          <w:color w:val="404040"/>
          <w:sz w:val="24"/>
          <w:rFonts w:ascii="Inter" w:hAnsi="Inter" w:eastAsia="Noto Sans CJK JP" w:cs="Noto Sans CJK JP"/>
        </w:rPr>
        <w:t>a</w:t>
      </w:r>
      <w:r>
        <w:rPr>
          <w:b/>
          <w:color w:val="404040"/>
          <w:sz w:val="24"/>
          <w:rFonts w:ascii="Inter" w:hAnsi="Inter" w:eastAsia="Noto Sans CJK JP" w:cs="Noto Sans CJK JP"/>
        </w:rPr>
        <w:t>l</w:t>
      </w:r>
      <w:r>
        <w:rPr>
          <w:b/>
          <w:color w:val="404040"/>
          <w:sz w:val="24"/>
          <w:rFonts w:ascii="Inter" w:hAnsi="Inter" w:eastAsia="Noto Sans CJK JP" w:cs="Noto Sans CJK JP"/>
        </w:rPr>
        <w:t>l</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w</w:t>
      </w:r>
      <w:r>
        <w:rPr>
          <w:b/>
          <w:color w:val="404040"/>
          <w:sz w:val="24"/>
          <w:rFonts w:ascii="Inter" w:hAnsi="Inter" w:eastAsia="Noto Sans CJK JP" w:cs="Noto Sans CJK JP"/>
        </w:rPr>
        <w:t>e</w:t>
      </w:r>
      <w:r>
        <w:rPr>
          <w:b/>
          <w:color w:val="404040"/>
          <w:sz w:val="24"/>
          <w:rFonts w:ascii="Inter" w:hAnsi="Inter" w:eastAsia="Noto Sans CJK JP" w:cs="Noto Sans CJK JP"/>
        </w:rPr>
        <w:t>l</w:t>
      </w:r>
      <w:r>
        <w:rPr>
          <w:b/>
          <w:color w:val="404040"/>
          <w:sz w:val="24"/>
          <w:rFonts w:ascii="Inter" w:hAnsi="Inter" w:eastAsia="Noto Sans CJK JP" w:cs="Noto Sans CJK JP"/>
        </w:rPr>
        <w:t>d</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p</w:t>
      </w:r>
      <w:r>
        <w:rPr>
          <w:b/>
          <w:color w:val="404040"/>
          <w:sz w:val="24"/>
          <w:rFonts w:ascii="Inter" w:hAnsi="Inter" w:eastAsia="Noto Sans CJK JP" w:cs="Noto Sans CJK JP"/>
        </w:rPr>
        <w:t>r</w:t>
      </w:r>
      <w:r>
        <w:rPr>
          <w:b/>
          <w:color w:val="404040"/>
          <w:sz w:val="24"/>
          <w:rFonts w:ascii="Inter" w:hAnsi="Inter" w:eastAsia="Noto Sans CJK JP" w:cs="Noto Sans CJK JP"/>
        </w:rPr>
        <w:t>o</w:t>
      </w:r>
      <w:r>
        <w:rPr>
          <w:b/>
          <w:color w:val="404040"/>
          <w:sz w:val="24"/>
          <w:rFonts w:ascii="Inter" w:hAnsi="Inter" w:eastAsia="Noto Sans CJK JP" w:cs="Noto Sans CJK JP"/>
        </w:rPr>
        <w:t>f</w:t>
      </w:r>
      <w:r>
        <w:rPr>
          <w:b/>
          <w:color w:val="404040"/>
          <w:sz w:val="24"/>
          <w:rFonts w:ascii="Inter" w:hAnsi="Inter" w:eastAsia="Noto Sans CJK JP" w:cs="Noto Sans CJK JP"/>
        </w:rPr>
        <w:t>i</w:t>
      </w:r>
      <w:r>
        <w:rPr>
          <w:b/>
          <w:color w:val="404040"/>
          <w:sz w:val="24"/>
          <w:rFonts w:ascii="Inter" w:hAnsi="Inter" w:eastAsia="Noto Sans CJK JP" w:cs="Noto Sans CJK JP"/>
        </w:rPr>
        <w:t>l</w:t>
      </w:r>
      <w:r>
        <w:rPr>
          <w:b/>
          <w:color w:val="404040"/>
          <w:sz w:val="24"/>
          <w:rFonts w:ascii="Inter" w:hAnsi="Inter" w:eastAsia="Noto Sans CJK JP" w:cs="Noto Sans CJK JP"/>
        </w:rPr>
        <w:t>e</w:t>
      </w:r>
      <w:r>
        <w:rPr>
          <w:b/>
          <w:color w:val="404040"/>
          <w:sz w:val="24"/>
          <w:rFonts w:ascii="Inter" w:hAnsi="Inter" w:eastAsia="Noto Sans CJK JP" w:cs="Noto Sans CJK JP"/>
        </w:rPr>
        <w:t>.</w:t>
      </w:r>
      <w:r>
        <w:rPr>
          <w:color w:val="404040"/>
          <w:sz w:val="24"/>
          <w:rFonts w:ascii="Inter" w:hAnsi="Inter" w:eastAsia="Noto Sans CJK JP" w:cs="Noto Sans CJK JP"/>
        </w:rPr>
        <w:br/>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f</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w:t>
      </w:r>
    </w:p>
    <w:p>
      <w:pPr/>
      <w:r>
        <w:rPr>
          <w:b/>
          <w:color w:val="404040"/>
          <w:sz w:val="24"/>
          <w:rFonts w:ascii="Inter" w:hAnsi="Inter" w:eastAsia="Noto Sans CJK JP" w:cs="Noto Sans CJK JP"/>
        </w:rPr>
        <w:t>5</w:t>
      </w:r>
      <w:r>
        <w:rPr>
          <w:b/>
          <w:color w:val="404040"/>
          <w:sz w:val="24"/>
          <w:rFonts w:ascii="Inter" w:hAnsi="Inter" w:eastAsia="Noto Sans CJK JP" w:cs="Noto Sans CJK JP"/>
        </w:rPr>
        <w:t>4</w:t>
      </w:r>
      <w:r>
        <w:rPr>
          <w:b/>
          <w:color w:val="404040"/>
          <w:sz w:val="24"/>
          <w:rFonts w:ascii="Inter" w:hAnsi="Inter" w:eastAsia="Noto Sans CJK JP" w:cs="Noto Sans CJK JP"/>
        </w:rPr>
        <w: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C</w:t>
      </w:r>
      <w:r>
        <w:rPr>
          <w:b/>
          <w:color w:val="404040"/>
          <w:sz w:val="24"/>
          <w:rFonts w:ascii="Inter" w:hAnsi="Inter" w:eastAsia="Noto Sans CJK JP" w:cs="Noto Sans CJK JP"/>
        </w:rPr>
        <w:t>o</w:t>
      </w:r>
      <w:r>
        <w:rPr>
          <w:b/>
          <w:color w:val="404040"/>
          <w:sz w:val="24"/>
          <w:rFonts w:ascii="Inter" w:hAnsi="Inter" w:eastAsia="Noto Sans CJK JP" w:cs="Noto Sans CJK JP"/>
        </w:rPr>
        <w:t>m</w:t>
      </w:r>
      <w:r>
        <w:rPr>
          <w:b/>
          <w:color w:val="404040"/>
          <w:sz w:val="24"/>
          <w:rFonts w:ascii="Inter" w:hAnsi="Inter" w:eastAsia="Noto Sans CJK JP" w:cs="Noto Sans CJK JP"/>
        </w:rPr>
        <w:t>p</w:t>
      </w:r>
      <w:r>
        <w:rPr>
          <w:b/>
          <w:color w:val="404040"/>
          <w:sz w:val="24"/>
          <w:rFonts w:ascii="Inter" w:hAnsi="Inter" w:eastAsia="Noto Sans CJK JP" w:cs="Noto Sans CJK JP"/>
        </w:rPr>
        <w:t>a</w:t>
      </w:r>
      <w:r>
        <w:rPr>
          <w:b/>
          <w:color w:val="404040"/>
          <w:sz w:val="24"/>
          <w:rFonts w:ascii="Inter" w:hAnsi="Inter" w:eastAsia="Noto Sans CJK JP" w:cs="Noto Sans CJK JP"/>
        </w:rPr>
        <w:t>r</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w</w:t>
      </w:r>
      <w:r>
        <w:rPr>
          <w:b/>
          <w:color w:val="404040"/>
          <w:sz w:val="24"/>
          <w:rFonts w:ascii="Inter" w:hAnsi="Inter" w:eastAsia="Noto Sans CJK JP" w:cs="Noto Sans CJK JP"/>
        </w:rPr>
        <w:t>e</w:t>
      </w:r>
      <w:r>
        <w:rPr>
          <w:b/>
          <w:color w:val="404040"/>
          <w:sz w:val="24"/>
          <w:rFonts w:ascii="Inter" w:hAnsi="Inter" w:eastAsia="Noto Sans CJK JP" w:cs="Noto Sans CJK JP"/>
        </w:rPr>
        <w:t>l</w:t>
      </w:r>
      <w:r>
        <w:rPr>
          <w:b/>
          <w:color w:val="404040"/>
          <w:sz w:val="24"/>
          <w:rFonts w:ascii="Inter" w:hAnsi="Inter" w:eastAsia="Noto Sans CJK JP" w:cs="Noto Sans CJK JP"/>
        </w:rPr>
        <w:t>d</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q</w:t>
      </w:r>
      <w:r>
        <w:rPr>
          <w:b/>
          <w:color w:val="404040"/>
          <w:sz w:val="24"/>
          <w:rFonts w:ascii="Inter" w:hAnsi="Inter" w:eastAsia="Noto Sans CJK JP" w:cs="Noto Sans CJK JP"/>
        </w:rPr>
        <w:t>u</w:t>
      </w:r>
      <w:r>
        <w:rPr>
          <w:b/>
          <w:color w:val="404040"/>
          <w:sz w:val="24"/>
          <w:rFonts w:ascii="Inter" w:hAnsi="Inter" w:eastAsia="Noto Sans CJK JP" w:cs="Noto Sans CJK JP"/>
        </w:rPr>
        <w:t>a</w:t>
      </w:r>
      <w:r>
        <w:rPr>
          <w:b/>
          <w:color w:val="404040"/>
          <w:sz w:val="24"/>
          <w:rFonts w:ascii="Inter" w:hAnsi="Inter" w:eastAsia="Noto Sans CJK JP" w:cs="Noto Sans CJK JP"/>
        </w:rPr>
        <w:t>l</w:t>
      </w:r>
      <w:r>
        <w:rPr>
          <w:b/>
          <w:color w:val="404040"/>
          <w:sz w:val="24"/>
          <w:rFonts w:ascii="Inter" w:hAnsi="Inter" w:eastAsia="Noto Sans CJK JP" w:cs="Noto Sans CJK JP"/>
        </w:rPr>
        <w:t>i</w:t>
      </w:r>
      <w:r>
        <w:rPr>
          <w:b/>
          <w:color w:val="404040"/>
          <w:sz w:val="24"/>
          <w:rFonts w:ascii="Inter" w:hAnsi="Inter" w:eastAsia="Noto Sans CJK JP" w:cs="Noto Sans CJK JP"/>
        </w:rPr>
        <w:t>t</w:t>
      </w:r>
      <w:r>
        <w:rPr>
          <w:b/>
          <w:color w:val="404040"/>
          <w:sz w:val="24"/>
          <w:rFonts w:ascii="Inter" w:hAnsi="Inter" w:eastAsia="Noto Sans CJK JP" w:cs="Noto Sans CJK JP"/>
        </w:rPr>
        <w:t>y</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o</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o</w:t>
      </w:r>
      <w:r>
        <w:rPr>
          <w:b/>
          <w:color w:val="404040"/>
          <w:sz w:val="24"/>
          <w:rFonts w:ascii="Inter" w:hAnsi="Inter" w:eastAsia="Noto Sans CJK JP" w:cs="Noto Sans CJK JP"/>
        </w:rPr>
        <w:t>t</w:t>
      </w:r>
      <w:r>
        <w:rPr>
          <w:b/>
          <w:color w:val="404040"/>
          <w:sz w:val="24"/>
          <w:rFonts w:ascii="Inter" w:hAnsi="Inter" w:eastAsia="Noto Sans CJK JP" w:cs="Noto Sans CJK JP"/>
        </w:rPr>
        <w:t>h</w:t>
      </w:r>
      <w:r>
        <w:rPr>
          <w:b/>
          <w:color w:val="404040"/>
          <w:sz w:val="24"/>
          <w:rFonts w:ascii="Inter" w:hAnsi="Inter" w:eastAsia="Noto Sans CJK JP" w:cs="Noto Sans CJK JP"/>
        </w:rPr>
        <w:t>e</w:t>
      </w:r>
      <w:r>
        <w:rPr>
          <w:b/>
          <w:color w:val="404040"/>
          <w:sz w:val="24"/>
          <w:rFonts w:ascii="Inter" w:hAnsi="Inter" w:eastAsia="Noto Sans CJK JP" w:cs="Noto Sans CJK JP"/>
        </w:rPr>
        <w:t>r</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w</w:t>
      </w:r>
      <w:r>
        <w:rPr>
          <w:b/>
          <w:color w:val="404040"/>
          <w:sz w:val="24"/>
          <w:rFonts w:ascii="Inter" w:hAnsi="Inter" w:eastAsia="Noto Sans CJK JP" w:cs="Noto Sans CJK JP"/>
        </w:rPr>
        <w:t>e</w:t>
      </w:r>
      <w:r>
        <w:rPr>
          <w:b/>
          <w:color w:val="404040"/>
          <w:sz w:val="24"/>
          <w:rFonts w:ascii="Inter" w:hAnsi="Inter" w:eastAsia="Noto Sans CJK JP" w:cs="Noto Sans CJK JP"/>
        </w:rPr>
        <w:t>l</w:t>
      </w:r>
      <w:r>
        <w:rPr>
          <w:b/>
          <w:color w:val="404040"/>
          <w:sz w:val="24"/>
          <w:rFonts w:ascii="Inter" w:hAnsi="Inter" w:eastAsia="Noto Sans CJK JP" w:cs="Noto Sans CJK JP"/>
        </w:rPr>
        <w:t>d</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g</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m</w:t>
      </w:r>
      <w:r>
        <w:rPr>
          <w:b/>
          <w:color w:val="404040"/>
          <w:sz w:val="24"/>
          <w:rFonts w:ascii="Inter" w:hAnsi="Inter" w:eastAsia="Noto Sans CJK JP" w:cs="Noto Sans CJK JP"/>
        </w:rPr>
        <w:t>e</w:t>
      </w:r>
      <w:r>
        <w:rPr>
          <w:b/>
          <w:color w:val="404040"/>
          <w:sz w:val="24"/>
          <w:rFonts w:ascii="Inter" w:hAnsi="Inter" w:eastAsia="Noto Sans CJK JP" w:cs="Noto Sans CJK JP"/>
        </w:rPr>
        <w:t>t</w:t>
      </w:r>
      <w:r>
        <w:rPr>
          <w:b/>
          <w:color w:val="404040"/>
          <w:sz w:val="24"/>
          <w:rFonts w:ascii="Inter" w:hAnsi="Inter" w:eastAsia="Noto Sans CJK JP" w:cs="Noto Sans CJK JP"/>
        </w:rPr>
        <w:t>h</w:t>
      </w:r>
      <w:r>
        <w:rPr>
          <w:b/>
          <w:color w:val="404040"/>
          <w:sz w:val="24"/>
          <w:rFonts w:ascii="Inter" w:hAnsi="Inter" w:eastAsia="Noto Sans CJK JP" w:cs="Noto Sans CJK JP"/>
        </w:rPr>
        <w:t>o</w:t>
      </w:r>
      <w:r>
        <w:rPr>
          <w:b/>
          <w:color w:val="404040"/>
          <w:sz w:val="24"/>
          <w:rFonts w:ascii="Inter" w:hAnsi="Inter" w:eastAsia="Noto Sans CJK JP" w:cs="Noto Sans CJK JP"/>
        </w:rPr>
        <w:t>d</w:t>
      </w:r>
      <w:r>
        <w:rPr>
          <w:b/>
          <w:color w:val="404040"/>
          <w:sz w:val="24"/>
          <w:rFonts w:ascii="Inter" w:hAnsi="Inter" w:eastAsia="Noto Sans CJK JP" w:cs="Noto Sans CJK JP"/>
        </w:rPr>
        <w:t>s</w:t>
      </w:r>
      <w:r>
        <w:rPr>
          <w:b/>
          <w:color w:val="404040"/>
          <w:sz w:val="24"/>
          <w:rFonts w:ascii="Inter" w:hAnsi="Inter" w:eastAsia="Noto Sans CJK JP" w:cs="Noto Sans CJK JP"/>
        </w:rPr>
        <w:t>.</w:t>
      </w:r>
      <w:r>
        <w:rPr>
          <w:color w:val="404040"/>
          <w:sz w:val="24"/>
          <w:rFonts w:ascii="Inter" w:hAnsi="Inter" w:eastAsia="Noto Sans CJK JP" w:cs="Noto Sans CJK JP"/>
        </w:rPr>
        <w:br/>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g</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u</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w:t>
      </w:r>
    </w:p>
    <w:p>
      <w:pPr/>
      <w:r>
        <w:rPr>
          <w:b/>
          <w:color w:val="404040"/>
          <w:sz w:val="24"/>
          <w:rFonts w:ascii="Inter" w:hAnsi="Inter" w:eastAsia="Noto Sans CJK JP" w:cs="Noto Sans CJK JP"/>
        </w:rPr>
        <w:t>5</w:t>
      </w:r>
      <w:r>
        <w:rPr>
          <w:b/>
          <w:color w:val="404040"/>
          <w:sz w:val="24"/>
          <w:rFonts w:ascii="Inter" w:hAnsi="Inter" w:eastAsia="Noto Sans CJK JP" w:cs="Noto Sans CJK JP"/>
        </w:rPr>
        <w:t>5</w:t>
      </w:r>
      <w:r>
        <w:rPr>
          <w:b/>
          <w:color w:val="404040"/>
          <w:sz w:val="24"/>
          <w:rFonts w:ascii="Inter" w:hAnsi="Inter" w:eastAsia="Noto Sans CJK JP" w:cs="Noto Sans CJK JP"/>
        </w:rPr>
        <w: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R</w:t>
      </w:r>
      <w:r>
        <w:rPr>
          <w:b/>
          <w:color w:val="404040"/>
          <w:sz w:val="24"/>
          <w:rFonts w:ascii="Inter" w:hAnsi="Inter" w:eastAsia="Noto Sans CJK JP" w:cs="Noto Sans CJK JP"/>
        </w:rPr>
        <w:t>e</w:t>
      </w:r>
      <w:r>
        <w:rPr>
          <w:b/>
          <w:color w:val="404040"/>
          <w:sz w:val="24"/>
          <w:rFonts w:ascii="Inter" w:hAnsi="Inter" w:eastAsia="Noto Sans CJK JP" w:cs="Noto Sans CJK JP"/>
        </w:rPr>
        <w:t>v</w:t>
      </w:r>
      <w:r>
        <w:rPr>
          <w:b/>
          <w:color w:val="404040"/>
          <w:sz w:val="24"/>
          <w:rFonts w:ascii="Inter" w:hAnsi="Inter" w:eastAsia="Noto Sans CJK JP" w:cs="Noto Sans CJK JP"/>
        </w:rPr>
        <w:t>i</w:t>
      </w:r>
      <w:r>
        <w:rPr>
          <w:b/>
          <w:color w:val="404040"/>
          <w:sz w:val="24"/>
          <w:rFonts w:ascii="Inter" w:hAnsi="Inter" w:eastAsia="Noto Sans CJK JP" w:cs="Noto Sans CJK JP"/>
        </w:rPr>
        <w:t>e</w:t>
      </w:r>
      <w:r>
        <w:rPr>
          <w:b/>
          <w:color w:val="404040"/>
          <w:sz w:val="24"/>
          <w:rFonts w:ascii="Inter" w:hAnsi="Inter" w:eastAsia="Noto Sans CJK JP" w:cs="Noto Sans CJK JP"/>
        </w:rPr>
        <w:t>w</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h</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w</w:t>
      </w:r>
      <w:r>
        <w:rPr>
          <w:b/>
          <w:color w:val="404040"/>
          <w:sz w:val="24"/>
          <w:rFonts w:ascii="Inter" w:hAnsi="Inter" w:eastAsia="Noto Sans CJK JP" w:cs="Noto Sans CJK JP"/>
        </w:rPr>
        <w:t>e</w:t>
      </w:r>
      <w:r>
        <w:rPr>
          <w:b/>
          <w:color w:val="404040"/>
          <w:sz w:val="24"/>
          <w:rFonts w:ascii="Inter" w:hAnsi="Inter" w:eastAsia="Noto Sans CJK JP" w:cs="Noto Sans CJK JP"/>
        </w:rPr>
        <w:t>l</w:t>
      </w:r>
      <w:r>
        <w:rPr>
          <w:b/>
          <w:color w:val="404040"/>
          <w:sz w:val="24"/>
          <w:rFonts w:ascii="Inter" w:hAnsi="Inter" w:eastAsia="Noto Sans CJK JP" w:cs="Noto Sans CJK JP"/>
        </w:rPr>
        <w:t>d</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c</w:t>
      </w:r>
      <w:r>
        <w:rPr>
          <w:b/>
          <w:color w:val="404040"/>
          <w:sz w:val="24"/>
          <w:rFonts w:ascii="Inter" w:hAnsi="Inter" w:eastAsia="Noto Sans CJK JP" w:cs="Noto Sans CJK JP"/>
        </w:rPr>
        <w:t>o</w:t>
      </w:r>
      <w:r>
        <w:rPr>
          <w:b/>
          <w:color w:val="404040"/>
          <w:sz w:val="24"/>
          <w:rFonts w:ascii="Inter" w:hAnsi="Inter" w:eastAsia="Noto Sans CJK JP" w:cs="Noto Sans CJK JP"/>
        </w:rPr>
        <w:t>n</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x</w:t>
      </w:r>
      <w:r>
        <w:rPr>
          <w:b/>
          <w:color w:val="404040"/>
          <w:sz w:val="24"/>
          <w:rFonts w:ascii="Inter" w:hAnsi="Inter" w:eastAsia="Noto Sans CJK JP" w:cs="Noto Sans CJK JP"/>
        </w:rPr>
        <w:t>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o</w:t>
      </w:r>
      <w:r>
        <w:rPr>
          <w:b/>
          <w:color w:val="404040"/>
          <w:sz w:val="24"/>
          <w:rFonts w:ascii="Inter" w:hAnsi="Inter" w:eastAsia="Noto Sans CJK JP" w:cs="Noto Sans CJK JP"/>
        </w:rPr>
        <w:t>f</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h</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r</w:t>
      </w:r>
      <w:r>
        <w:rPr>
          <w:b/>
          <w:color w:val="404040"/>
          <w:sz w:val="24"/>
          <w:rFonts w:ascii="Inter" w:hAnsi="Inter" w:eastAsia="Noto Sans CJK JP" w:cs="Noto Sans CJK JP"/>
        </w:rPr>
        <w:t>e</w:t>
      </w:r>
      <w:r>
        <w:rPr>
          <w:b/>
          <w:color w:val="404040"/>
          <w:sz w:val="24"/>
          <w:rFonts w:ascii="Inter" w:hAnsi="Inter" w:eastAsia="Noto Sans CJK JP" w:cs="Noto Sans CJK JP"/>
        </w:rPr>
        <w:t>p</w:t>
      </w:r>
      <w:r>
        <w:rPr>
          <w:b/>
          <w:color w:val="404040"/>
          <w:sz w:val="24"/>
          <w:rFonts w:ascii="Inter" w:hAnsi="Inter" w:eastAsia="Noto Sans CJK JP" w:cs="Noto Sans CJK JP"/>
        </w:rPr>
        <w:t>a</w:t>
      </w:r>
      <w:r>
        <w:rPr>
          <w:b/>
          <w:color w:val="404040"/>
          <w:sz w:val="24"/>
          <w:rFonts w:ascii="Inter" w:hAnsi="Inter" w:eastAsia="Noto Sans CJK JP" w:cs="Noto Sans CJK JP"/>
        </w:rPr>
        <w:t>i</w:t>
      </w:r>
      <w:r>
        <w:rPr>
          <w:b/>
          <w:color w:val="404040"/>
          <w:sz w:val="24"/>
          <w:rFonts w:ascii="Inter" w:hAnsi="Inter" w:eastAsia="Noto Sans CJK JP" w:cs="Noto Sans CJK JP"/>
        </w:rPr>
        <w:t>r</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g</w:t>
      </w:r>
      <w:r>
        <w:rPr>
          <w:b/>
          <w:color w:val="404040"/>
          <w:sz w:val="24"/>
          <w:rFonts w:ascii="Inter" w:hAnsi="Inter" w:eastAsia="Noto Sans CJK JP" w:cs="Noto Sans CJK JP"/>
        </w:rPr>
        <w:t>o</w:t>
      </w:r>
      <w:r>
        <w:rPr>
          <w:b/>
          <w:color w:val="404040"/>
          <w:sz w:val="24"/>
          <w:rFonts w:ascii="Inter" w:hAnsi="Inter" w:eastAsia="Noto Sans CJK JP" w:cs="Noto Sans CJK JP"/>
        </w:rPr>
        <w:t>a</w:t>
      </w:r>
      <w:r>
        <w:rPr>
          <w:b/>
          <w:color w:val="404040"/>
          <w:sz w:val="24"/>
          <w:rFonts w:ascii="Inter" w:hAnsi="Inter" w:eastAsia="Noto Sans CJK JP" w:cs="Noto Sans CJK JP"/>
        </w:rPr>
        <w:t>l</w:t>
      </w:r>
      <w:r>
        <w:rPr>
          <w:b/>
          <w:color w:val="404040"/>
          <w:sz w:val="24"/>
          <w:rFonts w:ascii="Inter" w:hAnsi="Inter" w:eastAsia="Noto Sans CJK JP" w:cs="Noto Sans CJK JP"/>
        </w:rPr>
        <w:t>.</w:t>
      </w:r>
      <w:r>
        <w:rPr>
          <w:color w:val="404040"/>
          <w:sz w:val="24"/>
          <w:rFonts w:ascii="Inter" w:hAnsi="Inter" w:eastAsia="Noto Sans CJK JP" w:cs="Noto Sans CJK JP"/>
        </w:rPr>
        <w:br/>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y</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z</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w:t>
      </w:r>
    </w:p>
    <w:p>
      <w:pPr/>
      <w:r>
        <w:rPr>
          <w:b/>
          <w:color w:val="404040"/>
          <w:sz w:val="24"/>
          <w:rFonts w:ascii="Inter" w:hAnsi="Inter" w:eastAsia="Noto Sans CJK JP" w:cs="Noto Sans CJK JP"/>
        </w:rPr>
        <w:t>5</w:t>
      </w:r>
      <w:r>
        <w:rPr>
          <w:b/>
          <w:color w:val="404040"/>
          <w:sz w:val="24"/>
          <w:rFonts w:ascii="Inter" w:hAnsi="Inter" w:eastAsia="Noto Sans CJK JP" w:cs="Noto Sans CJK JP"/>
        </w:rPr>
        <w:t>6</w:t>
      </w:r>
      <w:r>
        <w:rPr>
          <w:b/>
          <w:color w:val="404040"/>
          <w:sz w:val="24"/>
          <w:rFonts w:ascii="Inter" w:hAnsi="Inter" w:eastAsia="Noto Sans CJK JP" w:cs="Noto Sans CJK JP"/>
        </w:rPr>
        <w: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s</w:t>
      </w:r>
      <w:r>
        <w:rPr>
          <w:b/>
          <w:color w:val="404040"/>
          <w:sz w:val="24"/>
          <w:rFonts w:ascii="Inter" w:hAnsi="Inter" w:eastAsia="Noto Sans CJK JP" w:cs="Noto Sans CJK JP"/>
        </w:rPr>
        <w:t>p</w:t>
      </w:r>
      <w:r>
        <w:rPr>
          <w:b/>
          <w:color w:val="404040"/>
          <w:sz w:val="24"/>
          <w:rFonts w:ascii="Inter" w:hAnsi="Inter" w:eastAsia="Noto Sans CJK JP" w:cs="Noto Sans CJK JP"/>
        </w:rPr>
        <w:t>e</w:t>
      </w:r>
      <w:r>
        <w:rPr>
          <w:b/>
          <w:color w:val="404040"/>
          <w:sz w:val="24"/>
          <w:rFonts w:ascii="Inter" w:hAnsi="Inter" w:eastAsia="Noto Sans CJK JP" w:cs="Noto Sans CJK JP"/>
        </w:rPr>
        <w:t>c</w:t>
      </w:r>
      <w:r>
        <w:rPr>
          <w:b/>
          <w:color w:val="404040"/>
          <w:sz w:val="24"/>
          <w:rFonts w:ascii="Inter" w:hAnsi="Inter" w:eastAsia="Noto Sans CJK JP" w:cs="Noto Sans CJK JP"/>
        </w:rPr>
        <w:t>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h</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o</w:t>
      </w:r>
      <w:r>
        <w:rPr>
          <w:b/>
          <w:color w:val="404040"/>
          <w:sz w:val="24"/>
          <w:rFonts w:ascii="Inter" w:hAnsi="Inter" w:eastAsia="Noto Sans CJK JP" w:cs="Noto Sans CJK JP"/>
        </w:rPr>
        <w:t>p</w:t>
      </w:r>
      <w:r>
        <w:rPr>
          <w:b/>
          <w:color w:val="404040"/>
          <w:sz w:val="24"/>
          <w:rFonts w:ascii="Inter" w:hAnsi="Inter" w:eastAsia="Noto Sans CJK JP" w:cs="Noto Sans CJK JP"/>
        </w:rPr>
        <w:t>p</w:t>
      </w:r>
      <w:r>
        <w:rPr>
          <w:b/>
          <w:color w:val="404040"/>
          <w:sz w:val="24"/>
          <w:rFonts w:ascii="Inter" w:hAnsi="Inter" w:eastAsia="Noto Sans CJK JP" w:cs="Noto Sans CJK JP"/>
        </w:rPr>
        <w:t>o</w:t>
      </w:r>
      <w:r>
        <w:rPr>
          <w:b/>
          <w:color w:val="404040"/>
          <w:sz w:val="24"/>
          <w:rFonts w:ascii="Inter" w:hAnsi="Inter" w:eastAsia="Noto Sans CJK JP" w:cs="Noto Sans CJK JP"/>
        </w:rPr>
        <w:t>s</w:t>
      </w:r>
      <w:r>
        <w:rPr>
          <w:b/>
          <w:color w:val="404040"/>
          <w:sz w:val="24"/>
          <w:rFonts w:ascii="Inter" w:hAnsi="Inter" w:eastAsia="Noto Sans CJK JP" w:cs="Noto Sans CJK JP"/>
        </w:rPr>
        <w:t>i</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s</w:t>
      </w:r>
      <w:r>
        <w:rPr>
          <w:b/>
          <w:color w:val="404040"/>
          <w:sz w:val="24"/>
          <w:rFonts w:ascii="Inter" w:hAnsi="Inter" w:eastAsia="Noto Sans CJK JP" w:cs="Noto Sans CJK JP"/>
        </w:rPr>
        <w:t>i</w:t>
      </w:r>
      <w:r>
        <w:rPr>
          <w:b/>
          <w:color w:val="404040"/>
          <w:sz w:val="24"/>
          <w:rFonts w:ascii="Inter" w:hAnsi="Inter" w:eastAsia="Noto Sans CJK JP" w:cs="Noto Sans CJK JP"/>
        </w:rPr>
        <w:t>d</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o</w:t>
      </w:r>
      <w:r>
        <w:rPr>
          <w:b/>
          <w:color w:val="404040"/>
          <w:sz w:val="24"/>
          <w:rFonts w:ascii="Inter" w:hAnsi="Inter" w:eastAsia="Noto Sans CJK JP" w:cs="Noto Sans CJK JP"/>
        </w:rPr>
        <w:t>f</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h</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w</w:t>
      </w:r>
      <w:r>
        <w:rPr>
          <w:b/>
          <w:color w:val="404040"/>
          <w:sz w:val="24"/>
          <w:rFonts w:ascii="Inter" w:hAnsi="Inter" w:eastAsia="Noto Sans CJK JP" w:cs="Noto Sans CJK JP"/>
        </w:rPr>
        <w:t>e</w:t>
      </w:r>
      <w:r>
        <w:rPr>
          <w:b/>
          <w:color w:val="404040"/>
          <w:sz w:val="24"/>
          <w:rFonts w:ascii="Inter" w:hAnsi="Inter" w:eastAsia="Noto Sans CJK JP" w:cs="Noto Sans CJK JP"/>
        </w:rPr>
        <w:t>l</w:t>
      </w:r>
      <w:r>
        <w:rPr>
          <w:b/>
          <w:color w:val="404040"/>
          <w:sz w:val="24"/>
          <w:rFonts w:ascii="Inter" w:hAnsi="Inter" w:eastAsia="Noto Sans CJK JP" w:cs="Noto Sans CJK JP"/>
        </w:rPr>
        <w:t>d</w:t>
      </w:r>
      <w:r>
        <w:rPr>
          <w:b/>
          <w:color w:val="404040"/>
          <w:sz w:val="24"/>
          <w:rFonts w:ascii="Inter" w:hAnsi="Inter" w:eastAsia="Noto Sans CJK JP" w:cs="Noto Sans CJK JP"/>
        </w:rPr>
        <w:t>.</w:t>
      </w:r>
      <w:r>
        <w:rPr>
          <w:color w:val="404040"/>
          <w:sz w:val="24"/>
          <w:rFonts w:ascii="Inter" w:hAnsi="Inter" w:eastAsia="Noto Sans CJK JP" w:cs="Noto Sans CJK JP"/>
        </w:rPr>
        <w:br/>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k</w:t>
      </w:r>
      <w:r>
        <w:rPr>
          <w:color w:val="404040"/>
          <w:sz w:val="24"/>
          <w:rFonts w:ascii="Inter" w:hAnsi="Inter" w:eastAsia="Noto Sans CJK JP" w:cs="Noto Sans CJK JP"/>
        </w:rPr>
        <w:t>p</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b</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p>
    <w:p>
      <w:pPr/>
      <w:r>
        <w:rPr>
          <w:b/>
          <w:color w:val="404040"/>
          <w:sz w:val="24"/>
          <w:rFonts w:ascii="Inter" w:hAnsi="Inter" w:eastAsia="Noto Sans CJK JP" w:cs="Noto Sans CJK JP"/>
        </w:rPr>
        <w:t>5</w:t>
      </w:r>
      <w:r>
        <w:rPr>
          <w:b/>
          <w:color w:val="404040"/>
          <w:sz w:val="24"/>
          <w:rFonts w:ascii="Inter" w:hAnsi="Inter" w:eastAsia="Noto Sans CJK JP" w:cs="Noto Sans CJK JP"/>
        </w:rPr>
        <w:t>7</w:t>
      </w:r>
      <w:r>
        <w:rPr>
          <w:b/>
          <w:color w:val="404040"/>
          <w:sz w:val="24"/>
          <w:rFonts w:ascii="Inter" w:hAnsi="Inter" w:eastAsia="Noto Sans CJK JP" w:cs="Noto Sans CJK JP"/>
        </w:rPr>
        <w: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N</w:t>
      </w:r>
      <w:r>
        <w:rPr>
          <w:b/>
          <w:color w:val="404040"/>
          <w:sz w:val="24"/>
          <w:rFonts w:ascii="Inter" w:hAnsi="Inter" w:eastAsia="Noto Sans CJK JP" w:cs="Noto Sans CJK JP"/>
        </w:rPr>
        <w:t>o</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p</w:t>
      </w:r>
      <w:r>
        <w:rPr>
          <w:b/>
          <w:color w:val="404040"/>
          <w:sz w:val="24"/>
          <w:rFonts w:ascii="Inter" w:hAnsi="Inter" w:eastAsia="Noto Sans CJK JP" w:cs="Noto Sans CJK JP"/>
        </w:rPr>
        <w:t>e</w:t>
      </w:r>
      <w:r>
        <w:rPr>
          <w:b/>
          <w:color w:val="404040"/>
          <w:sz w:val="24"/>
          <w:rFonts w:ascii="Inter" w:hAnsi="Inter" w:eastAsia="Noto Sans CJK JP" w:cs="Noto Sans CJK JP"/>
        </w:rPr>
        <w:t>r</w:t>
      </w:r>
      <w:r>
        <w:rPr>
          <w:b/>
          <w:color w:val="404040"/>
          <w:sz w:val="24"/>
          <w:rFonts w:ascii="Inter" w:hAnsi="Inter" w:eastAsia="Noto Sans CJK JP" w:cs="Noto Sans CJK JP"/>
        </w:rPr>
        <w:t>s</w:t>
      </w:r>
      <w:r>
        <w:rPr>
          <w:b/>
          <w:color w:val="404040"/>
          <w:sz w:val="24"/>
          <w:rFonts w:ascii="Inter" w:hAnsi="Inter" w:eastAsia="Noto Sans CJK JP" w:cs="Noto Sans CJK JP"/>
        </w:rPr>
        <w:t>o</w:t>
      </w:r>
      <w:r>
        <w:rPr>
          <w:b/>
          <w:color w:val="404040"/>
          <w:sz w:val="24"/>
          <w:rFonts w:ascii="Inter" w:hAnsi="Inter" w:eastAsia="Noto Sans CJK JP" w:cs="Noto Sans CJK JP"/>
        </w:rPr>
        <w:t>n</w:t>
      </w:r>
      <w:r>
        <w:rPr>
          <w:b/>
          <w:color w:val="404040"/>
          <w:sz w:val="24"/>
          <w:rFonts w:ascii="Inter" w:hAnsi="Inter" w:eastAsia="Noto Sans CJK JP" w:cs="Noto Sans CJK JP"/>
        </w:rPr>
        <w:t>a</w:t>
      </w:r>
      <w:r>
        <w:rPr>
          <w:b/>
          <w:color w:val="404040"/>
          <w:sz w:val="24"/>
          <w:rFonts w:ascii="Inter" w:hAnsi="Inter" w:eastAsia="Noto Sans CJK JP" w:cs="Noto Sans CJK JP"/>
        </w:rPr>
        <w:t>l</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f</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i</w:t>
      </w:r>
      <w:r>
        <w:rPr>
          <w:b/>
          <w:color w:val="404040"/>
          <w:sz w:val="24"/>
          <w:rFonts w:ascii="Inter" w:hAnsi="Inter" w:eastAsia="Noto Sans CJK JP" w:cs="Noto Sans CJK JP"/>
        </w:rPr>
        <w:t>s</w:t>
      </w:r>
      <w:r>
        <w:rPr>
          <w:b/>
          <w:color w:val="404040"/>
          <w:sz w:val="24"/>
          <w:rFonts w:ascii="Inter" w:hAnsi="Inter" w:eastAsia="Noto Sans CJK JP" w:cs="Noto Sans CJK JP"/>
        </w:rPr>
        <w:t>h</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g</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p</w:t>
      </w:r>
      <w:r>
        <w:rPr>
          <w:b/>
          <w:color w:val="404040"/>
          <w:sz w:val="24"/>
          <w:rFonts w:ascii="Inter" w:hAnsi="Inter" w:eastAsia="Noto Sans CJK JP" w:cs="Noto Sans CJK JP"/>
        </w:rPr>
        <w:t>r</w:t>
      </w:r>
      <w:r>
        <w:rPr>
          <w:b/>
          <w:color w:val="404040"/>
          <w:sz w:val="24"/>
          <w:rFonts w:ascii="Inter" w:hAnsi="Inter" w:eastAsia="Noto Sans CJK JP" w:cs="Noto Sans CJK JP"/>
        </w:rPr>
        <w:t>e</w:t>
      </w:r>
      <w:r>
        <w:rPr>
          <w:b/>
          <w:color w:val="404040"/>
          <w:sz w:val="24"/>
          <w:rFonts w:ascii="Inter" w:hAnsi="Inter" w:eastAsia="Noto Sans CJK JP" w:cs="Noto Sans CJK JP"/>
        </w:rPr>
        <w:t>f</w:t>
      </w:r>
      <w:r>
        <w:rPr>
          <w:b/>
          <w:color w:val="404040"/>
          <w:sz w:val="24"/>
          <w:rFonts w:ascii="Inter" w:hAnsi="Inter" w:eastAsia="Noto Sans CJK JP" w:cs="Noto Sans CJK JP"/>
        </w:rPr>
        <w:t>e</w:t>
      </w:r>
      <w:r>
        <w:rPr>
          <w:b/>
          <w:color w:val="404040"/>
          <w:sz w:val="24"/>
          <w:rFonts w:ascii="Inter" w:hAnsi="Inter" w:eastAsia="Noto Sans CJK JP" w:cs="Noto Sans CJK JP"/>
        </w:rPr>
        <w:t>r</w:t>
      </w:r>
      <w:r>
        <w:rPr>
          <w:b/>
          <w:color w:val="404040"/>
          <w:sz w:val="24"/>
          <w:rFonts w:ascii="Inter" w:hAnsi="Inter" w:eastAsia="Noto Sans CJK JP" w:cs="Noto Sans CJK JP"/>
        </w:rPr>
        <w:t>e</w:t>
      </w:r>
      <w:r>
        <w:rPr>
          <w:b/>
          <w:color w:val="404040"/>
          <w:sz w:val="24"/>
          <w:rFonts w:ascii="Inter" w:hAnsi="Inter" w:eastAsia="Noto Sans CJK JP" w:cs="Noto Sans CJK JP"/>
        </w:rPr>
        <w:t>n</w:t>
      </w:r>
      <w:r>
        <w:rPr>
          <w:b/>
          <w:color w:val="404040"/>
          <w:sz w:val="24"/>
          <w:rFonts w:ascii="Inter" w:hAnsi="Inter" w:eastAsia="Noto Sans CJK JP" w:cs="Noto Sans CJK JP"/>
        </w:rPr>
        <w:t>c</w:t>
      </w:r>
      <w:r>
        <w:rPr>
          <w:b/>
          <w:color w:val="404040"/>
          <w:sz w:val="24"/>
          <w:rFonts w:ascii="Inter" w:hAnsi="Inter" w:eastAsia="Noto Sans CJK JP" w:cs="Noto Sans CJK JP"/>
        </w:rPr>
        <w:t>e</w:t>
      </w:r>
      <w:r>
        <w:rPr>
          <w:b/>
          <w:color w:val="404040"/>
          <w:sz w:val="24"/>
          <w:rFonts w:ascii="Inter" w:hAnsi="Inter" w:eastAsia="Noto Sans CJK JP" w:cs="Noto Sans CJK JP"/>
        </w:rPr>
        <w:t>s</w:t>
      </w:r>
      <w:r>
        <w:rPr>
          <w:b/>
          <w:color w:val="404040"/>
          <w:sz w:val="24"/>
          <w:rFonts w:ascii="Inter" w:hAnsi="Inter" w:eastAsia="Noto Sans CJK JP" w:cs="Noto Sans CJK JP"/>
        </w:rPr>
        <w:t>.</w:t>
      </w:r>
      <w:r>
        <w:rPr>
          <w:color w:val="404040"/>
          <w:sz w:val="24"/>
          <w:rFonts w:ascii="Inter" w:hAnsi="Inter" w:eastAsia="Noto Sans CJK JP" w:cs="Noto Sans CJK JP"/>
        </w:rPr>
        <w:br/>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k</w:t>
      </w:r>
      <w:r>
        <w:rPr>
          <w:color w:val="404040"/>
          <w:sz w:val="24"/>
          <w:rFonts w:ascii="Inter" w:hAnsi="Inter" w:eastAsia="Noto Sans CJK JP" w:cs="Noto Sans CJK JP"/>
        </w:rPr>
        <w:t>i</w:t>
      </w:r>
      <w:r>
        <w:rPr>
          <w:color w:val="404040"/>
          <w:sz w:val="24"/>
          <w:rFonts w:ascii="Inter" w:hAnsi="Inter" w:eastAsia="Noto Sans CJK JP" w:cs="Noto Sans CJK JP"/>
        </w:rPr>
        <w:t>p</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f</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w:t>
      </w:r>
    </w:p>
    <w:p>
      <w:pPr>
        <w:keepNext/>
        <w:keepLines/>
      </w:pPr>
      <w:r>
        <w:rPr>
          <w:b/>
          <w:color w:val="404040"/>
          <w:sz w:val="24"/>
          <w:rFonts w:ascii="Inter" w:hAnsi="Inter" w:eastAsia="Noto Sans CJK JP" w:cs="Noto Sans CJK JP"/>
        </w:rPr>
        <w:t>5</w:t>
      </w:r>
      <w:r>
        <w:rPr>
          <w:b/>
          <w:color w:val="404040"/>
          <w:sz w:val="24"/>
          <w:rFonts w:ascii="Inter" w:hAnsi="Inter" w:eastAsia="Noto Sans CJK JP" w:cs="Noto Sans CJK JP"/>
        </w:rPr>
        <w:t>8</w:t>
      </w:r>
      <w:r>
        <w:rPr>
          <w:b/>
          <w:color w:val="404040"/>
          <w:sz w:val="24"/>
          <w:rFonts w:ascii="Inter" w:hAnsi="Inter" w:eastAsia="Noto Sans CJK JP" w:cs="Noto Sans CJK JP"/>
        </w:rPr>
        <w: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R</w:t>
      </w:r>
      <w:r>
        <w:rPr>
          <w:b/>
          <w:color w:val="404040"/>
          <w:sz w:val="24"/>
          <w:rFonts w:ascii="Inter" w:hAnsi="Inter" w:eastAsia="Noto Sans CJK JP" w:cs="Noto Sans CJK JP"/>
        </w:rPr>
        <w:t>e</w:t>
      </w:r>
      <w:r>
        <w:rPr>
          <w:b/>
          <w:color w:val="404040"/>
          <w:sz w:val="24"/>
          <w:rFonts w:ascii="Inter" w:hAnsi="Inter" w:eastAsia="Noto Sans CJK JP" w:cs="Noto Sans CJK JP"/>
        </w:rPr>
        <w:t>f</w:t>
      </w:r>
      <w:r>
        <w:rPr>
          <w:b/>
          <w:color w:val="404040"/>
          <w:sz w:val="24"/>
          <w:rFonts w:ascii="Inter" w:hAnsi="Inter" w:eastAsia="Noto Sans CJK JP" w:cs="Noto Sans CJK JP"/>
        </w:rPr>
        <w:t>l</w:t>
      </w:r>
      <w:r>
        <w:rPr>
          <w:b/>
          <w:color w:val="404040"/>
          <w:sz w:val="24"/>
          <w:rFonts w:ascii="Inter" w:hAnsi="Inter" w:eastAsia="Noto Sans CJK JP" w:cs="Noto Sans CJK JP"/>
        </w:rPr>
        <w:t>e</w:t>
      </w:r>
      <w:r>
        <w:rPr>
          <w:b/>
          <w:color w:val="404040"/>
          <w:sz w:val="24"/>
          <w:rFonts w:ascii="Inter" w:hAnsi="Inter" w:eastAsia="Noto Sans CJK JP" w:cs="Noto Sans CJK JP"/>
        </w:rPr>
        <w:t>c</w:t>
      </w:r>
      <w:r>
        <w:rPr>
          <w:b/>
          <w:color w:val="404040"/>
          <w:sz w:val="24"/>
          <w:rFonts w:ascii="Inter" w:hAnsi="Inter" w:eastAsia="Noto Sans CJK JP" w:cs="Noto Sans CJK JP"/>
        </w:rPr>
        <w:t>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o</w:t>
      </w:r>
      <w:r>
        <w:rPr>
          <w:b/>
          <w:color w:val="404040"/>
          <w:sz w:val="24"/>
          <w:rFonts w:ascii="Inter" w:hAnsi="Inter" w:eastAsia="Noto Sans CJK JP" w:cs="Noto Sans CJK JP"/>
        </w:rPr>
        <w:t>n</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r</w:t>
      </w:r>
      <w:r>
        <w:rPr>
          <w:b/>
          <w:color w:val="404040"/>
          <w:sz w:val="24"/>
          <w:rFonts w:ascii="Inter" w:hAnsi="Inter" w:eastAsia="Noto Sans CJK JP" w:cs="Noto Sans CJK JP"/>
        </w:rPr>
        <w:t>e</w:t>
      </w:r>
      <w:r>
        <w:rPr>
          <w:b/>
          <w:color w:val="404040"/>
          <w:sz w:val="24"/>
          <w:rFonts w:ascii="Inter" w:hAnsi="Inter" w:eastAsia="Noto Sans CJK JP" w:cs="Noto Sans CJK JP"/>
        </w:rPr>
        <w:t>a</w:t>
      </w:r>
      <w:r>
        <w:rPr>
          <w:b/>
          <w:color w:val="404040"/>
          <w:sz w:val="24"/>
          <w:rFonts w:ascii="Inter" w:hAnsi="Inter" w:eastAsia="Noto Sans CJK JP" w:cs="Noto Sans CJK JP"/>
        </w:rPr>
        <w:t>l</w:t>
      </w:r>
      <w:r>
        <w:rPr>
          <w:b/>
          <w:color w:val="404040"/>
          <w:sz w:val="24"/>
          <w:rFonts w:ascii="Inter" w:hAnsi="Inter" w:eastAsia="Noto Sans CJK JP" w:cs="Noto Sans CJK JP"/>
        </w:rPr>
        <w:t>i</w:t>
      </w:r>
      <w:r>
        <w:rPr>
          <w:b/>
          <w:color w:val="404040"/>
          <w:sz w:val="24"/>
          <w:rFonts w:ascii="Inter" w:hAnsi="Inter" w:eastAsia="Noto Sans CJK JP" w:cs="Noto Sans CJK JP"/>
        </w:rPr>
        <w:t>s</w:t>
      </w:r>
      <w:r>
        <w:rPr>
          <w:b/>
          <w:color w:val="404040"/>
          <w:sz w:val="24"/>
          <w:rFonts w:ascii="Inter" w:hAnsi="Inter" w:eastAsia="Noto Sans CJK JP" w:cs="Noto Sans CJK JP"/>
        </w:rPr>
        <w:t>t</w:t>
      </w:r>
      <w:r>
        <w:rPr>
          <w:b/>
          <w:color w:val="404040"/>
          <w:sz w:val="24"/>
          <w:rFonts w:ascii="Inter" w:hAnsi="Inter" w:eastAsia="Noto Sans CJK JP" w:cs="Noto Sans CJK JP"/>
        </w:rPr>
        <w:t>i</w:t>
      </w:r>
      <w:r>
        <w:rPr>
          <w:b/>
          <w:color w:val="404040"/>
          <w:sz w:val="24"/>
          <w:rFonts w:ascii="Inter" w:hAnsi="Inter" w:eastAsia="Noto Sans CJK JP" w:cs="Noto Sans CJK JP"/>
        </w:rPr>
        <w:t>c</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w</w:t>
      </w:r>
      <w:r>
        <w:rPr>
          <w:b/>
          <w:color w:val="404040"/>
          <w:sz w:val="24"/>
          <w:rFonts w:ascii="Inter" w:hAnsi="Inter" w:eastAsia="Noto Sans CJK JP" w:cs="Noto Sans CJK JP"/>
        </w:rPr>
        <w:t>e</w:t>
      </w:r>
      <w:r>
        <w:rPr>
          <w:b/>
          <w:color w:val="404040"/>
          <w:sz w:val="24"/>
          <w:rFonts w:ascii="Inter" w:hAnsi="Inter" w:eastAsia="Noto Sans CJK JP" w:cs="Noto Sans CJK JP"/>
        </w:rPr>
        <w:t>l</w:t>
      </w:r>
      <w:r>
        <w:rPr>
          <w:b/>
          <w:color w:val="404040"/>
          <w:sz w:val="24"/>
          <w:rFonts w:ascii="Inter" w:hAnsi="Inter" w:eastAsia="Noto Sans CJK JP" w:cs="Noto Sans CJK JP"/>
        </w:rPr>
        <w:t>d</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a</w:t>
      </w:r>
      <w:r>
        <w:rPr>
          <w:b/>
          <w:color w:val="404040"/>
          <w:sz w:val="24"/>
          <w:rFonts w:ascii="Inter" w:hAnsi="Inter" w:eastAsia="Noto Sans CJK JP" w:cs="Noto Sans CJK JP"/>
        </w:rPr>
        <w:t>e</w:t>
      </w:r>
      <w:r>
        <w:rPr>
          <w:b/>
          <w:color w:val="404040"/>
          <w:sz w:val="24"/>
          <w:rFonts w:ascii="Inter" w:hAnsi="Inter" w:eastAsia="Noto Sans CJK JP" w:cs="Noto Sans CJK JP"/>
        </w:rPr>
        <w:t>s</w:t>
      </w:r>
      <w:r>
        <w:rPr>
          <w:b/>
          <w:color w:val="404040"/>
          <w:sz w:val="24"/>
          <w:rFonts w:ascii="Inter" w:hAnsi="Inter" w:eastAsia="Noto Sans CJK JP" w:cs="Noto Sans CJK JP"/>
        </w:rPr>
        <w:t>t</w:t>
      </w:r>
      <w:r>
        <w:rPr>
          <w:b/>
          <w:color w:val="404040"/>
          <w:sz w:val="24"/>
          <w:rFonts w:ascii="Inter" w:hAnsi="Inter" w:eastAsia="Noto Sans CJK JP" w:cs="Noto Sans CJK JP"/>
        </w:rPr>
        <w:t>h</w:t>
      </w:r>
      <w:r>
        <w:rPr>
          <w:b/>
          <w:color w:val="404040"/>
          <w:sz w:val="24"/>
          <w:rFonts w:ascii="Inter" w:hAnsi="Inter" w:eastAsia="Noto Sans CJK JP" w:cs="Noto Sans CJK JP"/>
        </w:rPr>
        <w:t>e</w:t>
      </w:r>
      <w:r>
        <w:rPr>
          <w:b/>
          <w:color w:val="404040"/>
          <w:sz w:val="24"/>
          <w:rFonts w:ascii="Inter" w:hAnsi="Inter" w:eastAsia="Noto Sans CJK JP" w:cs="Noto Sans CJK JP"/>
        </w:rPr>
        <w:t>t</w:t>
      </w:r>
      <w:r>
        <w:rPr>
          <w:b/>
          <w:color w:val="404040"/>
          <w:sz w:val="24"/>
          <w:rFonts w:ascii="Inter" w:hAnsi="Inter" w:eastAsia="Noto Sans CJK JP" w:cs="Noto Sans CJK JP"/>
        </w:rPr>
        <w:t>i</w:t>
      </w:r>
      <w:r>
        <w:rPr>
          <w:b/>
          <w:color w:val="404040"/>
          <w:sz w:val="24"/>
          <w:rFonts w:ascii="Inter" w:hAnsi="Inter" w:eastAsia="Noto Sans CJK JP" w:cs="Noto Sans CJK JP"/>
        </w:rPr>
        <w:t>c</w:t>
      </w:r>
      <w:r>
        <w:rPr>
          <w:b/>
          <w:color w:val="404040"/>
          <w:sz w:val="24"/>
          <w:rFonts w:ascii="Inter" w:hAnsi="Inter" w:eastAsia="Noto Sans CJK JP" w:cs="Noto Sans CJK JP"/>
        </w:rPr>
        <w:t>s</w:t>
      </w:r>
      <w:r>
        <w:rPr>
          <w:b/>
          <w:color w:val="404040"/>
          <w:sz w:val="24"/>
          <w:rFonts w:ascii="Inter" w:hAnsi="Inter" w:eastAsia="Noto Sans CJK JP" w:cs="Noto Sans CJK JP"/>
        </w:rPr>
        <w:t>.</w:t>
      </w:r>
      <w:r>
        <w:rPr>
          <w:color w:val="404040"/>
          <w:sz w:val="24"/>
          <w:rFonts w:ascii="Inter" w:hAnsi="Inter" w:eastAsia="Noto Sans CJK JP" w:cs="Noto Sans CJK JP"/>
        </w:rPr>
        <w:br/>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u</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c</w:t>
      </w:r>
      <w:r>
        <w:rPr>
          <w:color w:val="404040"/>
          <w:sz w:val="24"/>
          <w:rFonts w:ascii="Inter" w:hAnsi="Inter" w:eastAsia="Noto Sans CJK JP" w:cs="Noto Sans CJK JP"/>
        </w:rPr>
        <w:t>i</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d</w:t>
      </w:r>
      <w:r>
        <w:rPr>
          <w:color w:val="404040"/>
          <w:sz w:val="24"/>
          <w:rFonts w:ascii="Inter" w:hAnsi="Inter" w:eastAsia="Noto Sans CJK JP" w:cs="Noto Sans CJK JP"/>
        </w:rPr>
        <w:t>u</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h</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h</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30" name="Picture 30"/>
            <wp:cNvGraphicFramePr>
              <a:graphicFrameLocks noChangeAspect="1"/>
            </wp:cNvGraphicFramePr>
            <a:graphic>
              <a:graphicData uri="http://schemas.openxmlformats.org/drawingml/2006/picture">
                <pic:pic>
                  <pic:nvPicPr>
                    <pic:cNvPr id="0" name="image.jpg"/>
                    <pic:cNvPicPr/>
                  </pic:nvPicPr>
                  <pic:blipFill>
                    <a:blip r:embed="rId28"/>
                    <a:stretch>
                      <a:fillRect/>
                    </a:stretch>
                  </pic:blipFill>
                  <pic:spPr>
                    <a:xfrm>
                      <a:off x="0" y="0"/>
                      <a:ext cx="5328000" cy="3041655"/>
                    </a:xfrm>
                    <a:prstGeom prst="rect"/>
                  </pic:spPr>
                </pic:pic>
              </a:graphicData>
            </a:graphic>
          </wp:inline>
        </w:drawing>
      </w:r>
    </w:p>
    <w:p>
      <w:pPr>
        <w:pStyle w:val="Caption"/>
        <w:keepNext/>
        <w:keepLines/>
        <w:jc w:val="center"/>
      </w:pPr>
      <w:r>
        <w:rPr>
          <w:b/>
          <w:color w:val="404040"/>
        </w:rPr>
        <w:t>Using a tool to lightly tap and remove slag from the welded joint, with gloves and helmet on and the welding table's tools and materials visible.</w:t>
      </w:r>
    </w:p>
    <w:p>
      <w:pPr>
        <w:keepNext/>
        <w:keepLines/>
        <w:jc w:val="center"/>
      </w:pPr>
      <w:r>
        <w:drawing>
          <wp:inline xmlns:a="http://schemas.openxmlformats.org/drawingml/2006/main" xmlns:pic="http://schemas.openxmlformats.org/drawingml/2006/picture">
            <wp:extent cx="5328000" cy="3041655"/>
            <wp:docPr id="31" name="Picture 31"/>
            <wp:cNvGraphicFramePr>
              <a:graphicFrameLocks noChangeAspect="1"/>
            </wp:cNvGraphicFramePr>
            <a:graphic>
              <a:graphicData uri="http://schemas.openxmlformats.org/drawingml/2006/picture">
                <pic:pic>
                  <pic:nvPicPr>
                    <pic:cNvPr id="0" name="image.jpg"/>
                    <pic:cNvPicPr/>
                  </pic:nvPicPr>
                  <pic:blipFill>
                    <a:blip r:embed="rId27"/>
                    <a:stretch>
                      <a:fillRect/>
                    </a:stretch>
                  </pic:blipFill>
                  <pic:spPr>
                    <a:xfrm>
                      <a:off x="0" y="0"/>
                      <a:ext cx="5328000" cy="3041655"/>
                    </a:xfrm>
                    <a:prstGeom prst="rect"/>
                  </pic:spPr>
                </pic:pic>
              </a:graphicData>
            </a:graphic>
          </wp:inline>
        </w:drawing>
      </w:r>
    </w:p>
    <w:p>
      <w:pPr>
        <w:pStyle w:val="Caption"/>
        <w:keepNext/>
        <w:keepLines/>
        <w:jc w:val="center"/>
      </w:pPr>
      <w:r>
        <w:rPr>
          <w:b/>
          <w:color w:val="404040"/>
        </w:rPr>
        <w:t>Close-up of gloved hands and a tool cleaning slag from the welded joint, with debris visible on the table.</w:t>
      </w:r>
    </w:p>
    <w:p>
      <w:pPr>
        <w:keepNext/>
        <w:keepLines/>
        <w:jc w:val="center"/>
      </w:pPr>
      <w:r>
        <w:drawing>
          <wp:inline xmlns:a="http://schemas.openxmlformats.org/drawingml/2006/main" xmlns:pic="http://schemas.openxmlformats.org/drawingml/2006/picture">
            <wp:extent cx="5328000" cy="3041655"/>
            <wp:docPr id="32" name="Picture 32"/>
            <wp:cNvGraphicFramePr>
              <a:graphicFrameLocks noChangeAspect="1"/>
            </wp:cNvGraphicFramePr>
            <a:graphic>
              <a:graphicData uri="http://schemas.openxmlformats.org/drawingml/2006/picture">
                <pic:pic>
                  <pic:nvPicPr>
                    <pic:cNvPr id="0" name="image.jpg"/>
                    <pic:cNvPicPr/>
                  </pic:nvPicPr>
                  <pic:blipFill>
                    <a:blip r:embed="rId27"/>
                    <a:stretch>
                      <a:fillRect/>
                    </a:stretch>
                  </pic:blipFill>
                  <pic:spPr>
                    <a:xfrm>
                      <a:off x="0" y="0"/>
                      <a:ext cx="5328000" cy="3041655"/>
                    </a:xfrm>
                    <a:prstGeom prst="rect"/>
                  </pic:spPr>
                </pic:pic>
              </a:graphicData>
            </a:graphic>
          </wp:inline>
        </w:drawing>
      </w:r>
    </w:p>
    <w:p>
      <w:pPr>
        <w:pStyle w:val="Caption"/>
        <w:keepNext/>
        <w:keepLines/>
        <w:jc w:val="center"/>
      </w:pPr>
      <w:r>
        <w:rPr>
          <w:b/>
          <w:color w:val="404040"/>
        </w:rPr>
        <w:t>Using a wire brush or chipping hammer to clean the weld, gloves and helmet on, with the welding machine and tools visible.</w:t>
      </w:r>
    </w:p>
    <w:p>
      <w:pPr>
        <w:keepNext/>
        <w:keepLines/>
        <w:jc w:val="center"/>
      </w:pPr>
      <w:r>
        <w:drawing>
          <wp:inline xmlns:a="http://schemas.openxmlformats.org/drawingml/2006/main" xmlns:pic="http://schemas.openxmlformats.org/drawingml/2006/picture">
            <wp:extent cx="5328000" cy="3041655"/>
            <wp:docPr id="33" name="Picture 33"/>
            <wp:cNvGraphicFramePr>
              <a:graphicFrameLocks noChangeAspect="1"/>
            </wp:cNvGraphicFramePr>
            <a:graphic>
              <a:graphicData uri="http://schemas.openxmlformats.org/drawingml/2006/picture">
                <pic:pic>
                  <pic:nvPicPr>
                    <pic:cNvPr id="0" name="image.jpg"/>
                    <pic:cNvPicPr/>
                  </pic:nvPicPr>
                  <pic:blipFill>
                    <a:blip r:embed="rId29"/>
                    <a:stretch>
                      <a:fillRect/>
                    </a:stretch>
                  </pic:blipFill>
                  <pic:spPr>
                    <a:xfrm>
                      <a:off x="0" y="0"/>
                      <a:ext cx="5328000" cy="3041655"/>
                    </a:xfrm>
                    <a:prstGeom prst="rect"/>
                  </pic:spPr>
                </pic:pic>
              </a:graphicData>
            </a:graphic>
          </wp:inline>
        </w:drawing>
      </w:r>
    </w:p>
    <w:p>
      <w:pPr>
        <w:pStyle w:val="Caption"/>
        <w:keepNext/>
        <w:keepLines/>
        <w:jc w:val="center"/>
      </w:pPr>
      <w:r>
        <w:rPr>
          <w:b/>
          <w:color w:val="404040"/>
        </w:rPr>
        <w:t>Close-up of the cleaned weld bead and joint with gloved hands and a cleaning tool visible, and minimal slag remaining.</w:t>
      </w:r>
    </w:p>
    <w:p>
      <w:pPr>
        <w:keepNext/>
        <w:keepLines/>
        <w:jc w:val="center"/>
      </w:pPr>
      <w:r>
        <w:drawing>
          <wp:inline xmlns:a="http://schemas.openxmlformats.org/drawingml/2006/main" xmlns:pic="http://schemas.openxmlformats.org/drawingml/2006/picture">
            <wp:extent cx="5328000" cy="3041655"/>
            <wp:docPr id="34" name="Picture 34"/>
            <wp:cNvGraphicFramePr>
              <a:graphicFrameLocks noChangeAspect="1"/>
            </wp:cNvGraphicFramePr>
            <a:graphic>
              <a:graphicData uri="http://schemas.openxmlformats.org/drawingml/2006/picture">
                <pic:pic>
                  <pic:nvPicPr>
                    <pic:cNvPr id="0" name="image.jpg"/>
                    <pic:cNvPicPr/>
                  </pic:nvPicPr>
                  <pic:blipFill>
                    <a:blip r:embed="rId29"/>
                    <a:stretch>
                      <a:fillRect/>
                    </a:stretch>
                  </pic:blipFill>
                  <pic:spPr>
                    <a:xfrm>
                      <a:off x="0" y="0"/>
                      <a:ext cx="5328000" cy="3041655"/>
                    </a:xfrm>
                    <a:prstGeom prst="rect"/>
                  </pic:spPr>
                </pic:pic>
              </a:graphicData>
            </a:graphic>
          </wp:inline>
        </w:drawing>
      </w:r>
    </w:p>
    <w:p>
      <w:pPr>
        <w:pStyle w:val="Caption"/>
        <w:keepNext/>
        <w:keepLines/>
        <w:jc w:val="center"/>
      </w:pPr>
      <w:r>
        <w:rPr>
          <w:b/>
          <w:color w:val="404040"/>
        </w:rPr>
        <w:t>Standing at the table without gloves or helmet, holding the cleaned workpiece; the welding machine reads 85A/51.7V, with tools and gloves on the table.</w:t>
      </w:r>
    </w:p>
    <w:p>
      <w:pPr>
        <w:keepNext/>
        <w:keepLines/>
        <w:jc w:val="center"/>
      </w:pPr>
      <w:r>
        <w:drawing>
          <wp:inline xmlns:a="http://schemas.openxmlformats.org/drawingml/2006/main" xmlns:pic="http://schemas.openxmlformats.org/drawingml/2006/picture">
            <wp:extent cx="5328000" cy="3041655"/>
            <wp:docPr id="35" name="Picture 35"/>
            <wp:cNvGraphicFramePr>
              <a:graphicFrameLocks noChangeAspect="1"/>
            </wp:cNvGraphicFramePr>
            <a:graphic>
              <a:graphicData uri="http://schemas.openxmlformats.org/drawingml/2006/picture">
                <pic:pic>
                  <pic:nvPicPr>
                    <pic:cNvPr id="0" name="image.jpg"/>
                    <pic:cNvPicPr/>
                  </pic:nvPicPr>
                  <pic:blipFill>
                    <a:blip r:embed="rId30"/>
                    <a:stretch>
                      <a:fillRect/>
                    </a:stretch>
                  </pic:blipFill>
                  <pic:spPr>
                    <a:xfrm>
                      <a:off x="0" y="0"/>
                      <a:ext cx="5328000" cy="3041655"/>
                    </a:xfrm>
                    <a:prstGeom prst="rect"/>
                  </pic:spPr>
                </pic:pic>
              </a:graphicData>
            </a:graphic>
          </wp:inline>
        </w:drawing>
      </w:r>
    </w:p>
    <w:p>
      <w:pPr>
        <w:pStyle w:val="Caption"/>
        <w:keepNext/>
        <w:keepLines/>
        <w:jc w:val="center"/>
      </w:pPr>
      <w:r>
        <w:rPr>
          <w:b/>
          <w:color w:val="404040"/>
        </w:rPr>
        <w:t>Using pliers to remove residue from the electrode or workpiece, with a close-up of hands and tools and the cleaned joint on the table.</w:t>
      </w:r>
    </w:p>
    <w:p>
      <w:pPr>
        <w:keepNext/>
        <w:keepLines/>
        <w:jc w:val="center"/>
      </w:pPr>
      <w:r>
        <w:drawing>
          <wp:inline xmlns:a="http://schemas.openxmlformats.org/drawingml/2006/main" xmlns:pic="http://schemas.openxmlformats.org/drawingml/2006/picture">
            <wp:extent cx="5328000" cy="3041655"/>
            <wp:docPr id="36" name="Picture 36"/>
            <wp:cNvGraphicFramePr>
              <a:graphicFrameLocks noChangeAspect="1"/>
            </wp:cNvGraphicFramePr>
            <a:graphic>
              <a:graphicData uri="http://schemas.openxmlformats.org/drawingml/2006/picture">
                <pic:pic>
                  <pic:nvPicPr>
                    <pic:cNvPr id="0" name="image.jpg"/>
                    <pic:cNvPicPr/>
                  </pic:nvPicPr>
                  <pic:blipFill>
                    <a:blip r:embed="rId31"/>
                    <a:stretch>
                      <a:fillRect/>
                    </a:stretch>
                  </pic:blipFill>
                  <pic:spPr>
                    <a:xfrm>
                      <a:off x="0" y="0"/>
                      <a:ext cx="5328000" cy="3041655"/>
                    </a:xfrm>
                    <a:prstGeom prst="rect"/>
                  </pic:spPr>
                </pic:pic>
              </a:graphicData>
            </a:graphic>
          </wp:inline>
        </w:drawing>
      </w:r>
    </w:p>
    <w:p>
      <w:pPr>
        <w:pStyle w:val="Caption"/>
        <w:keepNext/>
        <w:keepLines/>
        <w:jc w:val="center"/>
      </w:pPr>
      <w:r>
        <w:rPr>
          <w:b/>
          <w:color w:val="404040"/>
        </w:rPr>
        <w:t>Close-up of hands holding the electrode and pliers, with the cleaned joint and salt-like flux residue visible, tools in the background.</w:t>
      </w:r>
    </w:p>
    <w:p>
      <w:pPr>
        <w:keepNext/>
        <w:keepLines/>
        <w:jc w:val="center"/>
      </w:pPr>
      <w:r>
        <w:drawing>
          <wp:inline xmlns:a="http://schemas.openxmlformats.org/drawingml/2006/main" xmlns:pic="http://schemas.openxmlformats.org/drawingml/2006/picture">
            <wp:extent cx="5328000" cy="3041655"/>
            <wp:docPr id="37" name="Picture 37"/>
            <wp:cNvGraphicFramePr>
              <a:graphicFrameLocks noChangeAspect="1"/>
            </wp:cNvGraphicFramePr>
            <a:graphic>
              <a:graphicData uri="http://schemas.openxmlformats.org/drawingml/2006/picture">
                <pic:pic>
                  <pic:nvPicPr>
                    <pic:cNvPr id="0" name="image.jpg"/>
                    <pic:cNvPicPr/>
                  </pic:nvPicPr>
                  <pic:blipFill>
                    <a:blip r:embed="rId30"/>
                    <a:stretch>
                      <a:fillRect/>
                    </a:stretch>
                  </pic:blipFill>
                  <pic:spPr>
                    <a:xfrm>
                      <a:off x="0" y="0"/>
                      <a:ext cx="5328000" cy="3041655"/>
                    </a:xfrm>
                    <a:prstGeom prst="rect"/>
                  </pic:spPr>
                </pic:pic>
              </a:graphicData>
            </a:graphic>
          </wp:inline>
        </w:drawing>
      </w:r>
    </w:p>
    <w:p>
      <w:pPr>
        <w:pStyle w:val="Caption"/>
        <w:keepNext/>
        <w:keepLines/>
        <w:jc w:val="center"/>
      </w:pPr>
      <w:r>
        <w:rPr>
          <w:b/>
          <w:color w:val="404040"/>
        </w:rPr>
        <w:t>Close-up of the welded joint with pliers pointing at a missed area; the weld bead and imperfections are visible.</w:t>
      </w:r>
    </w:p>
    <w:p>
      <w:pPr>
        <w:keepNext/>
        <w:keepLines/>
        <w:jc w:val="center"/>
      </w:pPr>
      <w:r>
        <w:drawing>
          <wp:inline xmlns:a="http://schemas.openxmlformats.org/drawingml/2006/main" xmlns:pic="http://schemas.openxmlformats.org/drawingml/2006/picture">
            <wp:extent cx="5328000" cy="3041655"/>
            <wp:docPr id="38" name="Picture 38"/>
            <wp:cNvGraphicFramePr>
              <a:graphicFrameLocks noChangeAspect="1"/>
            </wp:cNvGraphicFramePr>
            <a:graphic>
              <a:graphicData uri="http://schemas.openxmlformats.org/drawingml/2006/picture">
                <pic:pic>
                  <pic:nvPicPr>
                    <pic:cNvPr id="0" name="image.jpg"/>
                    <pic:cNvPicPr/>
                  </pic:nvPicPr>
                  <pic:blipFill>
                    <a:blip r:embed="rId32"/>
                    <a:stretch>
                      <a:fillRect/>
                    </a:stretch>
                  </pic:blipFill>
                  <pic:spPr>
                    <a:xfrm>
                      <a:off x="0" y="0"/>
                      <a:ext cx="5328000" cy="3041655"/>
                    </a:xfrm>
                    <a:prstGeom prst="rect"/>
                  </pic:spPr>
                </pic:pic>
              </a:graphicData>
            </a:graphic>
          </wp:inline>
        </w:drawing>
      </w:r>
    </w:p>
    <w:p>
      <w:pPr>
        <w:pStyle w:val="Caption"/>
        <w:keepNext/>
        <w:keepLines/>
        <w:jc w:val="center"/>
      </w:pPr>
      <w:r>
        <w:rPr>
          <w:b/>
          <w:color w:val="404040"/>
        </w:rPr>
        <w:t>Close-up of the cleaned welded joint, with the weld bead and surface details clearly visible and tools in the background.</w:t>
      </w:r>
    </w:p>
    <w:p>
      <w:pPr>
        <w:keepNext/>
        <w:keepLines/>
        <w:jc w:val="center"/>
      </w:pPr>
      <w:r>
        <w:drawing>
          <wp:inline xmlns:a="http://schemas.openxmlformats.org/drawingml/2006/main" xmlns:pic="http://schemas.openxmlformats.org/drawingml/2006/picture">
            <wp:extent cx="5328000" cy="3041655"/>
            <wp:docPr id="39" name="Picture 39"/>
            <wp:cNvGraphicFramePr>
              <a:graphicFrameLocks noChangeAspect="1"/>
            </wp:cNvGraphicFramePr>
            <a:graphic>
              <a:graphicData uri="http://schemas.openxmlformats.org/drawingml/2006/picture">
                <pic:pic>
                  <pic:nvPicPr>
                    <pic:cNvPr id="0" name="image.jpg"/>
                    <pic:cNvPicPr/>
                  </pic:nvPicPr>
                  <pic:blipFill>
                    <a:blip r:embed="rId33"/>
                    <a:stretch>
                      <a:fillRect/>
                    </a:stretch>
                  </pic:blipFill>
                  <pic:spPr>
                    <a:xfrm>
                      <a:off x="0" y="0"/>
                      <a:ext cx="5328000" cy="3041655"/>
                    </a:xfrm>
                    <a:prstGeom prst="rect"/>
                  </pic:spPr>
                </pic:pic>
              </a:graphicData>
            </a:graphic>
          </wp:inline>
        </w:drawing>
      </w:r>
    </w:p>
    <w:p>
      <w:pPr>
        <w:pStyle w:val="Caption"/>
        <w:keepNext/>
        <w:keepLines/>
        <w:jc w:val="center"/>
      </w:pPr>
      <w:r>
        <w:rPr>
          <w:b/>
          <w:color w:val="404040"/>
        </w:rPr>
        <w:t>Close-up of an aluminum weld joint showing spatter, weld bead, and workshop setting.</w:t>
      </w:r>
    </w:p>
    <w:p>
      <w:pPr>
        <w:keepNext/>
        <w:keepLines/>
        <w:jc w:val="center"/>
      </w:pPr>
      <w:r>
        <w:drawing>
          <wp:inline xmlns:a="http://schemas.openxmlformats.org/drawingml/2006/main" xmlns:pic="http://schemas.openxmlformats.org/drawingml/2006/picture">
            <wp:extent cx="5328000" cy="3041655"/>
            <wp:docPr id="40" name="Picture 40"/>
            <wp:cNvGraphicFramePr>
              <a:graphicFrameLocks noChangeAspect="1"/>
            </wp:cNvGraphicFramePr>
            <a:graphic>
              <a:graphicData uri="http://schemas.openxmlformats.org/drawingml/2006/picture">
                <pic:pic>
                  <pic:nvPicPr>
                    <pic:cNvPr id="0" name="image.jpg"/>
                    <pic:cNvPicPr/>
                  </pic:nvPicPr>
                  <pic:blipFill>
                    <a:blip r:embed="rId34"/>
                    <a:stretch>
                      <a:fillRect/>
                    </a:stretch>
                  </pic:blipFill>
                  <pic:spPr>
                    <a:xfrm>
                      <a:off x="0" y="0"/>
                      <a:ext cx="5328000" cy="3041655"/>
                    </a:xfrm>
                    <a:prstGeom prst="rect"/>
                  </pic:spPr>
                </pic:pic>
              </a:graphicData>
            </a:graphic>
          </wp:inline>
        </w:drawing>
      </w:r>
    </w:p>
    <w:p>
      <w:pPr>
        <w:pStyle w:val="Caption"/>
        <w:keepNext/>
        <w:keepLines/>
        <w:jc w:val="center"/>
      </w:pPr>
      <w:r>
        <w:rPr>
          <w:b/>
          <w:color w:val="404040"/>
        </w:rPr>
        <w:t>Aluminum weld with an excess blob and a hand holding a tool near the weld, ready for cleanup.</w:t>
      </w:r>
    </w:p>
    <w:p>
      <w:pPr>
        <w:keepNext/>
        <w:keepLines/>
        <w:jc w:val="center"/>
      </w:pPr>
      <w:r>
        <w:drawing>
          <wp:inline xmlns:a="http://schemas.openxmlformats.org/drawingml/2006/main" xmlns:pic="http://schemas.openxmlformats.org/drawingml/2006/picture">
            <wp:extent cx="5328000" cy="3041655"/>
            <wp:docPr id="41" name="Picture 41"/>
            <wp:cNvGraphicFramePr>
              <a:graphicFrameLocks noChangeAspect="1"/>
            </wp:cNvGraphicFramePr>
            <a:graphic>
              <a:graphicData uri="http://schemas.openxmlformats.org/drawingml/2006/picture">
                <pic:pic>
                  <pic:nvPicPr>
                    <pic:cNvPr id="0" name="image.jpg"/>
                    <pic:cNvPicPr/>
                  </pic:nvPicPr>
                  <pic:blipFill>
                    <a:blip r:embed="rId35"/>
                    <a:stretch>
                      <a:fillRect/>
                    </a:stretch>
                  </pic:blipFill>
                  <pic:spPr>
                    <a:xfrm>
                      <a:off x="0" y="0"/>
                      <a:ext cx="5328000" cy="3041655"/>
                    </a:xfrm>
                    <a:prstGeom prst="rect"/>
                  </pic:spPr>
                </pic:pic>
              </a:graphicData>
            </a:graphic>
          </wp:inline>
        </w:drawing>
      </w:r>
    </w:p>
    <w:p>
      <w:pPr>
        <w:pStyle w:val="Caption"/>
        <w:keepNext/>
        <w:keepLines/>
        <w:jc w:val="center"/>
      </w:pPr>
      <w:r>
        <w:rPr>
          <w:b/>
          <w:color w:val="404040"/>
        </w:rPr>
        <w:t>Aluminum weld with a visible bead profile and spatter, hand in background.</w:t>
      </w:r>
    </w:p>
    <w:p>
      <w:pPr>
        <w:keepNext/>
        <w:keepLines/>
        <w:jc w:val="center"/>
      </w:pPr>
      <w:r>
        <w:drawing>
          <wp:inline xmlns:a="http://schemas.openxmlformats.org/drawingml/2006/main" xmlns:pic="http://schemas.openxmlformats.org/drawingml/2006/picture">
            <wp:extent cx="5328000" cy="3041655"/>
            <wp:docPr id="42" name="Picture 42"/>
            <wp:cNvGraphicFramePr>
              <a:graphicFrameLocks noChangeAspect="1"/>
            </wp:cNvGraphicFramePr>
            <a:graphic>
              <a:graphicData uri="http://schemas.openxmlformats.org/drawingml/2006/picture">
                <pic:pic>
                  <pic:nvPicPr>
                    <pic:cNvPr id="0" name="image.jpg"/>
                    <pic:cNvPicPr/>
                  </pic:nvPicPr>
                  <pic:blipFill>
                    <a:blip r:embed="rId35"/>
                    <a:stretch>
                      <a:fillRect/>
                    </a:stretch>
                  </pic:blipFill>
                  <pic:spPr>
                    <a:xfrm>
                      <a:off x="0" y="0"/>
                      <a:ext cx="5328000" cy="3041655"/>
                    </a:xfrm>
                    <a:prstGeom prst="rect"/>
                  </pic:spPr>
                </pic:pic>
              </a:graphicData>
            </a:graphic>
          </wp:inline>
        </w:drawing>
      </w:r>
    </w:p>
    <w:p>
      <w:pPr>
        <w:pStyle w:val="Caption"/>
        <w:keepNext/>
        <w:keepLines/>
        <w:jc w:val="center"/>
      </w:pPr>
      <w:r>
        <w:rPr>
          <w:b/>
          <w:color w:val="404040"/>
        </w:rPr>
        <w:t>Aluminum weld joint with visible bead and workshop tools in the background.</w:t>
      </w:r>
    </w:p>
    <w:p>
      <w:pPr>
        <w:keepNext/>
        <w:keepLines/>
        <w:jc w:val="center"/>
      </w:pPr>
      <w:r>
        <w:drawing>
          <wp:inline xmlns:a="http://schemas.openxmlformats.org/drawingml/2006/main" xmlns:pic="http://schemas.openxmlformats.org/drawingml/2006/picture">
            <wp:extent cx="5328000" cy="3041655"/>
            <wp:docPr id="43" name="Picture 43"/>
            <wp:cNvGraphicFramePr>
              <a:graphicFrameLocks noChangeAspect="1"/>
            </wp:cNvGraphicFramePr>
            <a:graphic>
              <a:graphicData uri="http://schemas.openxmlformats.org/drawingml/2006/picture">
                <pic:pic>
                  <pic:nvPicPr>
                    <pic:cNvPr id="0" name="image.jpg"/>
                    <pic:cNvPicPr/>
                  </pic:nvPicPr>
                  <pic:blipFill>
                    <a:blip r:embed="rId36"/>
                    <a:stretch>
                      <a:fillRect/>
                    </a:stretch>
                  </pic:blipFill>
                  <pic:spPr>
                    <a:xfrm>
                      <a:off x="0" y="0"/>
                      <a:ext cx="5328000" cy="3041655"/>
                    </a:xfrm>
                    <a:prstGeom prst="rect"/>
                  </pic:spPr>
                </pic:pic>
              </a:graphicData>
            </a:graphic>
          </wp:inline>
        </w:drawing>
      </w:r>
    </w:p>
    <w:p>
      <w:pPr>
        <w:pStyle w:val="Caption"/>
        <w:keepNext/>
        <w:keepLines/>
        <w:jc w:val="center"/>
      </w:pPr>
      <w:r>
        <w:rPr>
          <w:b/>
          <w:color w:val="404040"/>
        </w:rPr>
        <w:t>Aluminum weld with a hand gesturing near the weld to emphasize key points.</w:t>
      </w:r>
    </w:p>
    <w:p>
      <w:pPr>
        <w:keepNext/>
        <w:keepLines/>
        <w:jc w:val="center"/>
      </w:pPr>
      <w:r>
        <w:drawing>
          <wp:inline xmlns:a="http://schemas.openxmlformats.org/drawingml/2006/main" xmlns:pic="http://schemas.openxmlformats.org/drawingml/2006/picture">
            <wp:extent cx="5328000" cy="3041655"/>
            <wp:docPr id="44" name="Picture 44"/>
            <wp:cNvGraphicFramePr>
              <a:graphicFrameLocks noChangeAspect="1"/>
            </wp:cNvGraphicFramePr>
            <a:graphic>
              <a:graphicData uri="http://schemas.openxmlformats.org/drawingml/2006/picture">
                <pic:pic>
                  <pic:nvPicPr>
                    <pic:cNvPr id="0" name="image.jpg"/>
                    <pic:cNvPicPr/>
                  </pic:nvPicPr>
                  <pic:blipFill>
                    <a:blip r:embed="rId36"/>
                    <a:stretch>
                      <a:fillRect/>
                    </a:stretch>
                  </pic:blipFill>
                  <pic:spPr>
                    <a:xfrm>
                      <a:off x="0" y="0"/>
                      <a:ext cx="5328000" cy="3041655"/>
                    </a:xfrm>
                    <a:prstGeom prst="rect"/>
                  </pic:spPr>
                </pic:pic>
              </a:graphicData>
            </a:graphic>
          </wp:inline>
        </w:drawing>
      </w:r>
    </w:p>
    <w:p>
      <w:pPr>
        <w:pStyle w:val="Caption"/>
        <w:keepNext/>
        <w:keepLines/>
        <w:jc w:val="center"/>
      </w:pPr>
      <w:r>
        <w:rPr>
          <w:b/>
          <w:color w:val="404040"/>
        </w:rPr>
        <w:t>Opposite side of the aluminum weld showing an additional blob, with a hand pointing using a tool.</w:t>
      </w:r>
    </w:p>
    <w:p>
      <w:pPr>
        <w:keepNext/>
        <w:keepLines/>
        <w:jc w:val="center"/>
      </w:pPr>
      <w:r>
        <w:drawing>
          <wp:inline xmlns:a="http://schemas.openxmlformats.org/drawingml/2006/main" xmlns:pic="http://schemas.openxmlformats.org/drawingml/2006/picture">
            <wp:extent cx="5328000" cy="3041655"/>
            <wp:docPr id="45" name="Picture 45"/>
            <wp:cNvGraphicFramePr>
              <a:graphicFrameLocks noChangeAspect="1"/>
            </wp:cNvGraphicFramePr>
            <a:graphic>
              <a:graphicData uri="http://schemas.openxmlformats.org/drawingml/2006/picture">
                <pic:pic>
                  <pic:nvPicPr>
                    <pic:cNvPr id="0" name="image.jpg"/>
                    <pic:cNvPicPr/>
                  </pic:nvPicPr>
                  <pic:blipFill>
                    <a:blip r:embed="rId37"/>
                    <a:stretch>
                      <a:fillRect/>
                    </a:stretch>
                  </pic:blipFill>
                  <pic:spPr>
                    <a:xfrm>
                      <a:off x="0" y="0"/>
                      <a:ext cx="5328000" cy="3041655"/>
                    </a:xfrm>
                    <a:prstGeom prst="rect"/>
                  </pic:spPr>
                </pic:pic>
              </a:graphicData>
            </a:graphic>
          </wp:inline>
        </w:drawing>
      </w:r>
    </w:p>
    <w:p>
      <w:pPr>
        <w:pStyle w:val="Caption"/>
        <w:keepNext/>
        <w:keepLines/>
        <w:jc w:val="center"/>
      </w:pPr>
      <w:r>
        <w:rPr>
          <w:b/>
          <w:color w:val="404040"/>
        </w:rPr>
        <w:t>Aluminum weld bead with a hand and tool, illustrating finishing preferences.</w:t>
      </w:r>
    </w:p>
    <w:p>
      <w:pPr>
        <w:keepNext/>
        <w:keepLines/>
        <w:jc w:val="center"/>
      </w:pPr>
      <w:r>
        <w:drawing>
          <wp:inline xmlns:a="http://schemas.openxmlformats.org/drawingml/2006/main" xmlns:pic="http://schemas.openxmlformats.org/drawingml/2006/picture">
            <wp:extent cx="5328000" cy="3041655"/>
            <wp:docPr id="46" name="Picture 46"/>
            <wp:cNvGraphicFramePr>
              <a:graphicFrameLocks noChangeAspect="1"/>
            </wp:cNvGraphicFramePr>
            <a:graphic>
              <a:graphicData uri="http://schemas.openxmlformats.org/drawingml/2006/picture">
                <pic:pic>
                  <pic:nvPicPr>
                    <pic:cNvPr id="0" name="image.jpg"/>
                    <pic:cNvPicPr/>
                  </pic:nvPicPr>
                  <pic:blipFill>
                    <a:blip r:embed="rId38"/>
                    <a:stretch>
                      <a:fillRect/>
                    </a:stretch>
                  </pic:blipFill>
                  <pic:spPr>
                    <a:xfrm>
                      <a:off x="0" y="0"/>
                      <a:ext cx="5328000" cy="3041655"/>
                    </a:xfrm>
                    <a:prstGeom prst="rect"/>
                  </pic:spPr>
                </pic:pic>
              </a:graphicData>
            </a:graphic>
          </wp:inline>
        </w:drawing>
      </w:r>
    </w:p>
    <w:p>
      <w:pPr>
        <w:pStyle w:val="Caption"/>
        <w:jc w:val="center"/>
      </w:pPr>
      <w:r>
        <w:rPr>
          <w:b/>
          <w:color w:val="404040"/>
        </w:rPr>
        <w:t>Aluminum weld with a hand pointing using a rod, highlighting features of the bead.</w:t>
      </w:r>
    </w:p>
    <w:p>
      <w:pPr>
        <w:pStyle w:val="Heading2"/>
        <w:keepNext/>
        <w:keepLines/>
        <w:ind w:left="0"/>
        <w:outlineLvl w:val="1"/>
      </w:pPr>
      <w:r>
        <w:rPr>
          <w:b/>
          <w:color w:val="404040"/>
          <w:sz w:val="28"/>
          <w:rFonts w:ascii="Inter" w:hAnsi="Inter" w:eastAsia="Noto Sans CJK JP" w:cs="Noto Sans CJK JP"/>
        </w:rPr>
        <w:t>Addressing weld craters and final checks</w:t>
      </w:r>
    </w:p>
    <w:p>
      <w:pPr>
        <w:keepNext/>
        <w:keepLines/>
      </w:pPr>
      <w:r>
        <w:rPr>
          <w:b/>
          <w:color w:val="404040"/>
          <w:sz w:val="24"/>
          <w:rFonts w:ascii="Inter" w:hAnsi="Inter" w:eastAsia="Noto Sans CJK JP" w:cs="Noto Sans CJK JP"/>
        </w:rPr>
        <w:t>5</w:t>
      </w:r>
      <w:r>
        <w:rPr>
          <w:b/>
          <w:color w:val="404040"/>
          <w:sz w:val="24"/>
          <w:rFonts w:ascii="Inter" w:hAnsi="Inter" w:eastAsia="Noto Sans CJK JP" w:cs="Noto Sans CJK JP"/>
        </w:rPr>
        <w:t>9</w:t>
      </w:r>
      <w:r>
        <w:rPr>
          <w:b/>
          <w:color w:val="404040"/>
          <w:sz w:val="24"/>
          <w:rFonts w:ascii="Inter" w:hAnsi="Inter" w:eastAsia="Noto Sans CJK JP" w:cs="Noto Sans CJK JP"/>
        </w:rPr>
        <w: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I</w:t>
      </w:r>
      <w:r>
        <w:rPr>
          <w:b/>
          <w:color w:val="404040"/>
          <w:sz w:val="24"/>
          <w:rFonts w:ascii="Inter" w:hAnsi="Inter" w:eastAsia="Noto Sans CJK JP" w:cs="Noto Sans CJK JP"/>
        </w:rPr>
        <w:t>d</w:t>
      </w:r>
      <w:r>
        <w:rPr>
          <w:b/>
          <w:color w:val="404040"/>
          <w:sz w:val="24"/>
          <w:rFonts w:ascii="Inter" w:hAnsi="Inter" w:eastAsia="Noto Sans CJK JP" w:cs="Noto Sans CJK JP"/>
        </w:rPr>
        <w:t>e</w:t>
      </w:r>
      <w:r>
        <w:rPr>
          <w:b/>
          <w:color w:val="404040"/>
          <w:sz w:val="24"/>
          <w:rFonts w:ascii="Inter" w:hAnsi="Inter" w:eastAsia="Noto Sans CJK JP" w:cs="Noto Sans CJK JP"/>
        </w:rPr>
        <w:t>n</w:t>
      </w:r>
      <w:r>
        <w:rPr>
          <w:b/>
          <w:color w:val="404040"/>
          <w:sz w:val="24"/>
          <w:rFonts w:ascii="Inter" w:hAnsi="Inter" w:eastAsia="Noto Sans CJK JP" w:cs="Noto Sans CJK JP"/>
        </w:rPr>
        <w:t>t</w:t>
      </w:r>
      <w:r>
        <w:rPr>
          <w:b/>
          <w:color w:val="404040"/>
          <w:sz w:val="24"/>
          <w:rFonts w:ascii="Inter" w:hAnsi="Inter" w:eastAsia="Noto Sans CJK JP" w:cs="Noto Sans CJK JP"/>
        </w:rPr>
        <w:t>i</w:t>
      </w:r>
      <w:r>
        <w:rPr>
          <w:b/>
          <w:color w:val="404040"/>
          <w:sz w:val="24"/>
          <w:rFonts w:ascii="Inter" w:hAnsi="Inter" w:eastAsia="Noto Sans CJK JP" w:cs="Noto Sans CJK JP"/>
        </w:rPr>
        <w:t>f</w:t>
      </w:r>
      <w:r>
        <w:rPr>
          <w:b/>
          <w:color w:val="404040"/>
          <w:sz w:val="24"/>
          <w:rFonts w:ascii="Inter" w:hAnsi="Inter" w:eastAsia="Noto Sans CJK JP" w:cs="Noto Sans CJK JP"/>
        </w:rPr>
        <w:t>y</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h</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w</w:t>
      </w:r>
      <w:r>
        <w:rPr>
          <w:b/>
          <w:color w:val="404040"/>
          <w:sz w:val="24"/>
          <w:rFonts w:ascii="Inter" w:hAnsi="Inter" w:eastAsia="Noto Sans CJK JP" w:cs="Noto Sans CJK JP"/>
        </w:rPr>
        <w:t>e</w:t>
      </w:r>
      <w:r>
        <w:rPr>
          <w:b/>
          <w:color w:val="404040"/>
          <w:sz w:val="24"/>
          <w:rFonts w:ascii="Inter" w:hAnsi="Inter" w:eastAsia="Noto Sans CJK JP" w:cs="Noto Sans CJK JP"/>
        </w:rPr>
        <w:t>l</w:t>
      </w:r>
      <w:r>
        <w:rPr>
          <w:b/>
          <w:color w:val="404040"/>
          <w:sz w:val="24"/>
          <w:rFonts w:ascii="Inter" w:hAnsi="Inter" w:eastAsia="Noto Sans CJK JP" w:cs="Noto Sans CJK JP"/>
        </w:rPr>
        <w:t>d</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c</w:t>
      </w:r>
      <w:r>
        <w:rPr>
          <w:b/>
          <w:color w:val="404040"/>
          <w:sz w:val="24"/>
          <w:rFonts w:ascii="Inter" w:hAnsi="Inter" w:eastAsia="Noto Sans CJK JP" w:cs="Noto Sans CJK JP"/>
        </w:rPr>
        <w:t>r</w:t>
      </w:r>
      <w:r>
        <w:rPr>
          <w:b/>
          <w:color w:val="404040"/>
          <w:sz w:val="24"/>
          <w:rFonts w:ascii="Inter" w:hAnsi="Inter" w:eastAsia="Noto Sans CJK JP" w:cs="Noto Sans CJK JP"/>
        </w:rPr>
        <w:t>a</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r</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a</w:t>
      </w:r>
      <w:r>
        <w:rPr>
          <w:b/>
          <w:color w:val="404040"/>
          <w:sz w:val="24"/>
          <w:rFonts w:ascii="Inter" w:hAnsi="Inter" w:eastAsia="Noto Sans CJK JP" w:cs="Noto Sans CJK JP"/>
        </w:rPr>
        <w:t>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r</w:t>
      </w:r>
      <w:r>
        <w:rPr>
          <w:b/>
          <w:color w:val="404040"/>
          <w:sz w:val="24"/>
          <w:rFonts w:ascii="Inter" w:hAnsi="Inter" w:eastAsia="Noto Sans CJK JP" w:cs="Noto Sans CJK JP"/>
        </w:rPr>
        <w:t>m</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a</w:t>
      </w:r>
      <w:r>
        <w:rPr>
          <w:b/>
          <w:color w:val="404040"/>
          <w:sz w:val="24"/>
          <w:rFonts w:ascii="Inter" w:hAnsi="Inter" w:eastAsia="Noto Sans CJK JP" w:cs="Noto Sans CJK JP"/>
        </w:rPr>
        <w:t>t</w:t>
      </w:r>
      <w:r>
        <w:rPr>
          <w:b/>
          <w:color w:val="404040"/>
          <w:sz w:val="24"/>
          <w:rFonts w:ascii="Inter" w:hAnsi="Inter" w:eastAsia="Noto Sans CJK JP" w:cs="Noto Sans CJK JP"/>
        </w:rPr>
        <w:t>i</w:t>
      </w:r>
      <w:r>
        <w:rPr>
          <w:b/>
          <w:color w:val="404040"/>
          <w:sz w:val="24"/>
          <w:rFonts w:ascii="Inter" w:hAnsi="Inter" w:eastAsia="Noto Sans CJK JP" w:cs="Noto Sans CJK JP"/>
        </w:rPr>
        <w:t>o</w:t>
      </w:r>
      <w:r>
        <w:rPr>
          <w:b/>
          <w:color w:val="404040"/>
          <w:sz w:val="24"/>
          <w:rFonts w:ascii="Inter" w:hAnsi="Inter" w:eastAsia="Noto Sans CJK JP" w:cs="Noto Sans CJK JP"/>
        </w:rPr>
        <w:t>n</w:t>
      </w:r>
      <w:r>
        <w:rPr>
          <w:b/>
          <w:color w:val="404040"/>
          <w:sz w:val="24"/>
          <w:rFonts w:ascii="Inter" w:hAnsi="Inter" w:eastAsia="Noto Sans CJK JP" w:cs="Noto Sans CJK JP"/>
        </w:rPr>
        <w:t>.</w:t>
      </w:r>
      <w:r>
        <w:rPr>
          <w:color w:val="404040"/>
          <w:sz w:val="24"/>
          <w:rFonts w:ascii="Inter" w:hAnsi="Inter" w:eastAsia="Noto Sans CJK JP" w:cs="Noto Sans CJK JP"/>
        </w:rPr>
        <w:br/>
      </w:r>
      <w:r>
        <w:rPr>
          <w:color w:val="404040"/>
          <w:sz w:val="24"/>
          <w:rFonts w:ascii="Inter" w:hAnsi="Inter" w:eastAsia="Noto Sans CJK JP" w:cs="Noto Sans CJK JP"/>
        </w:rPr>
        <w:t>O</w:t>
      </w:r>
      <w:r>
        <w:rPr>
          <w:color w:val="404040"/>
          <w:sz w:val="24"/>
          <w:rFonts w:ascii="Inter" w:hAnsi="Inter" w:eastAsia="Noto Sans CJK JP" w:cs="Noto Sans CJK JP"/>
        </w:rPr>
        <w:t>b</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k</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47" name="Picture 47"/>
            <wp:cNvGraphicFramePr>
              <a:graphicFrameLocks noChangeAspect="1"/>
            </wp:cNvGraphicFramePr>
            <a:graphic>
              <a:graphicData uri="http://schemas.openxmlformats.org/drawingml/2006/picture">
                <pic:pic>
                  <pic:nvPicPr>
                    <pic:cNvPr id="0" name="image.jpg"/>
                    <pic:cNvPicPr/>
                  </pic:nvPicPr>
                  <pic:blipFill>
                    <a:blip r:embed="rId39"/>
                    <a:stretch>
                      <a:fillRect/>
                    </a:stretch>
                  </pic:blipFill>
                  <pic:spPr>
                    <a:xfrm>
                      <a:off x="0" y="0"/>
                      <a:ext cx="5328000" cy="3041655"/>
                    </a:xfrm>
                    <a:prstGeom prst="rect"/>
                  </pic:spPr>
                </pic:pic>
              </a:graphicData>
            </a:graphic>
          </wp:inline>
        </w:drawing>
      </w:r>
    </w:p>
    <w:p>
      <w:pPr>
        <w:pStyle w:val="Caption"/>
        <w:jc w:val="center"/>
      </w:pPr>
      <w:r>
        <w:rPr>
          <w:b/>
          <w:color w:val="404040"/>
        </w:rPr>
        <w:t>Aluminum weld joint with a crater at the termination point, a rod pointing to highlight the defect.</w:t>
      </w:r>
    </w:p>
    <w:p>
      <w:pPr>
        <w:keepNext/>
        <w:keepLines/>
      </w:pPr>
      <w:r>
        <w:rPr>
          <w:b/>
          <w:color w:val="404040"/>
          <w:sz w:val="24"/>
          <w:rFonts w:ascii="Inter" w:hAnsi="Inter" w:eastAsia="Noto Sans CJK JP" w:cs="Noto Sans CJK JP"/>
        </w:rPr>
        <w:t>6</w:t>
      </w:r>
      <w:r>
        <w:rPr>
          <w:b/>
          <w:color w:val="404040"/>
          <w:sz w:val="24"/>
          <w:rFonts w:ascii="Inter" w:hAnsi="Inter" w:eastAsia="Noto Sans CJK JP" w:cs="Noto Sans CJK JP"/>
        </w:rPr>
        <w:t>0</w:t>
      </w:r>
      <w:r>
        <w:rPr>
          <w:b/>
          <w:color w:val="404040"/>
          <w:sz w:val="24"/>
          <w:rFonts w:ascii="Inter" w:hAnsi="Inter" w:eastAsia="Noto Sans CJK JP" w:cs="Noto Sans CJK JP"/>
        </w:rPr>
        <w: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E</w:t>
      </w:r>
      <w:r>
        <w:rPr>
          <w:b/>
          <w:color w:val="404040"/>
          <w:sz w:val="24"/>
          <w:rFonts w:ascii="Inter" w:hAnsi="Inter" w:eastAsia="Noto Sans CJK JP" w:cs="Noto Sans CJK JP"/>
        </w:rPr>
        <w:t>x</w:t>
      </w:r>
      <w:r>
        <w:rPr>
          <w:b/>
          <w:color w:val="404040"/>
          <w:sz w:val="24"/>
          <w:rFonts w:ascii="Inter" w:hAnsi="Inter" w:eastAsia="Noto Sans CJK JP" w:cs="Noto Sans CJK JP"/>
        </w:rPr>
        <w:t>a</w:t>
      </w:r>
      <w:r>
        <w:rPr>
          <w:b/>
          <w:color w:val="404040"/>
          <w:sz w:val="24"/>
          <w:rFonts w:ascii="Inter" w:hAnsi="Inter" w:eastAsia="Noto Sans CJK JP" w:cs="Noto Sans CJK JP"/>
        </w:rPr>
        <w:t>m</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h</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c</w:t>
      </w:r>
      <w:r>
        <w:rPr>
          <w:b/>
          <w:color w:val="404040"/>
          <w:sz w:val="24"/>
          <w:rFonts w:ascii="Inter" w:hAnsi="Inter" w:eastAsia="Noto Sans CJK JP" w:cs="Noto Sans CJK JP"/>
        </w:rPr>
        <w:t>r</w:t>
      </w:r>
      <w:r>
        <w:rPr>
          <w:b/>
          <w:color w:val="404040"/>
          <w:sz w:val="24"/>
          <w:rFonts w:ascii="Inter" w:hAnsi="Inter" w:eastAsia="Noto Sans CJK JP" w:cs="Noto Sans CJK JP"/>
        </w:rPr>
        <w:t>a</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r</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a</w:t>
      </w:r>
      <w:r>
        <w:rPr>
          <w:b/>
          <w:color w:val="404040"/>
          <w:sz w:val="24"/>
          <w:rFonts w:ascii="Inter" w:hAnsi="Inter" w:eastAsia="Noto Sans CJK JP" w:cs="Noto Sans CJK JP"/>
        </w:rPr>
        <w:t>n</w:t>
      </w:r>
      <w:r>
        <w:rPr>
          <w:b/>
          <w:color w:val="404040"/>
          <w:sz w:val="24"/>
          <w:rFonts w:ascii="Inter" w:hAnsi="Inter" w:eastAsia="Noto Sans CJK JP" w:cs="Noto Sans CJK JP"/>
        </w:rPr>
        <w:t>d</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s</w:t>
      </w:r>
      <w:r>
        <w:rPr>
          <w:b/>
          <w:color w:val="404040"/>
          <w:sz w:val="24"/>
          <w:rFonts w:ascii="Inter" w:hAnsi="Inter" w:eastAsia="Noto Sans CJK JP" w:cs="Noto Sans CJK JP"/>
        </w:rPr>
        <w:t>t</w:t>
      </w:r>
      <w:r>
        <w:rPr>
          <w:b/>
          <w:color w:val="404040"/>
          <w:sz w:val="24"/>
          <w:rFonts w:ascii="Inter" w:hAnsi="Inter" w:eastAsia="Noto Sans CJK JP" w:cs="Noto Sans CJK JP"/>
        </w:rPr>
        <w:t>a</w:t>
      </w:r>
      <w:r>
        <w:rPr>
          <w:b/>
          <w:color w:val="404040"/>
          <w:sz w:val="24"/>
          <w:rFonts w:ascii="Inter" w:hAnsi="Inter" w:eastAsia="Noto Sans CJK JP" w:cs="Noto Sans CJK JP"/>
        </w:rPr>
        <w:t>r</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h</w:t>
      </w:r>
      <w:r>
        <w:rPr>
          <w:b/>
          <w:color w:val="404040"/>
          <w:sz w:val="24"/>
          <w:rFonts w:ascii="Inter" w:hAnsi="Inter" w:eastAsia="Noto Sans CJK JP" w:cs="Noto Sans CJK JP"/>
        </w:rPr>
        <w:t>o</w:t>
      </w:r>
      <w:r>
        <w:rPr>
          <w:b/>
          <w:color w:val="404040"/>
          <w:sz w:val="24"/>
          <w:rFonts w:ascii="Inter" w:hAnsi="Inter" w:eastAsia="Noto Sans CJK JP" w:cs="Noto Sans CJK JP"/>
        </w:rPr>
        <w:t>l</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d</w:t>
      </w:r>
      <w:r>
        <w:rPr>
          <w:b/>
          <w:color w:val="404040"/>
          <w:sz w:val="24"/>
          <w:rFonts w:ascii="Inter" w:hAnsi="Inter" w:eastAsia="Noto Sans CJK JP" w:cs="Noto Sans CJK JP"/>
        </w:rPr>
        <w:t>e</w:t>
      </w:r>
      <w:r>
        <w:rPr>
          <w:b/>
          <w:color w:val="404040"/>
          <w:sz w:val="24"/>
          <w:rFonts w:ascii="Inter" w:hAnsi="Inter" w:eastAsia="Noto Sans CJK JP" w:cs="Noto Sans CJK JP"/>
        </w:rPr>
        <w:t>f</w:t>
      </w:r>
      <w:r>
        <w:rPr>
          <w:b/>
          <w:color w:val="404040"/>
          <w:sz w:val="24"/>
          <w:rFonts w:ascii="Inter" w:hAnsi="Inter" w:eastAsia="Noto Sans CJK JP" w:cs="Noto Sans CJK JP"/>
        </w:rPr>
        <w:t>e</w:t>
      </w:r>
      <w:r>
        <w:rPr>
          <w:b/>
          <w:color w:val="404040"/>
          <w:sz w:val="24"/>
          <w:rFonts w:ascii="Inter" w:hAnsi="Inter" w:eastAsia="Noto Sans CJK JP" w:cs="Noto Sans CJK JP"/>
        </w:rPr>
        <w:t>c</w:t>
      </w:r>
      <w:r>
        <w:rPr>
          <w:b/>
          <w:color w:val="404040"/>
          <w:sz w:val="24"/>
          <w:rFonts w:ascii="Inter" w:hAnsi="Inter" w:eastAsia="Noto Sans CJK JP" w:cs="Noto Sans CJK JP"/>
        </w:rPr>
        <w:t>t</w:t>
      </w:r>
      <w:r>
        <w:rPr>
          <w:b/>
          <w:color w:val="404040"/>
          <w:sz w:val="24"/>
          <w:rFonts w:ascii="Inter" w:hAnsi="Inter" w:eastAsia="Noto Sans CJK JP" w:cs="Noto Sans CJK JP"/>
        </w:rPr>
        <w:t>.</w:t>
      </w:r>
      <w:r>
        <w:rPr>
          <w:color w:val="404040"/>
          <w:sz w:val="24"/>
          <w:rFonts w:ascii="Inter" w:hAnsi="Inter" w:eastAsia="Noto Sans CJK JP" w:cs="Noto Sans CJK JP"/>
        </w:rPr>
        <w:br/>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k</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s</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48" name="Picture 48"/>
            <wp:cNvGraphicFramePr>
              <a:graphicFrameLocks noChangeAspect="1"/>
            </wp:cNvGraphicFramePr>
            <a:graphic>
              <a:graphicData uri="http://schemas.openxmlformats.org/drawingml/2006/picture">
                <pic:pic>
                  <pic:nvPicPr>
                    <pic:cNvPr id="0" name="image.jpg"/>
                    <pic:cNvPicPr/>
                  </pic:nvPicPr>
                  <pic:blipFill>
                    <a:blip r:embed="rId40"/>
                    <a:stretch>
                      <a:fillRect/>
                    </a:stretch>
                  </pic:blipFill>
                  <pic:spPr>
                    <a:xfrm>
                      <a:off x="0" y="0"/>
                      <a:ext cx="5328000" cy="3041655"/>
                    </a:xfrm>
                    <a:prstGeom prst="rect"/>
                  </pic:spPr>
                </pic:pic>
              </a:graphicData>
            </a:graphic>
          </wp:inline>
        </w:drawing>
      </w:r>
    </w:p>
    <w:p>
      <w:pPr>
        <w:pStyle w:val="Caption"/>
        <w:keepNext/>
        <w:keepLines/>
        <w:jc w:val="center"/>
      </w:pPr>
      <w:r>
        <w:rPr>
          <w:b/>
          <w:color w:val="404040"/>
        </w:rPr>
        <w:t>Close-up of the aluminum weld crater with a visible star hole, rod pointing at the defect.</w:t>
      </w:r>
    </w:p>
    <w:p>
      <w:pPr>
        <w:keepNext/>
        <w:keepLines/>
        <w:jc w:val="center"/>
      </w:pPr>
      <w:r>
        <w:drawing>
          <wp:inline xmlns:a="http://schemas.openxmlformats.org/drawingml/2006/main" xmlns:pic="http://schemas.openxmlformats.org/drawingml/2006/picture">
            <wp:extent cx="5328000" cy="3041655"/>
            <wp:docPr id="49" name="Picture 49"/>
            <wp:cNvGraphicFramePr>
              <a:graphicFrameLocks noChangeAspect="1"/>
            </wp:cNvGraphicFramePr>
            <a:graphic>
              <a:graphicData uri="http://schemas.openxmlformats.org/drawingml/2006/picture">
                <pic:pic>
                  <pic:nvPicPr>
                    <pic:cNvPr id="0" name="image.jpg"/>
                    <pic:cNvPicPr/>
                  </pic:nvPicPr>
                  <pic:blipFill>
                    <a:blip r:embed="rId39"/>
                    <a:stretch>
                      <a:fillRect/>
                    </a:stretch>
                  </pic:blipFill>
                  <pic:spPr>
                    <a:xfrm>
                      <a:off x="0" y="0"/>
                      <a:ext cx="5328000" cy="3041655"/>
                    </a:xfrm>
                    <a:prstGeom prst="rect"/>
                  </pic:spPr>
                </pic:pic>
              </a:graphicData>
            </a:graphic>
          </wp:inline>
        </w:drawing>
      </w:r>
    </w:p>
    <w:p>
      <w:pPr>
        <w:pStyle w:val="Caption"/>
        <w:jc w:val="center"/>
      </w:pPr>
      <w:r>
        <w:rPr>
          <w:b/>
          <w:color w:val="404040"/>
        </w:rPr>
        <w:t>Extreme close-up of the weld crater and star hole, with a hand holding the workpiece for emphasis.</w:t>
      </w:r>
    </w:p>
    <w:p>
      <w:pPr/>
      <w:r>
        <w:rPr>
          <w:b/>
          <w:color w:val="404040"/>
          <w:sz w:val="24"/>
          <w:rFonts w:ascii="Inter" w:hAnsi="Inter" w:eastAsia="Noto Sans CJK JP" w:cs="Noto Sans CJK JP"/>
        </w:rPr>
        <w:t>6</w:t>
      </w:r>
      <w:r>
        <w:rPr>
          <w:b/>
          <w:color w:val="404040"/>
          <w:sz w:val="24"/>
          <w:rFonts w:ascii="Inter" w:hAnsi="Inter" w:eastAsia="Noto Sans CJK JP" w:cs="Noto Sans CJK JP"/>
        </w:rPr>
        <w:t>1</w:t>
      </w:r>
      <w:r>
        <w:rPr>
          <w:b/>
          <w:color w:val="404040"/>
          <w:sz w:val="24"/>
          <w:rFonts w:ascii="Inter" w:hAnsi="Inter" w:eastAsia="Noto Sans CJK JP" w:cs="Noto Sans CJK JP"/>
        </w:rPr>
        <w: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U</w:t>
      </w:r>
      <w:r>
        <w:rPr>
          <w:b/>
          <w:color w:val="404040"/>
          <w:sz w:val="24"/>
          <w:rFonts w:ascii="Inter" w:hAnsi="Inter" w:eastAsia="Noto Sans CJK JP" w:cs="Noto Sans CJK JP"/>
        </w:rPr>
        <w:t>n</w:t>
      </w:r>
      <w:r>
        <w:rPr>
          <w:b/>
          <w:color w:val="404040"/>
          <w:sz w:val="24"/>
          <w:rFonts w:ascii="Inter" w:hAnsi="Inter" w:eastAsia="Noto Sans CJK JP" w:cs="Noto Sans CJK JP"/>
        </w:rPr>
        <w:t>d</w:t>
      </w:r>
      <w:r>
        <w:rPr>
          <w:b/>
          <w:color w:val="404040"/>
          <w:sz w:val="24"/>
          <w:rFonts w:ascii="Inter" w:hAnsi="Inter" w:eastAsia="Noto Sans CJK JP" w:cs="Noto Sans CJK JP"/>
        </w:rPr>
        <w:t>e</w:t>
      </w:r>
      <w:r>
        <w:rPr>
          <w:b/>
          <w:color w:val="404040"/>
          <w:sz w:val="24"/>
          <w:rFonts w:ascii="Inter" w:hAnsi="Inter" w:eastAsia="Noto Sans CJK JP" w:cs="Noto Sans CJK JP"/>
        </w:rPr>
        <w:t>r</w:t>
      </w:r>
      <w:r>
        <w:rPr>
          <w:b/>
          <w:color w:val="404040"/>
          <w:sz w:val="24"/>
          <w:rFonts w:ascii="Inter" w:hAnsi="Inter" w:eastAsia="Noto Sans CJK JP" w:cs="Noto Sans CJK JP"/>
        </w:rPr>
        <w:t>s</w:t>
      </w:r>
      <w:r>
        <w:rPr>
          <w:b/>
          <w:color w:val="404040"/>
          <w:sz w:val="24"/>
          <w:rFonts w:ascii="Inter" w:hAnsi="Inter" w:eastAsia="Noto Sans CJK JP" w:cs="Noto Sans CJK JP"/>
        </w:rPr>
        <w:t>t</w:t>
      </w:r>
      <w:r>
        <w:rPr>
          <w:b/>
          <w:color w:val="404040"/>
          <w:sz w:val="24"/>
          <w:rFonts w:ascii="Inter" w:hAnsi="Inter" w:eastAsia="Noto Sans CJK JP" w:cs="Noto Sans CJK JP"/>
        </w:rPr>
        <w:t>a</w:t>
      </w:r>
      <w:r>
        <w:rPr>
          <w:b/>
          <w:color w:val="404040"/>
          <w:sz w:val="24"/>
          <w:rFonts w:ascii="Inter" w:hAnsi="Inter" w:eastAsia="Noto Sans CJK JP" w:cs="Noto Sans CJK JP"/>
        </w:rPr>
        <w:t>n</w:t>
      </w:r>
      <w:r>
        <w:rPr>
          <w:b/>
          <w:color w:val="404040"/>
          <w:sz w:val="24"/>
          <w:rFonts w:ascii="Inter" w:hAnsi="Inter" w:eastAsia="Noto Sans CJK JP" w:cs="Noto Sans CJK JP"/>
        </w:rPr>
        <w:t>d</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h</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c</w:t>
      </w:r>
      <w:r>
        <w:rPr>
          <w:b/>
          <w:color w:val="404040"/>
          <w:sz w:val="24"/>
          <w:rFonts w:ascii="Inter" w:hAnsi="Inter" w:eastAsia="Noto Sans CJK JP" w:cs="Noto Sans CJK JP"/>
        </w:rPr>
        <w:t>r</w:t>
      </w:r>
      <w:r>
        <w:rPr>
          <w:b/>
          <w:color w:val="404040"/>
          <w:sz w:val="24"/>
          <w:rFonts w:ascii="Inter" w:hAnsi="Inter" w:eastAsia="Noto Sans CJK JP" w:cs="Noto Sans CJK JP"/>
        </w:rPr>
        <w:t>a</w:t>
      </w:r>
      <w:r>
        <w:rPr>
          <w:b/>
          <w:color w:val="404040"/>
          <w:sz w:val="24"/>
          <w:rFonts w:ascii="Inter" w:hAnsi="Inter" w:eastAsia="Noto Sans CJK JP" w:cs="Noto Sans CJK JP"/>
        </w:rPr>
        <w:t>c</w:t>
      </w:r>
      <w:r>
        <w:rPr>
          <w:b/>
          <w:color w:val="404040"/>
          <w:sz w:val="24"/>
          <w:rFonts w:ascii="Inter" w:hAnsi="Inter" w:eastAsia="Noto Sans CJK JP" w:cs="Noto Sans CJK JP"/>
        </w:rPr>
        <w:t>k</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r</w:t>
      </w:r>
      <w:r>
        <w:rPr>
          <w:b/>
          <w:color w:val="404040"/>
          <w:sz w:val="24"/>
          <w:rFonts w:ascii="Inter" w:hAnsi="Inter" w:eastAsia="Noto Sans CJK JP" w:cs="Noto Sans CJK JP"/>
        </w:rPr>
        <w:t>i</w:t>
      </w:r>
      <w:r>
        <w:rPr>
          <w:b/>
          <w:color w:val="404040"/>
          <w:sz w:val="24"/>
          <w:rFonts w:ascii="Inter" w:hAnsi="Inter" w:eastAsia="Noto Sans CJK JP" w:cs="Noto Sans CJK JP"/>
        </w:rPr>
        <w:t>s</w:t>
      </w:r>
      <w:r>
        <w:rPr>
          <w:b/>
          <w:color w:val="404040"/>
          <w:sz w:val="24"/>
          <w:rFonts w:ascii="Inter" w:hAnsi="Inter" w:eastAsia="Noto Sans CJK JP" w:cs="Noto Sans CJK JP"/>
        </w:rPr>
        <w:t>k</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f</w:t>
      </w:r>
      <w:r>
        <w:rPr>
          <w:b/>
          <w:color w:val="404040"/>
          <w:sz w:val="24"/>
          <w:rFonts w:ascii="Inter" w:hAnsi="Inter" w:eastAsia="Noto Sans CJK JP" w:cs="Noto Sans CJK JP"/>
        </w:rPr>
        <w:t>r</w:t>
      </w:r>
      <w:r>
        <w:rPr>
          <w:b/>
          <w:color w:val="404040"/>
          <w:sz w:val="24"/>
          <w:rFonts w:ascii="Inter" w:hAnsi="Inter" w:eastAsia="Noto Sans CJK JP" w:cs="Noto Sans CJK JP"/>
        </w:rPr>
        <w:t>o</w:t>
      </w:r>
      <w:r>
        <w:rPr>
          <w:b/>
          <w:color w:val="404040"/>
          <w:sz w:val="24"/>
          <w:rFonts w:ascii="Inter" w:hAnsi="Inter" w:eastAsia="Noto Sans CJK JP" w:cs="Noto Sans CJK JP"/>
        </w:rPr>
        <w:t>m</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u</w:t>
      </w:r>
      <w:r>
        <w:rPr>
          <w:b/>
          <w:color w:val="404040"/>
          <w:sz w:val="24"/>
          <w:rFonts w:ascii="Inter" w:hAnsi="Inter" w:eastAsia="Noto Sans CJK JP" w:cs="Noto Sans CJK JP"/>
        </w:rPr>
        <w:t>n</w:t>
      </w:r>
      <w:r>
        <w:rPr>
          <w:b/>
          <w:color w:val="404040"/>
          <w:sz w:val="24"/>
          <w:rFonts w:ascii="Inter" w:hAnsi="Inter" w:eastAsia="Noto Sans CJK JP" w:cs="Noto Sans CJK JP"/>
        </w:rPr>
        <w:t>f</w:t>
      </w:r>
      <w:r>
        <w:rPr>
          <w:b/>
          <w:color w:val="404040"/>
          <w:sz w:val="24"/>
          <w:rFonts w:ascii="Inter" w:hAnsi="Inter" w:eastAsia="Noto Sans CJK JP" w:cs="Noto Sans CJK JP"/>
        </w:rPr>
        <w:t>i</w:t>
      </w:r>
      <w:r>
        <w:rPr>
          <w:b/>
          <w:color w:val="404040"/>
          <w:sz w:val="24"/>
          <w:rFonts w:ascii="Inter" w:hAnsi="Inter" w:eastAsia="Noto Sans CJK JP" w:cs="Noto Sans CJK JP"/>
        </w:rPr>
        <w:t>l</w:t>
      </w:r>
      <w:r>
        <w:rPr>
          <w:b/>
          <w:color w:val="404040"/>
          <w:sz w:val="24"/>
          <w:rFonts w:ascii="Inter" w:hAnsi="Inter" w:eastAsia="Noto Sans CJK JP" w:cs="Noto Sans CJK JP"/>
        </w:rPr>
        <w:t>l</w:t>
      </w:r>
      <w:r>
        <w:rPr>
          <w:b/>
          <w:color w:val="404040"/>
          <w:sz w:val="24"/>
          <w:rFonts w:ascii="Inter" w:hAnsi="Inter" w:eastAsia="Noto Sans CJK JP" w:cs="Noto Sans CJK JP"/>
        </w:rPr>
        <w:t>e</w:t>
      </w:r>
      <w:r>
        <w:rPr>
          <w:b/>
          <w:color w:val="404040"/>
          <w:sz w:val="24"/>
          <w:rFonts w:ascii="Inter" w:hAnsi="Inter" w:eastAsia="Noto Sans CJK JP" w:cs="Noto Sans CJK JP"/>
        </w:rPr>
        <w:t>d</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c</w:t>
      </w:r>
      <w:r>
        <w:rPr>
          <w:b/>
          <w:color w:val="404040"/>
          <w:sz w:val="24"/>
          <w:rFonts w:ascii="Inter" w:hAnsi="Inter" w:eastAsia="Noto Sans CJK JP" w:cs="Noto Sans CJK JP"/>
        </w:rPr>
        <w:t>r</w:t>
      </w:r>
      <w:r>
        <w:rPr>
          <w:b/>
          <w:color w:val="404040"/>
          <w:sz w:val="24"/>
          <w:rFonts w:ascii="Inter" w:hAnsi="Inter" w:eastAsia="Noto Sans CJK JP" w:cs="Noto Sans CJK JP"/>
        </w:rPr>
        <w:t>a</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r</w:t>
      </w:r>
      <w:r>
        <w:rPr>
          <w:b/>
          <w:color w:val="404040"/>
          <w:sz w:val="24"/>
          <w:rFonts w:ascii="Inter" w:hAnsi="Inter" w:eastAsia="Noto Sans CJK JP" w:cs="Noto Sans CJK JP"/>
        </w:rPr>
        <w:t>s</w:t>
      </w:r>
      <w:r>
        <w:rPr>
          <w:b/>
          <w:color w:val="404040"/>
          <w:sz w:val="24"/>
          <w:rFonts w:ascii="Inter" w:hAnsi="Inter" w:eastAsia="Noto Sans CJK JP" w:cs="Noto Sans CJK JP"/>
        </w:rPr>
        <w:t>.</w:t>
      </w:r>
      <w:r>
        <w:rPr>
          <w:color w:val="404040"/>
          <w:sz w:val="24"/>
          <w:rFonts w:ascii="Inter" w:hAnsi="Inter" w:eastAsia="Noto Sans CJK JP" w:cs="Noto Sans CJK JP"/>
        </w:rPr>
        <w:br/>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b</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w:t>
      </w:r>
    </w:p>
    <w:p>
      <w:pPr/>
      <w:r>
        <w:rPr>
          <w:b/>
          <w:color w:val="404040"/>
          <w:sz w:val="24"/>
          <w:rFonts w:ascii="Inter" w:hAnsi="Inter" w:eastAsia="Noto Sans CJK JP" w:cs="Noto Sans CJK JP"/>
        </w:rPr>
        <w:t>S</w:t>
      </w:r>
      <w:r>
        <w:rPr>
          <w:b/>
          <w:color w:val="404040"/>
          <w:sz w:val="24"/>
          <w:rFonts w:ascii="Inter" w:hAnsi="Inter" w:eastAsia="Noto Sans CJK JP" w:cs="Noto Sans CJK JP"/>
        </w:rPr>
        <w:t>a</w:t>
      </w:r>
      <w:r>
        <w:rPr>
          <w:b/>
          <w:color w:val="404040"/>
          <w:sz w:val="24"/>
          <w:rFonts w:ascii="Inter" w:hAnsi="Inter" w:eastAsia="Noto Sans CJK JP" w:cs="Noto Sans CJK JP"/>
        </w:rPr>
        <w:t>f</w:t>
      </w:r>
      <w:r>
        <w:rPr>
          <w:b/>
          <w:color w:val="404040"/>
          <w:sz w:val="24"/>
          <w:rFonts w:ascii="Inter" w:hAnsi="Inter" w:eastAsia="Noto Sans CJK JP" w:cs="Noto Sans CJK JP"/>
        </w:rPr>
        <w:t>e</w:t>
      </w:r>
      <w:r>
        <w:rPr>
          <w:b/>
          <w:color w:val="404040"/>
          <w:sz w:val="24"/>
          <w:rFonts w:ascii="Inter" w:hAnsi="Inter" w:eastAsia="Noto Sans CJK JP" w:cs="Noto Sans CJK JP"/>
        </w:rPr>
        <w:t>t</w:t>
      </w:r>
      <w:r>
        <w:rPr>
          <w:b/>
          <w:color w:val="404040"/>
          <w:sz w:val="24"/>
          <w:rFonts w:ascii="Inter" w:hAnsi="Inter" w:eastAsia="Noto Sans CJK JP" w:cs="Noto Sans CJK JP"/>
        </w:rPr>
        <w:t>y</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n</w:t>
      </w:r>
      <w:r>
        <w:rPr>
          <w:b/>
          <w:color w:val="404040"/>
          <w:sz w:val="24"/>
          <w:rFonts w:ascii="Inter" w:hAnsi="Inter" w:eastAsia="Noto Sans CJK JP" w:cs="Noto Sans CJK JP"/>
        </w:rPr>
        <w:t>o</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b</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w:t>
      </w:r>
    </w:p>
    <w:p>
      <w:pPr/>
      <w:r>
        <w:rPr>
          <w:b/>
          <w:color w:val="404040"/>
          <w:sz w:val="24"/>
          <w:rFonts w:ascii="Inter" w:hAnsi="Inter" w:eastAsia="Noto Sans CJK JP" w:cs="Noto Sans CJK JP"/>
        </w:rPr>
        <w:t>6</w:t>
      </w:r>
      <w:r>
        <w:rPr>
          <w:b/>
          <w:color w:val="404040"/>
          <w:sz w:val="24"/>
          <w:rFonts w:ascii="Inter" w:hAnsi="Inter" w:eastAsia="Noto Sans CJK JP" w:cs="Noto Sans CJK JP"/>
        </w:rPr>
        <w:t>2</w:t>
      </w:r>
      <w:r>
        <w:rPr>
          <w:b/>
          <w:color w:val="404040"/>
          <w:sz w:val="24"/>
          <w:rFonts w:ascii="Inter" w:hAnsi="Inter" w:eastAsia="Noto Sans CJK JP" w:cs="Noto Sans CJK JP"/>
        </w:rPr>
        <w: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F</w:t>
      </w:r>
      <w:r>
        <w:rPr>
          <w:b/>
          <w:color w:val="404040"/>
          <w:sz w:val="24"/>
          <w:rFonts w:ascii="Inter" w:hAnsi="Inter" w:eastAsia="Noto Sans CJK JP" w:cs="Noto Sans CJK JP"/>
        </w:rPr>
        <w:t>i</w:t>
      </w:r>
      <w:r>
        <w:rPr>
          <w:b/>
          <w:color w:val="404040"/>
          <w:sz w:val="24"/>
          <w:rFonts w:ascii="Inter" w:hAnsi="Inter" w:eastAsia="Noto Sans CJK JP" w:cs="Noto Sans CJK JP"/>
        </w:rPr>
        <w:t>l</w:t>
      </w:r>
      <w:r>
        <w:rPr>
          <w:b/>
          <w:color w:val="404040"/>
          <w:sz w:val="24"/>
          <w:rFonts w:ascii="Inter" w:hAnsi="Inter" w:eastAsia="Noto Sans CJK JP" w:cs="Noto Sans CJK JP"/>
        </w:rPr>
        <w:t>l</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w</w:t>
      </w:r>
      <w:r>
        <w:rPr>
          <w:b/>
          <w:color w:val="404040"/>
          <w:sz w:val="24"/>
          <w:rFonts w:ascii="Inter" w:hAnsi="Inter" w:eastAsia="Noto Sans CJK JP" w:cs="Noto Sans CJK JP"/>
        </w:rPr>
        <w:t>e</w:t>
      </w:r>
      <w:r>
        <w:rPr>
          <w:b/>
          <w:color w:val="404040"/>
          <w:sz w:val="24"/>
          <w:rFonts w:ascii="Inter" w:hAnsi="Inter" w:eastAsia="Noto Sans CJK JP" w:cs="Noto Sans CJK JP"/>
        </w:rPr>
        <w:t>l</w:t>
      </w:r>
      <w:r>
        <w:rPr>
          <w:b/>
          <w:color w:val="404040"/>
          <w:sz w:val="24"/>
          <w:rFonts w:ascii="Inter" w:hAnsi="Inter" w:eastAsia="Noto Sans CJK JP" w:cs="Noto Sans CJK JP"/>
        </w:rPr>
        <w:t>d</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c</w:t>
      </w:r>
      <w:r>
        <w:rPr>
          <w:b/>
          <w:color w:val="404040"/>
          <w:sz w:val="24"/>
          <w:rFonts w:ascii="Inter" w:hAnsi="Inter" w:eastAsia="Noto Sans CJK JP" w:cs="Noto Sans CJK JP"/>
        </w:rPr>
        <w:t>r</w:t>
      </w:r>
      <w:r>
        <w:rPr>
          <w:b/>
          <w:color w:val="404040"/>
          <w:sz w:val="24"/>
          <w:rFonts w:ascii="Inter" w:hAnsi="Inter" w:eastAsia="Noto Sans CJK JP" w:cs="Noto Sans CJK JP"/>
        </w:rPr>
        <w:t>a</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r</w:t>
      </w:r>
      <w:r>
        <w:rPr>
          <w:b/>
          <w:color w:val="404040"/>
          <w:sz w:val="24"/>
          <w:rFonts w:ascii="Inter" w:hAnsi="Inter" w:eastAsia="Noto Sans CJK JP" w:cs="Noto Sans CJK JP"/>
        </w:rPr>
        <w:t>s</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c</w:t>
      </w:r>
      <w:r>
        <w:rPr>
          <w:b/>
          <w:color w:val="404040"/>
          <w:sz w:val="24"/>
          <w:rFonts w:ascii="Inter" w:hAnsi="Inter" w:eastAsia="Noto Sans CJK JP" w:cs="Noto Sans CJK JP"/>
        </w:rPr>
        <w:t>o</w:t>
      </w:r>
      <w:r>
        <w:rPr>
          <w:b/>
          <w:color w:val="404040"/>
          <w:sz w:val="24"/>
          <w:rFonts w:ascii="Inter" w:hAnsi="Inter" w:eastAsia="Noto Sans CJK JP" w:cs="Noto Sans CJK JP"/>
        </w:rPr>
        <w:t>m</w:t>
      </w:r>
      <w:r>
        <w:rPr>
          <w:b/>
          <w:color w:val="404040"/>
          <w:sz w:val="24"/>
          <w:rFonts w:ascii="Inter" w:hAnsi="Inter" w:eastAsia="Noto Sans CJK JP" w:cs="Noto Sans CJK JP"/>
        </w:rPr>
        <w:t>p</w:t>
      </w:r>
      <w:r>
        <w:rPr>
          <w:b/>
          <w:color w:val="404040"/>
          <w:sz w:val="24"/>
          <w:rFonts w:ascii="Inter" w:hAnsi="Inter" w:eastAsia="Noto Sans CJK JP" w:cs="Noto Sans CJK JP"/>
        </w:rPr>
        <w:t>l</w:t>
      </w:r>
      <w:r>
        <w:rPr>
          <w:b/>
          <w:color w:val="404040"/>
          <w:sz w:val="24"/>
          <w:rFonts w:ascii="Inter" w:hAnsi="Inter" w:eastAsia="Noto Sans CJK JP" w:cs="Noto Sans CJK JP"/>
        </w:rPr>
        <w:t>e</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l</w:t>
      </w:r>
      <w:r>
        <w:rPr>
          <w:b/>
          <w:color w:val="404040"/>
          <w:sz w:val="24"/>
          <w:rFonts w:ascii="Inter" w:hAnsi="Inter" w:eastAsia="Noto Sans CJK JP" w:cs="Noto Sans CJK JP"/>
        </w:rPr>
        <w:t>y</w:t>
      </w:r>
      <w:r>
        <w:rPr>
          <w:b/>
          <w:color w:val="404040"/>
          <w:sz w:val="24"/>
          <w:rFonts w:ascii="Inter" w:hAnsi="Inter" w:eastAsia="Noto Sans CJK JP" w:cs="Noto Sans CJK JP"/>
        </w:rPr>
        <w:t>.</w:t>
      </w:r>
      <w:r>
        <w:rPr>
          <w:color w:val="404040"/>
          <w:sz w:val="24"/>
          <w:rFonts w:ascii="Inter" w:hAnsi="Inter" w:eastAsia="Noto Sans CJK JP" w:cs="Noto Sans CJK JP"/>
        </w:rPr>
        <w:br/>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v</w:t>
      </w:r>
      <w:r>
        <w:rPr>
          <w:color w:val="404040"/>
          <w:sz w:val="24"/>
          <w:rFonts w:ascii="Inter" w:hAnsi="Inter" w:eastAsia="Noto Sans CJK JP" w:cs="Noto Sans CJK JP"/>
        </w:rPr>
        <w:t>o</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i</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w:t>
      </w:r>
    </w:p>
    <w:p>
      <w:pPr/>
      <w:r>
        <w:rPr>
          <w:b/>
          <w:color w:val="404040"/>
          <w:sz w:val="24"/>
          <w:rFonts w:ascii="Inter" w:hAnsi="Inter" w:eastAsia="Noto Sans CJK JP" w:cs="Noto Sans CJK JP"/>
        </w:rPr>
        <w:t>6</w:t>
      </w:r>
      <w:r>
        <w:rPr>
          <w:b/>
          <w:color w:val="404040"/>
          <w:sz w:val="24"/>
          <w:rFonts w:ascii="Inter" w:hAnsi="Inter" w:eastAsia="Noto Sans CJK JP" w:cs="Noto Sans CJK JP"/>
        </w:rPr>
        <w:t>3</w:t>
      </w:r>
      <w:r>
        <w:rPr>
          <w:b/>
          <w:color w:val="404040"/>
          <w:sz w:val="24"/>
          <w:rFonts w:ascii="Inter" w:hAnsi="Inter" w:eastAsia="Noto Sans CJK JP" w:cs="Noto Sans CJK JP"/>
        </w:rPr>
        <w: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B</w:t>
      </w:r>
      <w:r>
        <w:rPr>
          <w:b/>
          <w:color w:val="404040"/>
          <w:sz w:val="24"/>
          <w:rFonts w:ascii="Inter" w:hAnsi="Inter" w:eastAsia="Noto Sans CJK JP" w:cs="Noto Sans CJK JP"/>
        </w:rPr>
        <w:t>l</w:t>
      </w:r>
      <w:r>
        <w:rPr>
          <w:b/>
          <w:color w:val="404040"/>
          <w:sz w:val="24"/>
          <w:rFonts w:ascii="Inter" w:hAnsi="Inter" w:eastAsia="Noto Sans CJK JP" w:cs="Noto Sans CJK JP"/>
        </w:rPr>
        <w:t>e</w:t>
      </w:r>
      <w:r>
        <w:rPr>
          <w:b/>
          <w:color w:val="404040"/>
          <w:sz w:val="24"/>
          <w:rFonts w:ascii="Inter" w:hAnsi="Inter" w:eastAsia="Noto Sans CJK JP" w:cs="Noto Sans CJK JP"/>
        </w:rPr>
        <w:t>n</w:t>
      </w:r>
      <w:r>
        <w:rPr>
          <w:b/>
          <w:color w:val="404040"/>
          <w:sz w:val="24"/>
          <w:rFonts w:ascii="Inter" w:hAnsi="Inter" w:eastAsia="Noto Sans CJK JP" w:cs="Noto Sans CJK JP"/>
        </w:rPr>
        <w:t>d</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a</w:t>
      </w:r>
      <w:r>
        <w:rPr>
          <w:b/>
          <w:color w:val="404040"/>
          <w:sz w:val="24"/>
          <w:rFonts w:ascii="Inter" w:hAnsi="Inter" w:eastAsia="Noto Sans CJK JP" w:cs="Noto Sans CJK JP"/>
        </w:rPr>
        <w:t>n</w:t>
      </w:r>
      <w:r>
        <w:rPr>
          <w:b/>
          <w:color w:val="404040"/>
          <w:sz w:val="24"/>
          <w:rFonts w:ascii="Inter" w:hAnsi="Inter" w:eastAsia="Noto Sans CJK JP" w:cs="Noto Sans CJK JP"/>
        </w:rPr>
        <w:t>d</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c</w:t>
      </w:r>
      <w:r>
        <w:rPr>
          <w:b/>
          <w:color w:val="404040"/>
          <w:sz w:val="24"/>
          <w:rFonts w:ascii="Inter" w:hAnsi="Inter" w:eastAsia="Noto Sans CJK JP" w:cs="Noto Sans CJK JP"/>
        </w:rPr>
        <w:t>l</w:t>
      </w:r>
      <w:r>
        <w:rPr>
          <w:b/>
          <w:color w:val="404040"/>
          <w:sz w:val="24"/>
          <w:rFonts w:ascii="Inter" w:hAnsi="Inter" w:eastAsia="Noto Sans CJK JP" w:cs="Noto Sans CJK JP"/>
        </w:rPr>
        <w:t>e</w:t>
      </w:r>
      <w:r>
        <w:rPr>
          <w:b/>
          <w:color w:val="404040"/>
          <w:sz w:val="24"/>
          <w:rFonts w:ascii="Inter" w:hAnsi="Inter" w:eastAsia="Noto Sans CJK JP" w:cs="Noto Sans CJK JP"/>
        </w:rPr>
        <w:t>a</w:t>
      </w:r>
      <w:r>
        <w:rPr>
          <w:b/>
          <w:color w:val="404040"/>
          <w:sz w:val="24"/>
          <w:rFonts w:ascii="Inter" w:hAnsi="Inter" w:eastAsia="Noto Sans CJK JP" w:cs="Noto Sans CJK JP"/>
        </w:rPr>
        <w:t>n</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c</w:t>
      </w:r>
      <w:r>
        <w:rPr>
          <w:b/>
          <w:color w:val="404040"/>
          <w:sz w:val="24"/>
          <w:rFonts w:ascii="Inter" w:hAnsi="Inter" w:eastAsia="Noto Sans CJK JP" w:cs="Noto Sans CJK JP"/>
        </w:rPr>
        <w:t>r</w:t>
      </w:r>
      <w:r>
        <w:rPr>
          <w:b/>
          <w:color w:val="404040"/>
          <w:sz w:val="24"/>
          <w:rFonts w:ascii="Inter" w:hAnsi="Inter" w:eastAsia="Noto Sans CJK JP" w:cs="Noto Sans CJK JP"/>
        </w:rPr>
        <w:t>i</w:t>
      </w:r>
      <w:r>
        <w:rPr>
          <w:b/>
          <w:color w:val="404040"/>
          <w:sz w:val="24"/>
          <w:rFonts w:ascii="Inter" w:hAnsi="Inter" w:eastAsia="Noto Sans CJK JP" w:cs="Noto Sans CJK JP"/>
        </w:rPr>
        <w:t>t</w:t>
      </w:r>
      <w:r>
        <w:rPr>
          <w:b/>
          <w:color w:val="404040"/>
          <w:sz w:val="24"/>
          <w:rFonts w:ascii="Inter" w:hAnsi="Inter" w:eastAsia="Noto Sans CJK JP" w:cs="Noto Sans CJK JP"/>
        </w:rPr>
        <w:t>i</w:t>
      </w:r>
      <w:r>
        <w:rPr>
          <w:b/>
          <w:color w:val="404040"/>
          <w:sz w:val="24"/>
          <w:rFonts w:ascii="Inter" w:hAnsi="Inter" w:eastAsia="Noto Sans CJK JP" w:cs="Noto Sans CJK JP"/>
        </w:rPr>
        <w:t>c</w:t>
      </w:r>
      <w:r>
        <w:rPr>
          <w:b/>
          <w:color w:val="404040"/>
          <w:sz w:val="24"/>
          <w:rFonts w:ascii="Inter" w:hAnsi="Inter" w:eastAsia="Noto Sans CJK JP" w:cs="Noto Sans CJK JP"/>
        </w:rPr>
        <w:t>a</w:t>
      </w:r>
      <w:r>
        <w:rPr>
          <w:b/>
          <w:color w:val="404040"/>
          <w:sz w:val="24"/>
          <w:rFonts w:ascii="Inter" w:hAnsi="Inter" w:eastAsia="Noto Sans CJK JP" w:cs="Noto Sans CJK JP"/>
        </w:rPr>
        <w:t>l</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w</w:t>
      </w:r>
      <w:r>
        <w:rPr>
          <w:b/>
          <w:color w:val="404040"/>
          <w:sz w:val="24"/>
          <w:rFonts w:ascii="Inter" w:hAnsi="Inter" w:eastAsia="Noto Sans CJK JP" w:cs="Noto Sans CJK JP"/>
        </w:rPr>
        <w:t>e</w:t>
      </w:r>
      <w:r>
        <w:rPr>
          <w:b/>
          <w:color w:val="404040"/>
          <w:sz w:val="24"/>
          <w:rFonts w:ascii="Inter" w:hAnsi="Inter" w:eastAsia="Noto Sans CJK JP" w:cs="Noto Sans CJK JP"/>
        </w:rPr>
        <w:t>l</w:t>
      </w:r>
      <w:r>
        <w:rPr>
          <w:b/>
          <w:color w:val="404040"/>
          <w:sz w:val="24"/>
          <w:rFonts w:ascii="Inter" w:hAnsi="Inter" w:eastAsia="Noto Sans CJK JP" w:cs="Noto Sans CJK JP"/>
        </w:rPr>
        <w:t>d</w:t>
      </w:r>
      <w:r>
        <w:rPr>
          <w:b/>
          <w:color w:val="404040"/>
          <w:sz w:val="24"/>
          <w:rFonts w:ascii="Inter" w:hAnsi="Inter" w:eastAsia="Noto Sans CJK JP" w:cs="Noto Sans CJK JP"/>
        </w:rPr>
        <w:t>s</w:t>
      </w:r>
      <w:r>
        <w:rPr>
          <w:b/>
          <w:color w:val="404040"/>
          <w:sz w:val="24"/>
          <w:rFonts w:ascii="Inter" w:hAnsi="Inter" w:eastAsia="Noto Sans CJK JP" w:cs="Noto Sans CJK JP"/>
        </w:rPr>
        <w:t>.</w:t>
      </w:r>
      <w:r>
        <w:rPr>
          <w:color w:val="404040"/>
          <w:sz w:val="24"/>
          <w:rFonts w:ascii="Inter" w:hAnsi="Inter" w:eastAsia="Noto Sans CJK JP" w:cs="Noto Sans CJK JP"/>
        </w:rPr>
        <w:br/>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g</w:t>
      </w:r>
      <w:r>
        <w:rPr>
          <w:color w:val="404040"/>
          <w:sz w:val="24"/>
          <w:rFonts w:ascii="Inter" w:hAnsi="Inter" w:eastAsia="Noto Sans CJK JP" w:cs="Noto Sans CJK JP"/>
        </w:rPr>
        <w:t>h</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p>
    <w:p>
      <w:pPr>
        <w:keepNext/>
        <w:keepLines/>
      </w:pPr>
      <w:r>
        <w:rPr>
          <w:b/>
          <w:color w:val="404040"/>
          <w:sz w:val="24"/>
          <w:rFonts w:ascii="Inter" w:hAnsi="Inter" w:eastAsia="Noto Sans CJK JP" w:cs="Noto Sans CJK JP"/>
        </w:rPr>
        <w:t>6</w:t>
      </w:r>
      <w:r>
        <w:rPr>
          <w:b/>
          <w:color w:val="404040"/>
          <w:sz w:val="24"/>
          <w:rFonts w:ascii="Inter" w:hAnsi="Inter" w:eastAsia="Noto Sans CJK JP" w:cs="Noto Sans CJK JP"/>
        </w:rPr>
        <w:t>4</w:t>
      </w:r>
      <w:r>
        <w:rPr>
          <w:b/>
          <w:color w:val="404040"/>
          <w:sz w:val="24"/>
          <w:rFonts w:ascii="Inter" w:hAnsi="Inter" w:eastAsia="Noto Sans CJK JP" w:cs="Noto Sans CJK JP"/>
        </w:rPr>
        <w: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R</w:t>
      </w:r>
      <w:r>
        <w:rPr>
          <w:b/>
          <w:color w:val="404040"/>
          <w:sz w:val="24"/>
          <w:rFonts w:ascii="Inter" w:hAnsi="Inter" w:eastAsia="Noto Sans CJK JP" w:cs="Noto Sans CJK JP"/>
        </w:rPr>
        <w:t>e</w:t>
      </w:r>
      <w:r>
        <w:rPr>
          <w:b/>
          <w:color w:val="404040"/>
          <w:sz w:val="24"/>
          <w:rFonts w:ascii="Inter" w:hAnsi="Inter" w:eastAsia="Noto Sans CJK JP" w:cs="Noto Sans CJK JP"/>
        </w:rPr>
        <w:t>f</w:t>
      </w:r>
      <w:r>
        <w:rPr>
          <w:b/>
          <w:color w:val="404040"/>
          <w:sz w:val="24"/>
          <w:rFonts w:ascii="Inter" w:hAnsi="Inter" w:eastAsia="Noto Sans CJK JP" w:cs="Noto Sans CJK JP"/>
        </w:rPr>
        <w:t>l</w:t>
      </w:r>
      <w:r>
        <w:rPr>
          <w:b/>
          <w:color w:val="404040"/>
          <w:sz w:val="24"/>
          <w:rFonts w:ascii="Inter" w:hAnsi="Inter" w:eastAsia="Noto Sans CJK JP" w:cs="Noto Sans CJK JP"/>
        </w:rPr>
        <w:t>e</w:t>
      </w:r>
      <w:r>
        <w:rPr>
          <w:b/>
          <w:color w:val="404040"/>
          <w:sz w:val="24"/>
          <w:rFonts w:ascii="Inter" w:hAnsi="Inter" w:eastAsia="Noto Sans CJK JP" w:cs="Noto Sans CJK JP"/>
        </w:rPr>
        <w:t>c</w:t>
      </w:r>
      <w:r>
        <w:rPr>
          <w:b/>
          <w:color w:val="404040"/>
          <w:sz w:val="24"/>
          <w:rFonts w:ascii="Inter" w:hAnsi="Inter" w:eastAsia="Noto Sans CJK JP" w:cs="Noto Sans CJK JP"/>
        </w:rPr>
        <w:t>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o</w:t>
      </w:r>
      <w:r>
        <w:rPr>
          <w:b/>
          <w:color w:val="404040"/>
          <w:sz w:val="24"/>
          <w:rFonts w:ascii="Inter" w:hAnsi="Inter" w:eastAsia="Noto Sans CJK JP" w:cs="Noto Sans CJK JP"/>
        </w:rPr>
        <w:t>n</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h</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g</w:t>
      </w:r>
      <w:r>
        <w:rPr>
          <w:b/>
          <w:color w:val="404040"/>
          <w:sz w:val="24"/>
          <w:rFonts w:ascii="Inter" w:hAnsi="Inter" w:eastAsia="Noto Sans CJK JP" w:cs="Noto Sans CJK JP"/>
        </w:rPr>
        <w:t>o</w:t>
      </w:r>
      <w:r>
        <w:rPr>
          <w:b/>
          <w:color w:val="404040"/>
          <w:sz w:val="24"/>
          <w:rFonts w:ascii="Inter" w:hAnsi="Inter" w:eastAsia="Noto Sans CJK JP" w:cs="Noto Sans CJK JP"/>
        </w:rPr>
        <w:t>a</w:t>
      </w:r>
      <w:r>
        <w:rPr>
          <w:b/>
          <w:color w:val="404040"/>
          <w:sz w:val="24"/>
          <w:rFonts w:ascii="Inter" w:hAnsi="Inter" w:eastAsia="Noto Sans CJK JP" w:cs="Noto Sans CJK JP"/>
        </w:rPr>
        <w:t>l</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o</w:t>
      </w:r>
      <w:r>
        <w:rPr>
          <w:b/>
          <w:color w:val="404040"/>
          <w:sz w:val="24"/>
          <w:rFonts w:ascii="Inter" w:hAnsi="Inter" w:eastAsia="Noto Sans CJK JP" w:cs="Noto Sans CJK JP"/>
        </w:rPr>
        <w:t>f</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h</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d</w:t>
      </w:r>
      <w:r>
        <w:rPr>
          <w:b/>
          <w:color w:val="404040"/>
          <w:sz w:val="24"/>
          <w:rFonts w:ascii="Inter" w:hAnsi="Inter" w:eastAsia="Noto Sans CJK JP" w:cs="Noto Sans CJK JP"/>
        </w:rPr>
        <w:t>e</w:t>
      </w:r>
      <w:r>
        <w:rPr>
          <w:b/>
          <w:color w:val="404040"/>
          <w:sz w:val="24"/>
          <w:rFonts w:ascii="Inter" w:hAnsi="Inter" w:eastAsia="Noto Sans CJK JP" w:cs="Noto Sans CJK JP"/>
        </w:rPr>
        <w:t>m</w:t>
      </w:r>
      <w:r>
        <w:rPr>
          <w:b/>
          <w:color w:val="404040"/>
          <w:sz w:val="24"/>
          <w:rFonts w:ascii="Inter" w:hAnsi="Inter" w:eastAsia="Noto Sans CJK JP" w:cs="Noto Sans CJK JP"/>
        </w:rPr>
        <w:t>o</w:t>
      </w:r>
      <w:r>
        <w:rPr>
          <w:b/>
          <w:color w:val="404040"/>
          <w:sz w:val="24"/>
          <w:rFonts w:ascii="Inter" w:hAnsi="Inter" w:eastAsia="Noto Sans CJK JP" w:cs="Noto Sans CJK JP"/>
        </w:rPr>
        <w:t>n</w:t>
      </w:r>
      <w:r>
        <w:rPr>
          <w:b/>
          <w:color w:val="404040"/>
          <w:sz w:val="24"/>
          <w:rFonts w:ascii="Inter" w:hAnsi="Inter" w:eastAsia="Noto Sans CJK JP" w:cs="Noto Sans CJK JP"/>
        </w:rPr>
        <w:t>s</w:t>
      </w:r>
      <w:r>
        <w:rPr>
          <w:b/>
          <w:color w:val="404040"/>
          <w:sz w:val="24"/>
          <w:rFonts w:ascii="Inter" w:hAnsi="Inter" w:eastAsia="Noto Sans CJK JP" w:cs="Noto Sans CJK JP"/>
        </w:rPr>
        <w:t>t</w:t>
      </w:r>
      <w:r>
        <w:rPr>
          <w:b/>
          <w:color w:val="404040"/>
          <w:sz w:val="24"/>
          <w:rFonts w:ascii="Inter" w:hAnsi="Inter" w:eastAsia="Noto Sans CJK JP" w:cs="Noto Sans CJK JP"/>
        </w:rPr>
        <w:t>r</w:t>
      </w:r>
      <w:r>
        <w:rPr>
          <w:b/>
          <w:color w:val="404040"/>
          <w:sz w:val="24"/>
          <w:rFonts w:ascii="Inter" w:hAnsi="Inter" w:eastAsia="Noto Sans CJK JP" w:cs="Noto Sans CJK JP"/>
        </w:rPr>
        <w:t>a</w:t>
      </w:r>
      <w:r>
        <w:rPr>
          <w:b/>
          <w:color w:val="404040"/>
          <w:sz w:val="24"/>
          <w:rFonts w:ascii="Inter" w:hAnsi="Inter" w:eastAsia="Noto Sans CJK JP" w:cs="Noto Sans CJK JP"/>
        </w:rPr>
        <w:t>t</w:t>
      </w:r>
      <w:r>
        <w:rPr>
          <w:b/>
          <w:color w:val="404040"/>
          <w:sz w:val="24"/>
          <w:rFonts w:ascii="Inter" w:hAnsi="Inter" w:eastAsia="Noto Sans CJK JP" w:cs="Noto Sans CJK JP"/>
        </w:rPr>
        <w:t>i</w:t>
      </w:r>
      <w:r>
        <w:rPr>
          <w:b/>
          <w:color w:val="404040"/>
          <w:sz w:val="24"/>
          <w:rFonts w:ascii="Inter" w:hAnsi="Inter" w:eastAsia="Noto Sans CJK JP" w:cs="Noto Sans CJK JP"/>
        </w:rPr>
        <w:t>o</w:t>
      </w:r>
      <w:r>
        <w:rPr>
          <w:b/>
          <w:color w:val="404040"/>
          <w:sz w:val="24"/>
          <w:rFonts w:ascii="Inter" w:hAnsi="Inter" w:eastAsia="Noto Sans CJK JP" w:cs="Noto Sans CJK JP"/>
        </w:rPr>
        <w:t>n</w:t>
      </w:r>
      <w:r>
        <w:rPr>
          <w:b/>
          <w:color w:val="404040"/>
          <w:sz w:val="24"/>
          <w:rFonts w:ascii="Inter" w:hAnsi="Inter" w:eastAsia="Noto Sans CJK JP" w:cs="Noto Sans CJK JP"/>
        </w:rPr>
        <w:t>.</w:t>
      </w:r>
      <w:r>
        <w:rPr>
          <w:color w:val="404040"/>
          <w:sz w:val="24"/>
          <w:rFonts w:ascii="Inter" w:hAnsi="Inter" w:eastAsia="Noto Sans CJK JP" w:cs="Noto Sans CJK JP"/>
        </w:rPr>
        <w:br/>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o</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b</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50" name="Picture 50"/>
            <wp:cNvGraphicFramePr>
              <a:graphicFrameLocks noChangeAspect="1"/>
            </wp:cNvGraphicFramePr>
            <a:graphic>
              <a:graphicData uri="http://schemas.openxmlformats.org/drawingml/2006/picture">
                <pic:pic>
                  <pic:nvPicPr>
                    <pic:cNvPr id="0" name="image.jpg"/>
                    <pic:cNvPicPr/>
                  </pic:nvPicPr>
                  <pic:blipFill>
                    <a:blip r:embed="rId41"/>
                    <a:stretch>
                      <a:fillRect/>
                    </a:stretch>
                  </pic:blipFill>
                  <pic:spPr>
                    <a:xfrm>
                      <a:off x="0" y="0"/>
                      <a:ext cx="5328000" cy="3041655"/>
                    </a:xfrm>
                    <a:prstGeom prst="rect"/>
                  </pic:spPr>
                </pic:pic>
              </a:graphicData>
            </a:graphic>
          </wp:inline>
        </w:drawing>
      </w:r>
    </w:p>
    <w:p>
      <w:pPr>
        <w:pStyle w:val="Caption"/>
        <w:jc w:val="center"/>
      </w:pPr>
      <w:r>
        <w:rPr>
          <w:b/>
          <w:color w:val="404040"/>
        </w:rPr>
        <w:t>Instructor facing camera in workshop, encouraging viewers to subscribe for more welding videos</w:t>
      </w:r>
    </w:p>
    <w:p>
      <w:pPr>
        <w:keepNext/>
        <w:keepLines/>
      </w:pPr>
      <w:r>
        <w:rPr>
          <w:b/>
          <w:color w:val="404040"/>
          <w:sz w:val="24"/>
          <w:rFonts w:ascii="Inter" w:hAnsi="Inter" w:eastAsia="Noto Sans CJK JP" w:cs="Noto Sans CJK JP"/>
        </w:rPr>
        <w:t>6</w:t>
      </w:r>
      <w:r>
        <w:rPr>
          <w:b/>
          <w:color w:val="404040"/>
          <w:sz w:val="24"/>
          <w:rFonts w:ascii="Inter" w:hAnsi="Inter" w:eastAsia="Noto Sans CJK JP" w:cs="Noto Sans CJK JP"/>
        </w:rPr>
        <w:t>5</w:t>
      </w:r>
      <w:r>
        <w:rPr>
          <w:b/>
          <w:color w:val="404040"/>
          <w:sz w:val="24"/>
          <w:rFonts w:ascii="Inter" w:hAnsi="Inter" w:eastAsia="Noto Sans CJK JP" w:cs="Noto Sans CJK JP"/>
        </w:rPr>
        <w: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R</w:t>
      </w:r>
      <w:r>
        <w:rPr>
          <w:b/>
          <w:color w:val="404040"/>
          <w:sz w:val="24"/>
          <w:rFonts w:ascii="Inter" w:hAnsi="Inter" w:eastAsia="Noto Sans CJK JP" w:cs="Noto Sans CJK JP"/>
        </w:rPr>
        <w:t>e</w:t>
      </w:r>
      <w:r>
        <w:rPr>
          <w:b/>
          <w:color w:val="404040"/>
          <w:sz w:val="24"/>
          <w:rFonts w:ascii="Inter" w:hAnsi="Inter" w:eastAsia="Noto Sans CJK JP" w:cs="Noto Sans CJK JP"/>
        </w:rPr>
        <w:t>v</w:t>
      </w:r>
      <w:r>
        <w:rPr>
          <w:b/>
          <w:color w:val="404040"/>
          <w:sz w:val="24"/>
          <w:rFonts w:ascii="Inter" w:hAnsi="Inter" w:eastAsia="Noto Sans CJK JP" w:cs="Noto Sans CJK JP"/>
        </w:rPr>
        <w:t>i</w:t>
      </w:r>
      <w:r>
        <w:rPr>
          <w:b/>
          <w:color w:val="404040"/>
          <w:sz w:val="24"/>
          <w:rFonts w:ascii="Inter" w:hAnsi="Inter" w:eastAsia="Noto Sans CJK JP" w:cs="Noto Sans CJK JP"/>
        </w:rPr>
        <w:t>e</w:t>
      </w:r>
      <w:r>
        <w:rPr>
          <w:b/>
          <w:color w:val="404040"/>
          <w:sz w:val="24"/>
          <w:rFonts w:ascii="Inter" w:hAnsi="Inter" w:eastAsia="Noto Sans CJK JP" w:cs="Noto Sans CJK JP"/>
        </w:rPr>
        <w:t>w</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h</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w</w:t>
      </w:r>
      <w:r>
        <w:rPr>
          <w:b/>
          <w:color w:val="404040"/>
          <w:sz w:val="24"/>
          <w:rFonts w:ascii="Inter" w:hAnsi="Inter" w:eastAsia="Noto Sans CJK JP" w:cs="Noto Sans CJK JP"/>
        </w:rPr>
        <w:t>o</w:t>
      </w:r>
      <w:r>
        <w:rPr>
          <w:b/>
          <w:color w:val="404040"/>
          <w:sz w:val="24"/>
          <w:rFonts w:ascii="Inter" w:hAnsi="Inter" w:eastAsia="Noto Sans CJK JP" w:cs="Noto Sans CJK JP"/>
        </w:rPr>
        <w:t>r</w:t>
      </w:r>
      <w:r>
        <w:rPr>
          <w:b/>
          <w:color w:val="404040"/>
          <w:sz w:val="24"/>
          <w:rFonts w:ascii="Inter" w:hAnsi="Inter" w:eastAsia="Noto Sans CJK JP" w:cs="Noto Sans CJK JP"/>
        </w:rPr>
        <w:t>k</w:t>
      </w:r>
      <w:r>
        <w:rPr>
          <w:b/>
          <w:color w:val="404040"/>
          <w:sz w:val="24"/>
          <w:rFonts w:ascii="Inter" w:hAnsi="Inter" w:eastAsia="Noto Sans CJK JP" w:cs="Noto Sans CJK JP"/>
        </w:rPr>
        <w:t>s</w:t>
      </w:r>
      <w:r>
        <w:rPr>
          <w:b/>
          <w:color w:val="404040"/>
          <w:sz w:val="24"/>
          <w:rFonts w:ascii="Inter" w:hAnsi="Inter" w:eastAsia="Noto Sans CJK JP" w:cs="Noto Sans CJK JP"/>
        </w:rPr>
        <w:t>h</w:t>
      </w:r>
      <w:r>
        <w:rPr>
          <w:b/>
          <w:color w:val="404040"/>
          <w:sz w:val="24"/>
          <w:rFonts w:ascii="Inter" w:hAnsi="Inter" w:eastAsia="Noto Sans CJK JP" w:cs="Noto Sans CJK JP"/>
        </w:rPr>
        <w:t>o</w:t>
      </w:r>
      <w:r>
        <w:rPr>
          <w:b/>
          <w:color w:val="404040"/>
          <w:sz w:val="24"/>
          <w:rFonts w:ascii="Inter" w:hAnsi="Inter" w:eastAsia="Noto Sans CJK JP" w:cs="Noto Sans CJK JP"/>
        </w:rPr>
        <w:t>p</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s</w:t>
      </w:r>
      <w:r>
        <w:rPr>
          <w:b/>
          <w:color w:val="404040"/>
          <w:sz w:val="24"/>
          <w:rFonts w:ascii="Inter" w:hAnsi="Inter" w:eastAsia="Noto Sans CJK JP" w:cs="Noto Sans CJK JP"/>
        </w:rPr>
        <w:t>e</w:t>
      </w:r>
      <w:r>
        <w:rPr>
          <w:b/>
          <w:color w:val="404040"/>
          <w:sz w:val="24"/>
          <w:rFonts w:ascii="Inter" w:hAnsi="Inter" w:eastAsia="Noto Sans CJK JP" w:cs="Noto Sans CJK JP"/>
        </w:rPr>
        <w:t>t</w:t>
      </w:r>
      <w:r>
        <w:rPr>
          <w:b/>
          <w:color w:val="404040"/>
          <w:sz w:val="24"/>
          <w:rFonts w:ascii="Inter" w:hAnsi="Inter" w:eastAsia="Noto Sans CJK JP" w:cs="Noto Sans CJK JP"/>
        </w:rPr>
        <w:t>u</w:t>
      </w:r>
      <w:r>
        <w:rPr>
          <w:b/>
          <w:color w:val="404040"/>
          <w:sz w:val="24"/>
          <w:rFonts w:ascii="Inter" w:hAnsi="Inter" w:eastAsia="Noto Sans CJK JP" w:cs="Noto Sans CJK JP"/>
        </w:rPr>
        <w:t>p</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a</w:t>
      </w:r>
      <w:r>
        <w:rPr>
          <w:b/>
          <w:color w:val="404040"/>
          <w:sz w:val="24"/>
          <w:rFonts w:ascii="Inter" w:hAnsi="Inter" w:eastAsia="Noto Sans CJK JP" w:cs="Noto Sans CJK JP"/>
        </w:rPr>
        <w:t>n</w:t>
      </w:r>
      <w:r>
        <w:rPr>
          <w:b/>
          <w:color w:val="404040"/>
          <w:sz w:val="24"/>
          <w:rFonts w:ascii="Inter" w:hAnsi="Inter" w:eastAsia="Noto Sans CJK JP" w:cs="Noto Sans CJK JP"/>
        </w:rPr>
        <w:t>d</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s</w:t>
      </w:r>
      <w:r>
        <w:rPr>
          <w:b/>
          <w:color w:val="404040"/>
          <w:sz w:val="24"/>
          <w:rFonts w:ascii="Inter" w:hAnsi="Inter" w:eastAsia="Noto Sans CJK JP" w:cs="Noto Sans CJK JP"/>
        </w:rPr>
        <w:t>a</w:t>
      </w:r>
      <w:r>
        <w:rPr>
          <w:b/>
          <w:color w:val="404040"/>
          <w:sz w:val="24"/>
          <w:rFonts w:ascii="Inter" w:hAnsi="Inter" w:eastAsia="Noto Sans CJK JP" w:cs="Noto Sans CJK JP"/>
        </w:rPr>
        <w:t>f</w:t>
      </w:r>
      <w:r>
        <w:rPr>
          <w:b/>
          <w:color w:val="404040"/>
          <w:sz w:val="24"/>
          <w:rFonts w:ascii="Inter" w:hAnsi="Inter" w:eastAsia="Noto Sans CJK JP" w:cs="Noto Sans CJK JP"/>
        </w:rPr>
        <w:t>e</w:t>
      </w:r>
      <w:r>
        <w:rPr>
          <w:b/>
          <w:color w:val="404040"/>
          <w:sz w:val="24"/>
          <w:rFonts w:ascii="Inter" w:hAnsi="Inter" w:eastAsia="Noto Sans CJK JP" w:cs="Noto Sans CJK JP"/>
        </w:rPr>
        <w:t>t</w:t>
      </w:r>
      <w:r>
        <w:rPr>
          <w:b/>
          <w:color w:val="404040"/>
          <w:sz w:val="24"/>
          <w:rFonts w:ascii="Inter" w:hAnsi="Inter" w:eastAsia="Noto Sans CJK JP" w:cs="Noto Sans CJK JP"/>
        </w:rPr>
        <w:t>y</w:t>
      </w:r>
      <w:r>
        <w:rPr>
          <w:b/>
          <w:color w:val="404040"/>
          <w:sz w:val="24"/>
          <w:rFonts w:ascii="Inter" w:hAnsi="Inter" w:eastAsia="Noto Sans CJK JP" w:cs="Noto Sans CJK JP"/>
        </w:rPr>
        <w:t>.</w:t>
      </w:r>
      <w:r>
        <w:rPr>
          <w:color w:val="404040"/>
          <w:sz w:val="24"/>
          <w:rFonts w:ascii="Inter" w:hAnsi="Inter" w:eastAsia="Noto Sans CJK JP" w:cs="Noto Sans CJK JP"/>
        </w:rPr>
        <w:br/>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k</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i</w:t>
      </w:r>
      <w:r>
        <w:rPr>
          <w:color w:val="404040"/>
          <w:sz w:val="24"/>
          <w:rFonts w:ascii="Inter" w:hAnsi="Inter" w:eastAsia="Noto Sans CJK JP" w:cs="Noto Sans CJK JP"/>
        </w:rPr>
        <w:t>p</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8</w:t>
      </w:r>
      <w:r>
        <w:rPr>
          <w:color w:val="404040"/>
          <w:sz w:val="24"/>
          <w:rFonts w:ascii="Inter" w:hAnsi="Inter" w:eastAsia="Noto Sans CJK JP" w:cs="Noto Sans CJK JP"/>
        </w:rPr>
        <w:t>5</w:t>
      </w:r>
      <w:r>
        <w:rPr>
          <w:color w:val="404040"/>
          <w:sz w:val="24"/>
          <w:rFonts w:ascii="Inter" w:hAnsi="Inter" w:eastAsia="Noto Sans CJK JP" w:cs="Noto Sans CJK JP"/>
        </w:rPr>
        <w:t>A</w:t>
      </w:r>
      <w:r>
        <w:rPr>
          <w:color w:val="404040"/>
          <w:sz w:val="24"/>
          <w:rFonts w:ascii="Inter" w:hAnsi="Inter" w:eastAsia="Noto Sans CJK JP" w:cs="Noto Sans CJK JP"/>
        </w:rPr>
        <w:t>/</w:t>
      </w:r>
      <w:r>
        <w:rPr>
          <w:color w:val="404040"/>
          <w:sz w:val="24"/>
          <w:rFonts w:ascii="Inter" w:hAnsi="Inter" w:eastAsia="Noto Sans CJK JP" w:cs="Noto Sans CJK JP"/>
        </w:rPr>
        <w:t>5</w:t>
      </w:r>
      <w:r>
        <w:rPr>
          <w:color w:val="404040"/>
          <w:sz w:val="24"/>
          <w:rFonts w:ascii="Inter" w:hAnsi="Inter" w:eastAsia="Noto Sans CJK JP" w:cs="Noto Sans CJK JP"/>
        </w:rPr>
        <w:t>2</w:t>
      </w:r>
      <w:r>
        <w:rPr>
          <w:color w:val="404040"/>
          <w:sz w:val="24"/>
          <w:rFonts w:ascii="Inter" w:hAnsi="Inter" w:eastAsia="Noto Sans CJK JP" w:cs="Noto Sans CJK JP"/>
        </w:rPr>
        <w:t>.</w:t>
      </w:r>
      <w:r>
        <w:rPr>
          <w:color w:val="404040"/>
          <w:sz w:val="24"/>
          <w:rFonts w:ascii="Inter" w:hAnsi="Inter" w:eastAsia="Noto Sans CJK JP" w:cs="Noto Sans CJK JP"/>
        </w:rPr>
        <w:t>0</w:t>
      </w:r>
      <w:r>
        <w:rPr>
          <w:color w:val="404040"/>
          <w:sz w:val="24"/>
          <w:rFonts w:ascii="Inter" w:hAnsi="Inter" w:eastAsia="Noto Sans CJK JP" w:cs="Noto Sans CJK JP"/>
        </w:rPr>
        <w:t>V</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d</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k</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j</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51" name="Picture 51"/>
            <wp:cNvGraphicFramePr>
              <a:graphicFrameLocks noChangeAspect="1"/>
            </wp:cNvGraphicFramePr>
            <a:graphic>
              <a:graphicData uri="http://schemas.openxmlformats.org/drawingml/2006/picture">
                <pic:pic>
                  <pic:nvPicPr>
                    <pic:cNvPr id="0" name="image.jpg"/>
                    <pic:cNvPicPr/>
                  </pic:nvPicPr>
                  <pic:blipFill>
                    <a:blip r:embed="rId42"/>
                    <a:stretch>
                      <a:fillRect/>
                    </a:stretch>
                  </pic:blipFill>
                  <pic:spPr>
                    <a:xfrm>
                      <a:off x="0" y="0"/>
                      <a:ext cx="5328000" cy="3041655"/>
                    </a:xfrm>
                    <a:prstGeom prst="rect"/>
                  </pic:spPr>
                </pic:pic>
              </a:graphicData>
            </a:graphic>
          </wp:inline>
        </w:drawing>
      </w:r>
    </w:p>
    <w:p>
      <w:pPr>
        <w:pStyle w:val="Caption"/>
        <w:keepNext/>
        <w:keepLines/>
        <w:jc w:val="center"/>
      </w:pPr>
      <w:r>
        <w:rPr>
          <w:b/>
          <w:color w:val="404040"/>
        </w:rPr>
        <w:t>Full PPE in place while holding a low hydrogen electrode and electrode holder; the welding machine is set to 85A/52.0V, with tools and metal pieces on the perforated welding table.</w:t>
      </w:r>
    </w:p>
    <w:p>
      <w:pPr>
        <w:keepNext/>
        <w:keepLines/>
        <w:jc w:val="center"/>
      </w:pPr>
      <w:r>
        <w:drawing>
          <wp:inline xmlns:a="http://schemas.openxmlformats.org/drawingml/2006/main" xmlns:pic="http://schemas.openxmlformats.org/drawingml/2006/picture">
            <wp:extent cx="5328000" cy="3041655"/>
            <wp:docPr id="52" name="Picture 52"/>
            <wp:cNvGraphicFramePr>
              <a:graphicFrameLocks noChangeAspect="1"/>
            </wp:cNvGraphicFramePr>
            <a:graphic>
              <a:graphicData uri="http://schemas.openxmlformats.org/drawingml/2006/picture">
                <pic:pic>
                  <pic:nvPicPr>
                    <pic:cNvPr id="0" name="image.jpg"/>
                    <pic:cNvPicPr/>
                  </pic:nvPicPr>
                  <pic:blipFill>
                    <a:blip r:embed="rId40"/>
                    <a:stretch>
                      <a:fillRect/>
                    </a:stretch>
                  </pic:blipFill>
                  <pic:spPr>
                    <a:xfrm>
                      <a:off x="0" y="0"/>
                      <a:ext cx="5328000" cy="3041655"/>
                    </a:xfrm>
                    <a:prstGeom prst="rect"/>
                  </pic:spPr>
                </pic:pic>
              </a:graphicData>
            </a:graphic>
          </wp:inline>
        </w:drawing>
      </w:r>
    </w:p>
    <w:p>
      <w:pPr>
        <w:pStyle w:val="Caption"/>
        <w:jc w:val="center"/>
      </w:pPr>
      <w:r>
        <w:rPr>
          <w:b/>
          <w:color w:val="404040"/>
        </w:rPr>
        <w:t>Wide view of the welding workshop showing the welding machine, tools, and safety gear on the workbench.</w:t>
      </w:r>
    </w:p>
    <w:p>
      <w:pPr>
        <w:pStyle w:val="Heading1"/>
        <w:keepNext/>
        <w:keepLines/>
        <w:outlineLvl w:val="0"/>
      </w:pPr>
      <w:r>
        <w:rPr>
          <w:b/>
          <w:color w:val="404040"/>
          <w:sz w:val="32"/>
          <w:rFonts w:ascii="Inter" w:hAnsi="Inter" w:eastAsia="Noto Sans CJK JP" w:cs="Noto Sans CJK JP"/>
        </w:rPr>
        <w:t>Verification / Summary</w:t>
      </w:r>
    </w:p>
    <w:p>
      <w:pPr>
        <w:keepNext/>
        <w:keepLines/>
      </w:pP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C</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y</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g</w:t>
      </w:r>
      <w:r>
        <w:rPr>
          <w:color w:val="404040"/>
          <w:sz w:val="24"/>
          <w:rFonts w:ascii="Inter" w:hAnsi="Inter" w:eastAsia="Noto Sans CJK JP" w:cs="Noto Sans CJK JP"/>
        </w:rPr>
        <w:t>h</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4</w:t>
      </w:r>
      <w:r>
        <w:rPr>
          <w:color w:val="404040"/>
          <w:sz w:val="24"/>
          <w:rFonts w:ascii="Inter" w:hAnsi="Inter" w:eastAsia="Noto Sans CJK JP" w:cs="Noto Sans CJK JP"/>
        </w:rPr>
        <w:t>0</w:t>
      </w:r>
      <w:r>
        <w:rPr>
          <w:color w:val="404040"/>
          <w:sz w:val="24"/>
          <w:rFonts w:ascii="Inter" w:hAnsi="Inter" w:eastAsia="Noto Sans CJK JP" w:cs="Noto Sans CJK JP"/>
        </w:rPr>
        <w:t>0</w:t>
      </w:r>
      <w:r>
        <w:rPr>
          <w:color w:val="404040"/>
          <w:sz w:val="24"/>
          <w:rFonts w:ascii="Inter" w:hAnsi="Inter" w:eastAsia="Noto Sans CJK JP" w:cs="Noto Sans CJK JP"/>
        </w:rPr>
        <w:t>°</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3</w:t>
      </w:r>
      <w:r>
        <w:rPr>
          <w:color w:val="404040"/>
          <w:sz w:val="24"/>
          <w:rFonts w:ascii="Inter" w:hAnsi="Inter" w:eastAsia="Noto Sans CJK JP" w:cs="Noto Sans CJK JP"/>
        </w:rPr>
        <w:t>/</w:t>
      </w:r>
      <w:r>
        <w:rPr>
          <w:color w:val="404040"/>
          <w:sz w:val="24"/>
          <w:rFonts w:ascii="Inter" w:hAnsi="Inter" w:eastAsia="Noto Sans CJK JP" w:cs="Noto Sans CJK JP"/>
        </w:rPr>
        <w:t>3</w:t>
      </w:r>
      <w:r>
        <w:rPr>
          <w:color w:val="404040"/>
          <w:sz w:val="24"/>
          <w:rFonts w:ascii="Inter" w:hAnsi="Inter" w:eastAsia="Noto Sans CJK JP" w:cs="Noto Sans CJK JP"/>
        </w:rPr>
        <w:t>2</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t</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x</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u</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p</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g</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u</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t</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v</w:t>
      </w:r>
      <w:r>
        <w:rPr>
          <w:color w:val="404040"/>
          <w:sz w:val="24"/>
          <w:rFonts w:ascii="Inter" w:hAnsi="Inter" w:eastAsia="Noto Sans CJK JP" w:cs="Noto Sans CJK JP"/>
        </w:rPr>
        <w:t>o</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b</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u</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k</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i</w:t>
      </w:r>
      <w:r>
        <w:rPr>
          <w:color w:val="404040"/>
          <w:sz w:val="24"/>
          <w:rFonts w:ascii="Inter" w:hAnsi="Inter" w:eastAsia="Noto Sans CJK JP" w:cs="Noto Sans CJK JP"/>
        </w:rPr>
        <w:t>p</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53" name="Picture 53"/>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5328000" cy="3041655"/>
                    </a:xfrm>
                    <a:prstGeom prst="rect"/>
                  </pic:spPr>
                </pic:pic>
              </a:graphicData>
            </a:graphic>
          </wp:inline>
        </w:drawing>
      </w:r>
    </w:p>
    <w:p>
      <w:pPr>
        <w:pStyle w:val="Caption"/>
        <w:keepNext/>
        <w:keepLines/>
        <w:jc w:val="center"/>
      </w:pPr>
      <w:r>
        <w:rPr>
          <w:b/>
          <w:color w:val="404040"/>
        </w:rPr>
        <w:t>On-screen text reading "DCEP (Electrode Positive) Reverse Polarity" is displayed over the welding setup, with the ESAB EMP 210 machine, welding helmet, wire brush, and aluminum workpieces visible on the table.</w:t>
      </w:r>
    </w:p>
    <w:p>
      <w:pPr>
        <w:keepNext/>
        <w:keepLines/>
        <w:jc w:val="center"/>
      </w:pPr>
      <w:r>
        <w:drawing>
          <wp:inline xmlns:a="http://schemas.openxmlformats.org/drawingml/2006/main" xmlns:pic="http://schemas.openxmlformats.org/drawingml/2006/picture">
            <wp:extent cx="5328000" cy="3041655"/>
            <wp:docPr id="54" name="Picture 54"/>
            <wp:cNvGraphicFramePr>
              <a:graphicFrameLocks noChangeAspect="1"/>
            </wp:cNvGraphicFramePr>
            <a:graphic>
              <a:graphicData uri="http://schemas.openxmlformats.org/drawingml/2006/picture">
                <pic:pic>
                  <pic:nvPicPr>
                    <pic:cNvPr id="0" name="image.jpg"/>
                    <pic:cNvPicPr/>
                  </pic:nvPicPr>
                  <pic:blipFill>
                    <a:blip r:embed="rId41"/>
                    <a:stretch>
                      <a:fillRect/>
                    </a:stretch>
                  </pic:blipFill>
                  <pic:spPr>
                    <a:xfrm>
                      <a:off x="0" y="0"/>
                      <a:ext cx="5328000" cy="3041655"/>
                    </a:xfrm>
                    <a:prstGeom prst="rect"/>
                  </pic:spPr>
                </pic:pic>
              </a:graphicData>
            </a:graphic>
          </wp:inline>
        </w:drawing>
      </w:r>
    </w:p>
    <w:p>
      <w:pPr>
        <w:pStyle w:val="Caption"/>
        <w:jc w:val="center"/>
      </w:pPr>
      <w:r>
        <w:rPr>
          <w:b/>
          <w:color w:val="404040"/>
        </w:rPr>
        <w:t>Aluminum weld joint on the workbench, rod pointing at the weld, ready for further cleaning or blending.</w:t>
      </w:r>
    </w:p>
    <w:p>
      <w:pPr/>
      <w:r>
        <w:br w:type="page"/>
      </w:r>
    </w:p>
    <w:sectPr w:rsidR="00FC693F" w:rsidRPr="0006063C" w:rsidSect="00034616">
      <w:headerReference w:type="default" r:id="rId43"/>
      <w:footerReference w:type="default" r:id="rId44"/>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r>
      <w:t>Generated with docsie.io</w:t>
    </w:r>
  </w:p>
  <w:p>
    <w:pPr>
      <w:jc w:val="right"/>
    </w:pPr>
    <w:r>
      <w:fldChar w:fldCharType="begin"/>
      <w:instrText xml:space="preserve">PAGE</w:instrText>
      <w:fldChar w:fldCharType="end"/>
    </w:r>
    <w:r>
      <w:t xml:space="preserve"> / </w:t>
    </w:r>
    <w:r>
      <w:fldChar w:fldCharType="begin"/>
      <w:instrText xml:space="preserve">NUMPAGES</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eastAsia="Noto Sans CJK JP" w:cs="Noto Sans CJK JP"/>
      <w:color w:val="40404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b/>
      <w:bCs/>
      <w:color w:val="404040"/>
      <w:sz w:val="28"/>
      <w:szCs w:val="28"/>
      <w:rFonts w:ascii="Inter" w:hAnsi="Inter" w:eastAsia="Noto Sans CJK JP" w:cs="Noto Sans CJK JP"/>
    </w:rPr>
  </w:style>
  <w:style w:type="paragraph" w:styleId="Heading2">
    <w:name w:val="heading 2"/>
    <w:basedOn w:val="Normal"/>
    <w:next w:val="Normal"/>
    <w:link w:val="Heading2Char"/>
    <w:uiPriority w:val="9"/>
    <w:unhideWhenUsed/>
    <w:qFormat/>
    <w:rsid w:val="00FC693F"/>
    <w:pPr>
      <w:keepNext/>
      <w:keepLines/>
      <w:spacing w:before="200" w:after="0"/>
      <w:outlineLvl w:val="1"/>
    </w:pPr>
    <w:rPr>
      <w:b/>
      <w:bCs/>
      <w:color w:val="404040"/>
      <w:sz w:val="26"/>
      <w:szCs w:val="26"/>
      <w:rFonts w:ascii="Inter" w:hAnsi="Inter" w:eastAsia="Noto Sans CJK JP" w:cs="Noto Sans CJK JP"/>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color w:val="404040"/>
      <w:spacing w:val="5"/>
      <w:kern w:val="28"/>
      <w:sz w:val="52"/>
      <w:szCs w:val="52"/>
      <w:rFonts w:ascii="Inter" w:hAnsi="Inter" w:eastAsia="Noto Sans CJK JP" w:cs="Noto Sans CJK JP"/>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rPr>
      <w:rFonts w:ascii="Inter" w:hAnsi="Inter" w:eastAsia="Noto Sans CJK JP" w:cs="Noto Sans CJK JP"/>
      <w:color w:val="404040"/>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04040"/>
      <w:sz w:val="20"/>
      <w:szCs w:val="18"/>
      <w:rFonts w:ascii="Inter" w:hAnsi="Inter" w:eastAsia="Noto Sans CJK JP" w:cs="Noto Sans CJK JP"/>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image" Target="media/image8.jpg"/><Relationship Id="rId17" Type="http://schemas.openxmlformats.org/officeDocument/2006/relationships/image" Target="media/image9.jpg"/><Relationship Id="rId18" Type="http://schemas.openxmlformats.org/officeDocument/2006/relationships/image" Target="media/image10.jpg"/><Relationship Id="rId19" Type="http://schemas.openxmlformats.org/officeDocument/2006/relationships/image" Target="media/image11.jpg"/><Relationship Id="rId20" Type="http://schemas.openxmlformats.org/officeDocument/2006/relationships/image" Target="media/image12.jpg"/><Relationship Id="rId21" Type="http://schemas.openxmlformats.org/officeDocument/2006/relationships/image" Target="media/image13.jpg"/><Relationship Id="rId22" Type="http://schemas.openxmlformats.org/officeDocument/2006/relationships/image" Target="media/image14.jpg"/><Relationship Id="rId23" Type="http://schemas.openxmlformats.org/officeDocument/2006/relationships/image" Target="media/image15.jpg"/><Relationship Id="rId24" Type="http://schemas.openxmlformats.org/officeDocument/2006/relationships/image" Target="media/image16.jpg"/><Relationship Id="rId25" Type="http://schemas.openxmlformats.org/officeDocument/2006/relationships/image" Target="media/image17.jpg"/><Relationship Id="rId26" Type="http://schemas.openxmlformats.org/officeDocument/2006/relationships/image" Target="media/image18.jpg"/><Relationship Id="rId27" Type="http://schemas.openxmlformats.org/officeDocument/2006/relationships/image" Target="media/image19.jpg"/><Relationship Id="rId28" Type="http://schemas.openxmlformats.org/officeDocument/2006/relationships/image" Target="media/image20.jpg"/><Relationship Id="rId29" Type="http://schemas.openxmlformats.org/officeDocument/2006/relationships/image" Target="media/image21.jpg"/><Relationship Id="rId30" Type="http://schemas.openxmlformats.org/officeDocument/2006/relationships/image" Target="media/image22.jpg"/><Relationship Id="rId31" Type="http://schemas.openxmlformats.org/officeDocument/2006/relationships/image" Target="media/image23.jpg"/><Relationship Id="rId32" Type="http://schemas.openxmlformats.org/officeDocument/2006/relationships/image" Target="media/image24.jpg"/><Relationship Id="rId33" Type="http://schemas.openxmlformats.org/officeDocument/2006/relationships/image" Target="media/image25.jpg"/><Relationship Id="rId34" Type="http://schemas.openxmlformats.org/officeDocument/2006/relationships/image" Target="media/image26.jpg"/><Relationship Id="rId35" Type="http://schemas.openxmlformats.org/officeDocument/2006/relationships/image" Target="media/image27.jpg"/><Relationship Id="rId36" Type="http://schemas.openxmlformats.org/officeDocument/2006/relationships/image" Target="media/image28.jpg"/><Relationship Id="rId37" Type="http://schemas.openxmlformats.org/officeDocument/2006/relationships/image" Target="media/image29.jpg"/><Relationship Id="rId38" Type="http://schemas.openxmlformats.org/officeDocument/2006/relationships/image" Target="media/image30.jpg"/><Relationship Id="rId39" Type="http://schemas.openxmlformats.org/officeDocument/2006/relationships/image" Target="media/image31.jpg"/><Relationship Id="rId40" Type="http://schemas.openxmlformats.org/officeDocument/2006/relationships/image" Target="media/image32.jpg"/><Relationship Id="rId41" Type="http://schemas.openxmlformats.org/officeDocument/2006/relationships/image" Target="media/image33.jpg"/><Relationship Id="rId42" Type="http://schemas.openxmlformats.org/officeDocument/2006/relationships/image" Target="media/image34.jpg"/><Relationship Id="rId43" Type="http://schemas.openxmlformats.org/officeDocument/2006/relationships/header" Target="header1.xml"/><Relationship Id="rId4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