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Calipers: Standard Operating Procedure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Understand the purpose of the caliper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On-screen text: "Vernier calipers can measure objects very precisely, but can be difficult to figure out."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Identify the important parts of the caliper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vernier caliper resting on a light wooden surface, with on-screen text: "First, you need to know the important parts of the caliper."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Position the object between the main jaws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holds a coin near the open main jaws of a vernier caliper, with on-screen text: "Take your object and close the main jaws around it."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Read the main scale measurement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caliper scales with on-screen text: "Find the last value on the main scale before the zero line on the vernier scale."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Read the vernier scale measurement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vernier and main scale with on-screen text: "...that lines up perfectly with a line on the main scale, and remember that value."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Multiply the vernier value by the smallest division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Main scale of the caliper with on-screen text: "And multiply the value by the smallest division of the main scale, 0.1 cm here."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Calculate the final measurement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caliper scales with on-screen text: "Now add this value to the measurement from the main scale, 2.1 cm."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Measure an internal diameter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uses the smaller jaws of a vernier caliper to measure the inner diameter of a tape roll, with on-screen text: "Use the smaller jaws to measure the inner diameter of an object."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Interpret a sample vernier scale reading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vernier caliper scales with on-screen text: "...and the scales line up at 6.4 on the vernier scale."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Measure the depth of an object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uses a vernier caliper to measure the depth of a tape roll, with on-screen text: "The depth of an object can be measured like so."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Understand the depth rod mechanism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Vernier caliper with jaws open and depth rod extended, with on-screen text: "...is the same length as the space between the main jaws."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Read the depth measurement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Vernier caliper with jaws open, with on-screen text: "Now the depth can be read off the caliper in the same way as the previous cases."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Calculate a sample measurement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caliper scales with on-screen text: "We have: 4.8 + (1.4/10) x 0.1 cm = 4.814 cm."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@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On-screen text: "For more videos, please visit us at www.ap.smu.ca/demos. Saint Mary's University @SMUPhysicsDemos"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