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How to Properly Use a Torque Wrench</w:t>
      </w:r>
    </w:p>
    <w:p>
      <w:pPr/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-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—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: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1: Understanding Torque Wrench Fundamentals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Understand the purpose of a torque wrench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Know where torque wrenches are used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Recognize what torque is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τ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τ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wheel with a green wrench and a red arrow showing rotational force, with the formula τ = d·F displayed in the corner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Identify different types of torque wrenches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Four torque wrenches of different sizes laid out in a truck bed, with a "CHRIS FIX" plate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Select the correct torque wrench for the job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Set the correct units on the torque wrench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torque wrench scale showing "TORQUES FOOT POUNDS" with a finger pointing at the scale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Adjust the torque wrench to the desired value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torque wrench scale with a finger pointing at the 100 foot-pounds mark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2: Using the Torque Wrench to Tighten Lug Nuts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Fine-tune the torque setting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torque wrench handle being rotated, with the scale visible and a hand adjusting the setting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Lock the torque setting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torque wrench handle and lock nut, showing the locking action at the set value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Attach the socket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Tighten the lug nut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torque wrench with a socket to tighten a lug nut on a car wheel, showing proper hand placement and tool orientation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Repeat for all lug nuts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Verify completion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Four torque wrenches of different sizes laid out in a truck bed, with a "CHRIS FIX" plate in the background, summarizing the tools used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3: Torque Wrench Tips and FAQs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gesturing toward four torque wrenches of different sizes laid out in a truck bed, with a "CHRIS FIX" plate in the background, indicating a discussion of tips and FAQs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Find accurate torque specifications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finger pointing to torque specifications in a vehicle service manual, with diagrams and detailed instructions visible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web browser showing a Google search for "2004 trailblazer axle nut torque" with results listing 103 ft lbs as the specification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Care for your torque wrench to ensure longevity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a large torque wrench, with three other torque wrenches and a "CHRIS FIX" plate in the background, emphasizing tool care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Store the wrench properly to maintain calibration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adjusting the handle of a torque wrench to the lowest setting, with the scale and numbers clearly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Understand the internal mechanism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disassembled torque wrench showing the internal spring and ratchet mechanism, with a "CHRIS FIX" plate in the background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gesturing toward a set of torque wrenches laid out in a truck bed, with a "CHRIS FIX" plate in the background, summarizing the importance of proper care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4: Proper Tool Use and Maintenance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Understand the purpose of each tool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a ratchet and points to a set of torque wrenches and breaker bars laid out on a truck bed. A license plate with "CHRIS FIX" is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Follow the proper tightening sequence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a ratchet and a torque wrench, with the on-screen text "Don't use a torque wrench to loosen nuts/bolts either" displayed. Several torque wrenches and a breaker bar are laid out on a truck bed.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Consider torque wrench calibration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gestures toward a set of torque wrenches and a breaker bar laid out on a truck bed, with a "CHRIS FIX" license plate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Budget for calibration cost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torque wrench is held in both hands above a set of other torque wrenches and a breaker bar on a truck bed. "CHRIS FIX" license plate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22: Use extensions with caution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 two black extension bars above a set of torque wrenches and a breaker bar on a truck bed. "CHRIS FIX" license plate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23: Select the appropriate type of extension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a socket and extension, while another hand holds two black extension bars. Several torque wrenches and a breaker bar are laid out on a truck bed. "CHRIS FIX" license plate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24: Consider key factors when choosing a torque wrench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points to a set of torque wrenches and a breaker bar laid out on a truck bed, with a "CHRIS FIX" license plate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5: Selecting the Right Torque Wrench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25: Determine the appropriate drive size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points to a set of three torque wrenches and a breaker bar laid out on a truck bed, with a "CHRIS FIX" license plate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26: Understand common drive sizes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three torque wrench heads labeled "1/2 in", "3/8 in", and "1/4 in", with a finger pointing at the 1/2 in drive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27: Match drive size to application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torque setting scales on three torque wrenches, showing inch-pounds and foot-pounds markings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28: Compare torque ranges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points to the torque scale on a 3/8 inch drive torque wrench, with another wrench visible beside it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29: Select based on frequency of use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gestures toward three torque wrenches of different sizes laid out on a truck bed, with a "CHRIS FIX" license plate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30: Consider quality and budget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torque wrench is held in both hands above a set of other torque wrenches and a breaker bar on a truck bed, with a "CHRIS FIX" license plate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31: Purchase a cost-effective torque wrench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torque wrench is held in both hands, presented in front of a "CHRIS FIX" license plate and other torque wrenches on a truck bed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Video end screen with a "Subscribe" button, links to related videos ("How to Check Torque Wrench Calibration", "How to Use a Torque Wrench", "OBDII Scanner Review"), and a "CHRIS FIX" license plate</w:t>
      </w:r>
    </w:p>
    <w:p>
      <w:pPr/>
      <w:r>
        <w:br w:type="page"/>
      </w:r>
    </w:p>
    <w:sectPr w:rsidR="00FC693F" w:rsidRPr="0006063C" w:rsidSect="00034616">
      <w:headerReference w:type="default" r:id="rId27"/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