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Torque Multiplier to Remove Stubborn Lug Nuts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Inspect the torque multiplier kit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Open blue torque multiplier kit on the pavement, showing the torque multiplier, sockets, handle, and extension bar neatly arranged in molded slots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Understand the limitations of standard lug wrenches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Stabilize the lug wrench for maximum torque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Lug wrench positioned on a lug nut, supported by a jack stand for stability, with the blue tool case visible in the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Attempt to loosen the nut with the standard bar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Long metal bar attached to a lug wrench, bent from excessive force, with a hand pointing at the bend and an RV step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Try a heavy-duty ratchet and extension pipe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Red jack stand supporting a lug wrench, with a large chrome ratchet and extension pipe lying on the ground nearby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Prepare the torque multiplier kit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Blue torque multiplier kit open on the ground, showing the torque multiplier, sockets, and handle arranged in their slots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Identify the stubborn lug nut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pointing at a rusty wheel with several lug nuts, with the blue torque multiplier kit and jack stand visible below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Select the correct socket and attach it to the multiplier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reaching toward a rusty wheel with lug nuts, with the blue torque multiplier kit open, sockets and multiplier visible below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Attach and position the torque multiplier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Torque multiplier socket attached to a rusty lug nut on a large vehicle wheel, blue tool case open on the ground, jack stand supporting the tool, and additional sockets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Insert the handle and begin loosening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positioning the torque multiplier onto the lug nut, with the blue case and jack stand visible and the handle about to be inserted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Ensure proper foot placement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Torque multiplier fully engaged on a lug nut, stabilizer foot braced against an adjacent nut, hand adjusting the tool, blue case and jack stand below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Use the short handle to apply torque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reaching for the short handle in the blue case, with the torque multiplier in place on the lug nut and the jack stand supporting the tool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Loosen the lug nut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turning the torque multiplier handle as the nut begins to loosen, with the blue case and jack stand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Confirm the nut is loose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the torque multiplier with the nut visibly loosened, blue case and jack stand below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Store the torque multiplier kit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resting on the torque multiplier, still attached to the wheel, blue case open on the ground and jack stand supporting the tool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on the torque multiplier, still engaged on the wheel, blue case and jack stand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