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Torque Angle Gauge: OTC 4554 Unboxing, Setup, and Application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Unbox the OTC 4554 torque angle gauge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Inspect the packaging for safety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holding the back of the OTC 4554 package, displaying safety warnings, barcode, and manufacturing details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Remove the gauge and retaining bar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removing the torque angle gauge and retaining bar from the packaging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Examine the gauge face and drive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gauge face showing degree markings and the half-inch square drive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Attach the retaining bar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the gauge with the retaining bar attached, ready for use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Review the gauge's construction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gauge showing the thumb screw and the model number 4554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Zero the gauge before use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Gauge being zeroed, with the pointer aligned at 0 degrees and the retaining bar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Use the torque angle gauge to measure rotation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Gauge showing the pointer at 60 degrees, indicating the correct torque angle has been reached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Remove the gauge after use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Gauge being removed, with the thumb screw visible for easy detachment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Applying the gauge in confined spaces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Prepare a confined work area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Attach the gauge to the fastener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holding the torque angle gauge and socket, positioning it onto a bolt in a car engine bay with various engine components and wiring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Set the gauge to zero on the fastener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pointing at the torque angle gauge, set to zero and attached to a bolt, with the retaining bar braced against an engine bracket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Tighten the fastener to the specified angle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pointing at the torque angle gauge as it measures a 60-degree turn, attached to a bolt with the retaining bar braced against a bracket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Verify the achieved torque angle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torque angle gauge showing the pointer at 60 degrees, confirming the correct angle has been reached while still attached to the bolt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Remove the gauge and inspect the fastener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Engine bay with the torque angle gauge removed, showing the completed fastener and surrounding components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Interpret torque specifications with angle ranges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Torque angle gauge being lifted away from the bolt after use, with the engine bay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Repeat the procedure for additional fasteners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Torque angle gauge set at exactly 60 degrees, attached to a bolt with the retaining bar braced against an engine component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Tool review and support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Compare construction and alternative tools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OTC 4554 torque angle gauge held in hand, showing degree markings and the square drive, with another tool visible in the other hand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19. Consider purchasing options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OTC 4554 torque angle gauge held in hand, showing the face with degree markings and the thumb screw against a concrete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20. Seek assistance if needed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21. Review the gauge's key features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hand holding the OTC 4554 torque angle gauge, showing the degree markings (0° to 360°), central square drive, and pointer against a concrete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showing "A DrShock Production" and "OTC 4554 Torque Angle Gauge Review Unboxing, Description, &amp; Usage"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