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Micrometer: A Step-by-Step SOP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 blue TRAVERS shirt behind workbench with micrometers, American flag and toolbox in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clarifying terminology, workbench with micrometers, American flag and toolbox in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Identify the micrometer parts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holds a micrometer to show its overall size and parts, with several micrometers and tools laid out on the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micrometer showing the sleeve with numbers and lines and the thimble with a knurled grip and numbers.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Confirm the zero reading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close-up with the thimble at zero and a small line on the sleeve visible, indicating the 25-thousandths position.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Read the micrometer in 0.025-inch increments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close-up showing the thimble and sleeve perfectly aligned at zero.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micrometer with the thimble and sleeve aligned at zero, with the reference line matching the zero mark on the thimble.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Read actual measurements on the sleeve and thimble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close-up with the thimble at zero, and an inset showing hands rotating the thimble.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close-up showing the "1" mark just appearing on the sleeve, indicating 0.100 inches, while a hand turns the thimble.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micrometer with a pointer indicating the "1" mark just emerging on the sleeve and the "0" on the thimble aligned with the reference line.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with the "1" mark on the sleeve and the "17" on the thimble aligned with the reference line, indicating 0.117 inches.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with the "2" mark on the sleeve and the "35" on the thimble aligned with the reference line, indicating 0.235 inches.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Read measurements beyond 0.500 inch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pointer highlights the reference line on the sleeve, showing alignment with the thimble's zero mark.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with the "5" mark on the sleeve and the "10" on the thimble aligned, indicating 0.510 inches.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with a pen pointing to the auxiliary lines on the sleeve, with an inset close-up of the auxiliary scale.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with a pen pointing to the "5" mark on the sleeve, preparing to use the auxiliary scale.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Use the auxiliary scale for four-decimal precision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with the "1" mark fully visible on the sleeve and the "10" on the thimble aligned with the reference line, indicating 0.110 inches.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close-up: the sleeve shows the "5" mark, the thimble shows "5" aligned with the reference line, and a pen points at the auxiliary scale.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Read a micrometer to the fourth decimal place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with the "1" mark on the sleeve and the "15" on the thimble aligned with the reference line, indicating 0.115 inches.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close-up with a pen pointing at the thimble scale just past the 5 mark, with the sleeve scale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Extreme close-up of the micrometer with a pen tip indicating the aligned vernier line, with the sleeve and thimble scales clearly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close-up with no pen, focusing on sleeve and thimble alignment with the vernier scale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close-up with a pen tip indicating the vernier alignment, with the sleeve and thimble scales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Full view of the micrometer with a hand adjusting the thimble, showing the sleeve and thimble scales.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close-up with a pen tip pointing at the 9th thimble line past the 4, with the 10 mark visible on the thimble.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close-up with a pen tip indicating the 9th thimble line, with the sleeve and thimble scales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close-up with a pen tip indicating the aligned line, with the 10 mark visible on the thimble.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close-up with the sleeve and thimble scales clearly visible and no pen present.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Understand decimal place terminology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Micrometer close-up showing the "5" mark on the sleeve (0.500 inches) and the "0" on the thimble aligned with the reference line.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micrometer with a pen tip pointing at the sleeve and thimble scales, showing clear scale markings.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Hold a micrometer correctly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reaching for the micrometer on a yellow legal pad, with a pen nearby.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micrometer and pen placed on a yellow legal pad, with the workspace ready for demonstration.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securely holding the micrometer, with the ring finger on the thimble, ready for measurement.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Measure a workpiece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the micrometer with the frame in the palm and the ring finger resting on the thimble.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holding the micrometer with a washer placed between the anvil and spindle while the thimble is being turned.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holding the micrometer with a washer clamped between the anvil and spindle, and a finger pointing at the washer.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turning the thimble in the opposite direction to open the micrometer, releasing the washer.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the micrometer with the spindle fully closed on the washer.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Read the measurement from the scale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with the "5" mark on the sleeve and the "10" on the thimble aligned, indicating 0.510 inches.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micrometer scale with a pen pointing at the sleeve and thimble markings.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micrometer thimble with a pen pointing at the 5 and 6 markings.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micrometer scale with a pen pointing at the scale and a reminder to always use the lower number.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Read to the fourth decimal place: worked example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micrometer with a pen pointing at the scale and a reminder to always use the lower number.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micrometer with a pen again pointing at the number 5 on the vernier scale, confirming its alignment with the main scale.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Micrometer with the "5" mark on the sleeve and the "0" on the thimble aligned, indicating 0.500 inches.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Reading the fourth decimal place: live example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micrometer with a pen pointing at the number 5 on the vernier scale, which aligns with the main scale while the number 4 does not.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micrometer with a hand holding a pen, pointing at the gauge lines on the thimble, with a yellow notepad in the background showing handwritten numbers.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micrometer with a pen pointing at the gauge line between the numbers 6 and 7, with the notepad showing the value .0565.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Adjust the micrometer efficiently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spins the micrometer thimble quickly, demonstrating a rapid adjustment technique.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instructor demonstrates spinning the micrometer thimble quickly with one hand, showing how to rapidly adjust the measurement. The workbench and background remain the same.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blue "TRAVERS" shirt stands behind a table displaying several micrometers and related tools. An American flag hangs on the wall behind. The setting is a workshop with a tool chest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gesturing with left hand, holding micrometer in right, workbench with micrometers, American flag and toolbox in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explaining with hand gestures, workbench with micrometers, American flag and toolbox in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instructor stands behind the workbench, holding a micrometer and addressing the viewer, suggesting further resources.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TRAVERS logo is displayed prominently with the motto "The Right Tool Is Everything." on a white background.</w:t>
      </w:r>
    </w:p>
    <w:p>
      <w:pPr/>
      <w:r>
        <w:br w:type="page"/>
      </w:r>
    </w:p>
    <w:sectPr w:rsidR="00FC693F" w:rsidRPr="0006063C" w:rsidSect="00034616">
      <w:headerReference w:type="default" r:id="rId40"/>
      <w:footerReference w:type="default" r:id="rId4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header" Target="header1.xm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