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Drill Press: A Complete Step-by-Step Guide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red shirt and green apron standing beside a drill press, discussing the benefits of using a drill press compared to a hand-held drill.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red shirt and green "WOOD MAGAZINE" apron stands beside a large green drill press in a well-equipped woodworking shop. The drill press table is set up with a wooden fence and clamp. Shelves with woodworking tools and supplies are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Understand the purpose and components of the drill press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spindle speed chart showing RPM values and corresponding belt positions for 50Hz and 60Hz operation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Consult the speed chart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Full view of a floor-standing drill press, illustrating its base and overall structure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Insert and secure the drill bit in the chuck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Raise and lower the quill assembly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Set the depth stop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raising and lowering the quill assembly using the side handle of the drill press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Identify your drill press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drill press table tilt gauge showing degree markings and an indicator arrow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Adjust the table height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Pivot, tilt, and rotate the table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adjusting the drill press table height using the geared handle on the column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Install a woodworking drill press table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positioning a workpiece against the adjustable fence for consistent hole spacing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Use the adjustable fence for consistent drilling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positioning the workpiece under the drill bit with the handle removed, aligned with the fence and stop blocks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Extend the table wings and add stop blocks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holding a workpiece against the fence to demonstrate improved drilling safety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Position the workpiece for drilling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resolving a handle clearance issue by unscrewing the handle to allow full travel of the drill press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Resolve handle clearance issues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positioning a marked workpiece under the drill bit using the fence for alignment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Resume drilling after resolving handle clearance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Large woodworking drill press table with fence and accessories installed on the drill press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Set up and lock the fence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monitoring the drilling process to ensure consistent hole depth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Begin drilling holes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drill bit creating a hole in a piece of wood, with wood shavings accumulating around the hole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Maintain consistent hole depth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drilling through a workpiece with scrap wood underneath to protect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Observe the drilling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Continue drilling along the marked line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placing a piece of scrap wood underneath the workpiece before drilling through it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Prepare for through-holes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holding up a workpiece with a line of drilled holes to inspect the results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Drill through the workpiece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multiple holes drilled in a straight line, with wood shavings visible around each hole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Inspect your work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Install a drum sander attachment for sanding curves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Prepare the workpiece for sanding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aligning a wooden workpiece with a curved cutout against the drum sander, with the pencil line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25: Align the workpiece with the sanding drum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holding the workpiece against the spinning drum sander to sand the inside curve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26: Check the layout before sanding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27: Begin sanding the curve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Drum sander attachment installed in the drill press chuck, with the fence visible on the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28: Refine the curve near the layout lines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29: Prepare to control sanding depth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Operator preparing a rectangular wooden workpiece with a curved cutout for sanding with the drum sander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positioning a wooden workpiece with a curved cutout near the drum sander, preparing to add a stop block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30: Clamp a scrap block as a stop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hand holding a wooden workpiece with a curved cutout near the drum sander, with the pencil line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Wooden workpiece positioned near the drum sander with a scrap block clamped in front of the drum as a stop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31: Position the workpiece and adjust the table height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positioning a wooden workpiece on the drill press table, with the sanding drum and wood dust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32: Fine-tune the table height for precise contact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red shirt and green apron stands next to a green drill press, explaining its features. The drill press table has a large wooden board on it. The background shows a woodworking shop with shelves and tools.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33: Begin sanding or drilling the workpiece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workpiece being moved along the drum sander to refine the curved cutout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34: Handle workpieces too large for the fence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Large wooden board positioned on the drill press table, extending beyond the fence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35: Keep hands away from the spinning bit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Operator adjusting the drill press table height with the workpiece positioned under the drum sander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of safe hand placement on a large board at the drill press, keeping hands away from the spinning bit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36: Use a backer board to protect the table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Backer board and clamps positioned under a large board on the drill press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37: Clamp the workpiece and lock the table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Hands holding a wooden workpiece with a square cutout against a spinning drum sander on the drill press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Workpiece clamped to the drill press table with the table locked in place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38: Lock the fence for controlled drilling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adjusting and locking the fence on the drill press table with the workpiece clamped in place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39: Set the depth stop for consistent hole depth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adjusting the screw-type depth stop on the drill press column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40: Drill holes with the depth stop engaged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lowering the handle to start drilling into a piece of wood positioned against the locked fence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41: Adjust for through-holes if needed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adjusting and locking down a wooden fence on the drill press table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42: Drill through-holes safely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holding the workpiece steady as the drill bit approaches, with a backer board visible underneath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43: Cut a circular opening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lifting a perfectly cut wooden circle from the opening, with the circle cutter still attached to the drill press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44: Remove the cut circle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Spinning circle cutter attached to the drill press, cutting a circular groove into a piece of wood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Finished circular wooden cutout held up beside the drill press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45: Verify the finished cutout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46: Understand hole saw limitations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Wooden workpiece clamped to the drill press table with a yellow hole saw attached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47: Clamp the workpiece securely for hole saw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Hole saw attachment showing its fixed diameter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Drill press operating with a yellow hole saw, with the workpiece clamped and the machine set to slow speed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48: Double-check the clamping and setup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 inspection of the clamped workpiece and hole saw setup on the drill press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49: Operate the hole saw at slow speed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Preparing to clamp a wooden workpiece with a yellow hole saw attached to the drill press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Operator extending the table wings and adjusting stop blocks for repetitive drilling tasks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black screen with the bold yellow and white text "WOOD Videos" centered, indicating the end of the video.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black screen with the bold yellow and white text "WOOD Videos" centered, indicating the end of the video.</w:t>
      </w:r>
    </w:p>
    <w:p>
      <w:pPr/>
      <w:r>
        <w:br w:type="page"/>
      </w:r>
    </w:p>
    <w:sectPr w:rsidR="00FC693F" w:rsidRPr="0006063C" w:rsidSect="00034616">
      <w:headerReference w:type="default" r:id="rId46"/>
      <w:footerReference w:type="default" r:id="rId4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header" Target="header1.xm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