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Dial Indicator to Measure Brake Rotor Runout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Secure the vise grip to the vehicle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adjusting the knurled knob on a vise grip clamped to a vehicle suspension component, with a brake rotor visible in the foreground.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Position the vise grip near the rotor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positioning the dial indicator and flex arm near the brake rotor, ensuring the setup can reach the rotor's friction surface.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Tighten the contact tip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checking and tightening the contact tip of the dial indicator, with the flex arm and rotor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Set the dial indicator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rotating the knurled ring at the end of the flex arm to remove slack, with the dial indicator positioned near the rotor.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Lock the flex arm and gauge in place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hand turning the red cam lever to lock the flex arm and dial indicator in place.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Verify contact and stability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lifting the dial indicator needle off the rotor, checking for proper contact and stability.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Check for flex arm and gauge movement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Dial indicator and flex arm setup shown in a stable position, with the needle contacting the rotor.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Rotate the rotor and observe the gauge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dial indicator gauge showing needle movement as the rotor is rotated.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Zero the gauge at the low spot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Dial indicator gauge being zeroed at the low spot, with the needle pointing to zero.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Confirm the zero setting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dial indicator gauge with the needle set at zero, confirming the zero setting.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Rotate the rotor to find the high spot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rotating the brake rotor by hand while observing the dial indicator to find the high spot.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Record the high spot reading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closely monitoring the dial indicator as the rotor is rotated to the high spot.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Prepare for correction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brake align correction plate with multiple bolt holes, ready for use.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Mark the high spot on the rotor and wheel stud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using a marker to mark both the rotor and the nearest wheel stud at the high spot.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Bring the high spot to top dead center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Rotor with a visible mark at the top dead center position, ready for correction plate installation.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Consult the brake align application chart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Finger pointing to the '99–'00 Seville entry in the brake align application chart.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Identify the correct correction plate part number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12166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121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Correction plate part number 801-XX circled in the application chart, indicating the need to select the correct taper.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