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Use a Bench Grinder Safely: A Step-by-Step SOP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bench grinder setup with on-screen text listing suitable tools: chisels, scissors, knives, drill bits, punches, and screwdrivers.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 and PPE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bench grinder in use with sparks flying as a gloved worker grinds a metal piece, showing the spark shield and tongue guard in action.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1. Understand the bench grinder's components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bench grinder showing two abrasive wheels, eye shields, and work rests, labeled "Bench Grinder (Pedestal Grinder)".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2. Identify tasks suited to a bench grinder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3. Set the correct work rest gap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8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bench grinder with on-screen text reading "1/8'' Gap," illustrating the correct work rest adjustment.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4. Inspect the wheel guard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5. Set the tongue guard gap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grinding wheel with an arrow pointing to the exposed section, showing the guard and work rest in place.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6. Measure gaps with a gap gauge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bench grinder in an industrial setting with on-screen text reading "1/8'' Gap," reinforcing the correct work rest and guard adjustment.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7. Position the spark shield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bench grinder with safety tools attached to its pedestal, shown in an industrial environment with safety signage.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8. Confirm safety tools are accessible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9. Inspect and clean the spark shield before each task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worker demonstrates proper attire for grinding, wearing a fitted shirt, hard hat, and safety glasses in an industrial shop.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Text "Check out our other videos!" in yellow on a black background with a circular border.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10. Prepare your clothing and remove hazards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worker stands near a bench grinder after shutdown, monitoring the wheel as it slows to a complete stop.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11. Wear required PPE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worker demonstrates safe operation near a bench grinder, using tools and cooling water as part of the grinding process.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12. Handle material safely while grinding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worker in a red hard hat and safety glasses stands beside a bench grinder, gesturing toward the spark shield to check its position and cleanliness.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13. Power down and monitor the wheel after use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worker equipped with a red hard hat, safety glasses, and ear protection stands beside a bench grinder, illustrating the required PPE.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14. Stop the wheel using a wheel dresser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worker in a hard hat and safety glasses stands near a bench grinder in an industrial environment with safety cones and barriers visible.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15. Dress a dull or grooved wheel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worker in a hard hat and safety glasses stands beside a bench grinder in an industrial workshop, preparing to stop the wheel.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ASC Process Systems logo on a black background.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16. Exercise caution around powerful tools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gloved worker uses a gap gauge to measure the distance between the tongue guard and the grinding wheel, with the spark shield also visible.</w:t>
      </w:r>
    </w:p>
    <w:p>
      <w:pPr/>
      <w:r>
        <w:br w:type="page"/>
      </w:r>
    </w:p>
    <w:sectPr w:rsidR="00FC693F" w:rsidRPr="0006063C" w:rsidSect="00034616">
      <w:headerReference w:type="default" r:id="rId19"/>
      <w:footerReference w:type="default" r:id="rId2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header" Target="header1.xm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