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Beginner Electronic Soldering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complete soldering setup on a workbench: Weller WES51 soldering station, spool of solder, brass sponge, yellow cleaning sponge, helping hands tool, and clear safety goggles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Heat up your iron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soldering station dial set to the recommended temperature range, with on-screen text: "Step 1: Heat up your iron. 600–700 degrees F (315–370 degrees C)"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adjusting the temperature on an AOYUE Int 937+ soldering station to 352°C, with step instructions overlaid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Make your connection mechanically stable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circuit board with component leads bent to hold it in place, with step instructions overlaid: "Step 2: Make your connection mechanically stable"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Clean your iron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soldering iron tip with visible oxidation, with step instructions overlaid: "Step 3: Clean your iron. The surfaces of hot metals quickly build up an oxide layer, which inhibits heat transfer and solder adhesion."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Apply heat and solder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rosin core solder wire, with on-screen text: "Step 3: Clean your iron. Rosin core solder has a small amount of rosin in its center, which acts as a flux and eats away the oxides."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finger holds a component lead against a prototyping board, with solder applied to a joint. On-screen text: "Step 4: Apply heat and solder. The amount of time it takes for the joint to heat to the appropriate temperature varies."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Soldering iron tip in contact with a PCB joint, with on-screen text: "Step 4: Apply heat and solder. Ensure good contact between the iron and the joint."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Soldering iron tip applied to a wire joint held by helping hands, with on-screen text: "Step 4: Apply heat and solder. Ensure good contact between the tip and the joint."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Inspect the joint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finished solder joints on a PCB, with on-screen text: "Step 5: Inspect the joint. Did the solder wet to both surfaces? Is the joint smooth and shiny? Is there too much or too little solder?"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Trimming component leads on a prototyping board, with on-screen text: "Step 5: Inspect the joint. Did the solder wet to both surfaces? Is the joint smooth and shiny? Is there too much or too little solder?"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Common mistakes to avoid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soldering iron tip is held above a small prototyping board with a poorly formed solder joint, demonstrating incorrect soldering technique.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holds a prototyping board with a resistor inserted, but the resistor is not flush against the board, demonstrating poor alignment.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prototyping board with a resistor inserted, showing the resistor leads bent and the component not flush with the board, illustrating a common beginner mistake.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resources and community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oneTesla logo and contact information, including website, Facebook, YouTube, and Twitter links, on a purple background.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