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Vernier Calipers: A Step-by-Step SOP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diagram of the main scale and vernier scale zero marks aligned at zero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vernier caliper with arrows pointing to the correct measurement surfaces and the gaps to avoid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the vernier caliper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metric vernier caliper with jaws fully closed, showing both main and vernier scales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Zeroing the caliper and identifying measurement surfaces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vernier caliper with labeled scales and a circular object between the jaws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Reading the main scale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vernier caliper measuring an object, with the zero mark aligned at 5 mm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vernier caliper with emphasis on the zero mark used for reading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Reading the vernier scale for precision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showing the zero mark aligned at 5 mm, with a "NOT here" warning marking an incorrect reading location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diagram of the main scale and vernier scale, with the vernier scale numbered 0 to 10 and labeled .1mm, .5mm, .9mm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Practice: high-precision caliper (0.02 mm)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the vernier and main scales, with the mark next to 7 aligning best and labeled ".02 mm"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Practice: simpler caliper (0.1 mm)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diagram of the vernier and main scales showing the vernier marks and their alignment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of a vernier caliper with a main scale and a vernier scale labeled ".1 mm"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of a vernier caliper with the main scale, vernier scale, and the reading "16.2mm" clearly labeled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vernier caliper with the reading "16.2mm"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the full caliper layout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of a vernier caliper showing the main and vernier scales, with a ".02 mm" label indicating the vernier increment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the entire vernier caliper, with the main scale (10–70 mm) and the vernier scale (0–10) labeled ".02 mm"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Practice example: worked problem 1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Vernier caliper scale with clear main and vernier scale details, no alignment marker yet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Arrow pointing to the 2 mark on the vernier scale, indicating the alignment point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Vernier caliper scale with the measurement "19.16mm" displayed and the arrow still at the 2 mark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Practice example: worked problem 2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 stick figure and dog, no caliper, branding visible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Zoomed-in vernier caliper, main scale from 0 to 20, vernier scale at 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Extreme close-up of the caliper, main scale from 0 to 20, vernier scale at 0, with "12."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Zoomed-in vernier scale focused on the 40–50 range, with large numbers 4 through 8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caliper scale with the answer "12.76mm" displayed and the arrow at the 8 mark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Blueprint-style diagram of a vernier caliper with an arrow pointing to the zero mark on the main scale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Full caliper scale, answer 12.76mm displayed, arrow at 8 mark, branding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Full caliper scale, answer 12.76mm, branding, lesson conclusion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Blueprint-style end screen with CCL-BY-SA license, disclaimer, dog drawing, and branding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Same blueprint-style end screen, CCL-BY-SA, disclaimer, dog drawing, branding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3504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35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fades to black, no visible content, video ends</w:t>
      </w:r>
    </w:p>
    <w:p>
      <w:pPr/>
      <w:r>
        <w:br w:type="page"/>
      </w:r>
    </w:p>
    <w:sectPr w:rsidR="00FC693F" w:rsidRPr="0006063C" w:rsidSect="00034616">
      <w:headerReference w:type="default" r:id="rId33"/>
      <w:footerReference w:type="default" r:id="rId3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header" Target="header1.xml"/><Relationship Id="rId3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