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Program a PLC: Configuring an S7-300 Mixing Tank System in Step 7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 and 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Understand the mixing tank system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1.1 Review the system layout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the tank system showing the tank, pumps, mixer, level switches, and discharge valve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1.2 Understand the function of each component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Pumps and flow paths highlighted, showing liquid transfer into the tank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1.3 Review the fill sequence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Lower level switch highlighted, showing the signal path to the PLC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1.4 Review mixer operation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Mixer highlighted, showing its operation inside the tank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1.5 Review the discharge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Discharge valve highlighted at the bottom of the tank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1.6 Review the overall control logic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pumps activated after the lower level switch is triggered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the complete PLC control sequence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Tank diagram with both pumps active and the high level switch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Tank diagram with the mixer highlighted, showing operation after the pumps stop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Tank diagram with the discharge valve highlighted, showing the valve open for discharge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Tank diagram with the low level switch highlighted, showing the cycle restart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Launch SIMATIC Manager and create a project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3.1 Launch SIMATIC Manager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Desktop with the SIMATIC Manager icon highlighted, ready to launch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3.2 Create a new project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New Project dialog, showing fields for project name and storage location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Configure the new project and insert the PLC station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4.1 Enter the project name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New Project dialog with an empty Name field and the default storage path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4.2 Set the storage location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New Project dialog with the project name "Mixer" entered and the storage location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4.3 Insert the SIMATIC 300 station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Insert menu open in SIMATIC Manager, with SIMATIC 300 Station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4.4 Verify the station was added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Project tree showing the Mixer project with the SIMATIC 300(1) subgroup added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4.5 Open the hardware configuration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with the Hardware icon highlighted under SIMATIC 300(1)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4.6 Locate the SIMATIC 300 module catalog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open, showing SIMATIC 300 modules in the right pane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4.7 Insert the rack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with SIMATIC 300 expanded and RACK-300 selected, ready to insert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Configure the PLC rack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5.1 Install the power supply module in slot 1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[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showing the PS 307 2A power supply installed in slot 1, with the order number visible in the table and the hardware catalog open on the right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5.2 Verify the module order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Order number for PS 307 2A highlighted in the lower right, matching the entry in the module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5.3 Install the CPU module in slot 2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CPU 316 module installed in slot 2, with the order number and MPI address visible in the table and the CPU-300 folder open in the hardware catalog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5.4 Plan the digital input and output modules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digital input and output modules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6.1 Attempt to insert the digital input module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with a warning dialog stating the module can only be inserted in slots 4 to 11; slot 3 is selected and the DI-300 folder is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6.2 Acknowledge the slot restriction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Warning dialog still visible before clicking OK; slot 3 is highlighted and the DI-300 folder is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6.3 Insert the digital input and output modules in the correct slots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showing DI16xDC24V in slot 4 and DO16xDC24V/0.5A in slot 5, with order numbers and address ranges visible and the DO-300 folder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6.4 Verify address ranges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module table showing DI16xDC24V with I address 0...1 and DO16xDC24V/0.5A with Q address 4...5, with annotation showing I0.0 to I1.7 and Q4.0 to Q5.7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Simulate and download the configuration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7.1 Confirm the configuration is complete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showing the rack layout and module table with DI16xDC24V and DO16xDC24V/0.5A modules, ready for simulation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7.2 Open the PLC simulator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with the S7-PLCSIM1 simulator window open, showing CPU status indicators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7.3 Select the input variables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S7-PLCSIM1 window with the IB 0 (input byte 0) panel open, showing bits 0-7 for simulation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7.4 Configure the output variable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S7-PLCSIM1 window with both IB 0 and QB 0 panels open, ready to change the QB address to 4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7.5 Save and compile the hardware configuration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with the cursor on the Save and Compile icon, module table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7.6 Download the configuration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HW Config window with the cursor on the Download icon, ready to transfer the configuration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7.7 Select the target CPU module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Target Module dialog with CPU 316 highlighted, ready to confirm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7.8 Confirm the node address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Node Address dialog with the CPU841-0 node selected, ready to confirm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7.9 Verify the configuration in the project tree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Project tree showing the CPU 316 subgroup under SIMATIC 300(1)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Open the main program block (OB1)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8.1 Navigate to the OB1 block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SIMATIC Manager project tree with S7 Program(6) expanded and the cursor pointing to the Blocks folder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8.2 Open the OB1 block properties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Properties - Organization Block window for OB1, showing general information and the project path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8.3 View the OB1 program editor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LAD/STL/FBD editor window with OB1 open, showing the programming toolbox and OB1 structure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Desktop with PARSIC logo and "INDUSTRIAL AUTOMATION TRAINING" text, signaling the end of the lesson.</w:t>
      </w:r>
    </w:p>
    <w:p>
      <w:pPr/>
      <w:r>
        <w:br w:type="page"/>
      </w:r>
    </w:p>
    <w:sectPr w:rsidR="00FC693F" w:rsidRPr="0006063C" w:rsidSect="00034616">
      <w:headerReference w:type="default" r:id="rId35"/>
      <w:footerReference w:type="default" r:id="rId3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pn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header" Target="header1.xml"/><Relationship Id="rId3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