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Understanding Injection Molding Machine Operation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Orange Plastics Academy logo and website URL on an orange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instructions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Understand the basic function of the injection molding machine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Injection molding machine with visible mold and mechanical parts in an industrial setting, with a person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the main components of the machine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Labeled diagram of an injection molding machine showing the hopper, heater, reciprocating screw, barrel, plunger, mold cavity, mold, movable platen, and process phases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Follow the injection molding cycle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Injection molding machine with the mold in the closed position, showing pipes, control panels, and the surrounding workspace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2: Injecting polymer into the mold cavity, diagram of the injection molding machine with the mold cavity highlighted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3: Maintaining holding pressure, diagram of the injection molding machine with the pressure zone highlighted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Step 5: Opening and repeating, diagram of the injection molding machine with the mold open and the ejector mechanism highlighted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Step 5: Opening and repeating, diagram of the injection molding machine with the mold open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Understand differences between injection molding machines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green ENGEL injection molding machines in a factory, labeled with numbers and control panels, with a conveyor system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injection mold with hoses and a person observing, illustrating the importance of proper mold clamping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Determine the required clamping pressure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×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Orange background with text: "Rule of Thumb. Multiply surface (square inch) by 2.5. Add 10% safety factor"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Consider raw material properties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Orange background with text: "High viscous products require more pressure"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Understand the economics of production volume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injection molding machine with blue hoses, bolts, and mechanical parts, with a blurred person in the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ENGEL injection molding machine with control panel and conveyor system in a factory setting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ENGEL injection molding machine with a conveyor leading to a box labeled "Orange plastics" in a warehouse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Leverage expert support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Orange Plastics logo with the tagline "Your Partner in Injection Molding"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Orange Plastics logo, tagline "Your Partner in Injection Molding," and website URL www.orangeplastics.com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