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an FMEA: A Step-by-Step Standard Operating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for the Bank ATM system showing process step, failure mode, effect, severity, classification, potential causes, occurrence, current controls, and detection rankings, with a color-coded detection chart from green to red. Example values: Out of Cash (DET=5), Machine Jam (DET=9), Power Failure during transaction (DET=10).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Illustration of a cross-functional team meeting at a table, with labels for Design, Manufacturing, Quality, Testing, Reliability, Maintenance, Purchasing, Sales, Marketing, and Customer Service.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table for the ATM system showing actions taken, recommended actions, RPN values, and responsibilities.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Team &amp; References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sample flowchart labeled "Sample Flowchart" with steps and decision points, annotated "SCOPE" and listing System, Design, Process, and Service. The slide also notes boundaries and level of detail.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hand writing "Step-01) Preparation for FMEA: i) Collect and create key documents" on a whiteboard, listing investigation of past failures, root cause analysis, boundary/block diagram, parameter diagram, process flow diagram, and characteristics matrix, with Design FMEA and Process FMEA highlighted.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x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/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K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8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8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Blank and example-filled FMEA form headers showing System: Bank, Subsystem: ATM Machine, Component: ATM Machine, and a note stating that the team needs to conduct a process FMEA for the ATM machine.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listing reference sources, including ASQ Certified Six Sigma Black Belt and Quality-One International, as additional resources for FMEA methodology.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Process Steps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-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with the first row filled in: Process Step/Function "Dispense amount of cash requested by customer," annotated to highlight the verb-noun format and its link to requirements.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with an arrow pointing to the "Potential Effect of Failure" column, labeled as the result if the failure occurs.</w:t>
      </w:r>
    </w:p>
    <w:p>
      <w:pPr/>
      <w:r>
        <w:br/>
      </w:r>
    </w:p>
    <w:p>
      <w:pPr>
        <w:pStyle w:val="ListNumber2"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showing the process function with multiple failure modes written beneath it: does not dispense cash, dispenses less cash, and takes too long to dispense cash.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/>
      </w:r>
    </w:p>
    <w:p>
      <w:pPr>
        <w:pStyle w:val="ListNumber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FMEA worksheet split into a "Critical Characteristics" section and a "Special Characteristics" section, each illustrated with a labeled cube and its defining bullet points.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showing the process step, failure mode, effect, severity, and classification columns, with an arrow pointing to the "Critical Characteristics" designation.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Failure Analysis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–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displaying the severity ranking scale, color-coded from red (10) to green (1), with the column for assigning a severity number to each effect highlighted.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=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8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9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1</w:t>
      </w:r>
      <w:r>
        <w:rPr>
          <w:b/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with the severity ranking highlighted and results of failure scored 9 or 10 marked in red and green, alongside icons representing safety and regulatory concerns.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728"/>
        <w:gridCol w:w="1728"/>
        <w:gridCol w:w="1728"/>
        <w:gridCol w:w="1728"/>
        <w:gridCol w:w="1728"/>
      </w:tblGrid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q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728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/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'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listing the five anti-requirement categories: full function failure, partial/degraded function failure, intermittent function failure, over function failure, and unintended function failure.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.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with a probability-of-failure chart showing occurrence rankings for each cause, color-coded by risk level (red, yellow, green).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880"/>
        <w:gridCol w:w="2880"/>
        <w:gridCol w:w="2880"/>
      </w:tblGrid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"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88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6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7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form showing the completed row for "Dispense amount of cash requested by customer," scored at severity 8, with the classification column highlighted alongside the color-coded severity ranking table.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Risk Priority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=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×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×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=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×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(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)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5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9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with arrows and highlights connecting "Customer very dissatisfied" to all three potential causes.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annotated with an "RPN threshold" arrow pointing to "Failure Mode Risk" and a checkmark, indicating the threshold's role in flagging risk.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/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Z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RPN threshold matrix with zones for "Must Eliminate the Risk" and "Acceptable Risk," axes for Severity and Occurrence, and a legend for Acceptable, Consideration, and Need Corrective Action.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5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showing potential causes, occurrence rankings, and the RPN threshold with a danger gauge pointing to "Failure Mode Risk." Example causes: Out of cash (O=6), Machine jam (O=4), Power failure during transaction (O=2).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Recommended Actions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2160"/>
        <w:gridCol w:w="2160"/>
        <w:gridCol w:w="2160"/>
        <w:gridCol w:w="2160"/>
      </w:tblGrid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</w:tr>
      <w:tr>
        <w:trPr>
          <w:cantSplit/>
        </w:trPr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Z</w:t>
            </w:r>
          </w:p>
        </w:tc>
        <w:tc>
          <w:tcPr>
            <w:tcW w:w="216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-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FMEA worksheet listing the process step, failure mode, effect, severity, classification, and potential causes with their occurrence ratings: Out of Cash (6), Machine Jam (4), Power Failure during transaction (2).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listing recommended actions, responsible persons, and target dates for each failure cause: Out of Cash (Develop tracking system, ABC, 12-Dec), Machine Jam (Preventive maintenance, DEF, 23-Dec), Power Failure (UPS feasibility, XYZ, 02-Jan).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,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J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3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4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Next/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</w:tr>
      <w:tr>
        <w:trPr>
          <w:cantSplit/>
        </w:trPr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w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8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2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  <w:tc>
          <w:tcPr>
            <w:tcW w:w="144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pPr>
              <w:keepLines/>
            </w:pPr>
            <w:r>
              <w:rPr>
                <w:color w:val="404040"/>
                <w:sz w:val="24"/>
                <w:rFonts w:ascii="Inter" w:hAnsi="Inter" w:eastAsia="Noto Sans CJK JP" w:cs="Noto Sans CJK JP"/>
              </w:rPr>
              <w:t>1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6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0</w:t>
            </w:r>
          </w:p>
        </w:tc>
      </w:tr>
    </w:tbl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worksheet showing RPN and Criticality calculations for each failure cause, with RPN as S × O × D and Criticality as S × O. Example values: Out of Cash (RPN=240, CRIT=48), Machine Jam (RPN=288, CRIT=32), Power Failure during transaction (RPN=160, CRIT=16).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FMEA table with columns for re-ranked SEV, OCC, DET, and new RPN, showing confirmation of relative improvement with green downward arrows and annotation.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FMEA table showing initial and revised SEV, OCC, DET, and RPN values, actions taken, and confirmation of relative improvement, marked "Confirmed Relative Improvement."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Control Updates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</w:pP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RPN threshold matrix with a "Top 5 RPN" chart emphasizing continuous improvement and corrective action on the highest risks.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Screen with icons for Like, Share, Subscribe, Notification Bell, and "THANK YOU..." message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Screen with "THANK YOU....." and the statement "The purpose of a FMEA is to discover and mitigate risk"</w:t>
      </w:r>
    </w:p>
    <w:p>
      <w:pPr/>
      <w:r>
        <w:br w:type="page"/>
      </w:r>
    </w:p>
    <w:sectPr w:rsidR="00FC693F" w:rsidRPr="0006063C" w:rsidSect="00034616">
      <w:headerReference w:type="default" r:id="rId31"/>
      <w:footerReference w:type="default" r:id="rId3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header" Target="header1.xml"/><Relationship Id="rId3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