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Do a SMED Quick Changeover: A Step-by-Step SOP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Cartoon of a woman at a desk, a man approaching, and hands reaching out, with the text "SMED is a methodology to reduce the changeover time in a team"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Purpose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Cartoon of a person operating a machine, with an arrow from product A to product B, and the text "When you have to switch the production from a product A to a product B there is a need for a CHANGEOVER"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Cartoon of people inside gears and a hand pointing to a watch, with the text "Complete the changeover in less than 10 minutes"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Changeover trigger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LeanVlog logo with the tagline 'Learn Faster by Lean Video'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Cartoon of a team at a table and a person presenting boxes, with the text "So, more and more CHANGEOVER are required to satisfy the customer request"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Safety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Pre-change checklist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5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Cartoon of a machine with labeled arrows and activity types, with the text describing external and internal activities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Team members at computers analyzing a recorded changeover together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Changeover steps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br/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Cartoon of a team meeting and a person giving a thumbs up, with the text "#1 Start with 5S ... it's always a good idea."</w:t>
      </w:r>
    </w:p>
    <w:p>
      <w:pPr/>
      <w:r>
        <w:br/>
      </w:r>
    </w:p>
    <w:p>
      <w:pPr>
        <w:pStyle w:val="ListNumber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Person lifting a box into a machine near a conveyor belt and control panel, illustrating activity conversion</w:t>
      </w:r>
    </w:p>
    <w:p>
      <w:pPr/>
      <w:r>
        <w:br/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Worker with a clipboard thinking about a fastener, representing ideas to speed up internal activities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Hand adjusting a watch with numbers falling off, and a person hanging from a downward-trending graph arrow, representing time reduction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First-off approval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List of producers and contributors with the heading 'Produced by:'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Restart criteria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Cartoon of a person entering a room with a document, greeted by a cheering team, with the text 'This is where SMED comes in!'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Person riding a cart with a computer, another waving, and a third with light bulbs above their head, representing innovation and learning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Text 'Do you want to start producing videos with us? Click the link below.' with a large downward arrow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Text 'Do you want to start producing videos with us? Click the link below.' with a large downward arrow</w:t>
      </w:r>
    </w:p>
    <w:p>
      <w:pPr/>
      <w:r>
        <w:br w:type="page"/>
      </w:r>
    </w:p>
    <w:sectPr w:rsidR="00FC693F" w:rsidRPr="0006063C" w:rsidSect="00034616">
      <w:headerReference w:type="default" r:id="rId18"/>
      <w:footerReference w:type="default" r:id="rId1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header" Target="header1.xm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