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Create a Control Plan for Electronic Product Assembly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13610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1361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Control plan table showing document control data: revision level, author, date, and description of change.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Prerequisites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Header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Process flow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160"/>
        <w:gridCol w:w="2160"/>
        <w:gridCol w:w="2160"/>
        <w:gridCol w:w="2160"/>
      </w:tblGrid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6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7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9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13610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1361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Control plan table listing process numbers, descriptions, equipment/tools, product and process fields, special characteristics, specifications, measurement techniques, sampling, frequency, control method, and reaction plan.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13610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1361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Control plan table showing the transition from inspection to packing, including appearance inspection, blister box/battery placement, cleaning, and color box folding.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Product characteristics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160"/>
        <w:gridCol w:w="2160"/>
        <w:gridCol w:w="2160"/>
        <w:gridCol w:w="2160"/>
      </w:tblGrid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6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6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±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%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&lt;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&lt;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6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×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×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13610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1361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Control plan table showing incoming goods inspection, battery testing, PCBA inspection, and motor inspection, with columns for characteristics, methods, sampling, and reaction plans.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13610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1361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Control plan table defining special characteristics A, B, C, D alongside document control data.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Process characteristics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°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±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°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6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136101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1361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Control plan table showing glue application parameters (air pressure, speed), assembly steps such as massage brush installation and battery cover assembly, with special characteristics and torque values.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Methods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%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%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%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136101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1361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Control plan table showing soldering iron use, static ring requirements, temperature/time settings, and inspection methods for pre-assembly operations.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136101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1361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Control plan table showing semi-finished product inspection steps: key test, LED check, working mode test, appearance, and noise test, with 100% inspection and record requirements.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%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≤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8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136101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1361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Control plan table highlighting finished product inspection: key test, LED, working mode, appearance, noise, waterproof test, and air gun cleaning, with 100% inspection and reaction plan for defects.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136101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1361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Control plan table detailing packing steps: appearance inspection, blister box placement, cleaning, folding color box, and sealing, with inspection methods and reaction plans.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136101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1361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Control plan table for outgoing inspection listing appearance, key test, LED, working mode, noise, waterproof test, drop test, packaging, identification, and weight, with random sampling and OQC record.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136101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1361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Control plan table showing the detailed outgoing inspection checklist, including criteria, sampling, and documentation requirements.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Reaction plan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136101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1361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Control plan table showing inspection frequency (5 pieces every 2 hours), responsible parties, and documentation requirements for pre-assembly steps.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136101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1361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Control plan table showing continued packing steps and reaction plans for non-conforming products, emphasizing designated containers for defective items.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Revision history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160"/>
        <w:gridCol w:w="2160"/>
        <w:gridCol w:w="2160"/>
        <w:gridCol w:w="2160"/>
      </w:tblGrid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7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9</w:t>
            </w:r>
          </w:p>
        </w:tc>
      </w:tr>
    </w:tbl>
    <w:p>
      <w:pPr/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What's next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136101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1361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Control plan table showing special characteristics definitions and document control data, summarizing the importance of document control.</w:t>
      </w:r>
    </w:p>
    <w:p>
      <w:pPr/>
      <w:r>
        <w:br w:type="page"/>
      </w:r>
    </w:p>
    <w:sectPr w:rsidR="00FC693F" w:rsidRPr="0006063C" w:rsidSect="00034616">
      <w:headerReference w:type="default" r:id="rId20"/>
      <w:footerReference w:type="default" r:id="rId2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header" Target="header1.xm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