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Instrument Calibration Log: How to Calibrate Calipers (Dial and Digital)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Instrument Details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j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Schedule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Standards Used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728"/>
        <w:gridCol w:w="1728"/>
        <w:gridCol w:w="1728"/>
        <w:gridCol w:w="1728"/>
        <w:gridCol w:w="1728"/>
      </w:tblGrid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7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+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728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Calibration Results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General procedure: how to calibrate calipers with a digital caliper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using a digital caliper to measure a 1-inch Mitutoyo gauge block; the digital display reads 1.271, with the calibration fixture and gauge block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using the inside jaws of a digital caliper to measure across a calibration fixture marked "INSIDE," with a 1-inch Mitutoyo gauge block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using the depth bar of a digital caliper to measure on a calibration fixture, with a 1-inch Mitutoyo gauge block and calibration reference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Dial caliper calibration and pointer position checks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Measuring a 0.200-inch ring gauge with the inside jaws of a digital caliper; the calibration fixture is marked "INSIDE," with a 1-inch Mitutoyo gauge block and ring gauge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dial caliper held in a metrology lab, with Mitutoyo equipment and calibration fixtures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dial caliper measuring 1 inch on the calibration fixture, pointer at the 12 o'clock position, with a 1-inch Mitutoyo gauge block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dial caliper measuring at 2, 4, and 6 inches on the calibration fixture, pointer remaining at the 12 o'clock position, with a 1-inch gauge block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dial caliper performing an inside, depth, or step measurement on the calibration fixture, pointer at the 12 o'clock position, with a 1-inch gauge block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explanation of gear wear in dial calipers, with a dial caliper held in a metrology lab alongside Mitutoyo equipment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Additional angular test points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0.150-inch gauge block held in front of a calibration fixture labeled "INSIDE," with a 1-inch Mitutoyo gauge block visible on the table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dial caliper measuring a 0.125-inch gauge block on the calibration fixture, pointer at the 3 o'clock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dial caliper measuring a 0.150-inch gauge block on the calibration fixture, pointer at the 6 o'clock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dial caliper measuring two gauge blocks rung together on the calibration fixture, pointer at the 9 o'clock position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explanation of test point flexibility, standing in a metrology lab with Mitutoyo equipment and calibration fixtures visible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Concluding the demonstration, standing in the metrology lab with Mitutoyo equipment visible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Results summary table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7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6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7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9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10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</w:tbl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Maintenance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Out-of-Tolerance Actions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Approval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standing in the Mitutoyo Metrology Training Lab, next to a height gauge and gauge blocks, with "CHECK OUT THESE VIDEOS" and Mitutoyo branding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concluding the episode in the Mitutoyo Metrology Training Lab, with "CHECK OUT THESE VIDEOS" prompt and Mitutoyo branding visible</w:t>
      </w:r>
    </w:p>
    <w:p>
      <w:pPr/>
      <w:r>
        <w:br w:type="page"/>
      </w:r>
    </w:p>
    <w:sectPr w:rsidR="00FC693F" w:rsidRPr="0006063C" w:rsidSect="00034616">
      <w:headerReference w:type="default" r:id="rId22"/>
      <w:footerReference w:type="default" r:id="rId2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header" Target="header1.xm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