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Calibrate a Torque Wrench at Home: Standard Operating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materials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Gather your tools and materials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 a wooden workbench: an Allen key, a coiled rope, a torque wrench, and a 1 kg weight plate are laid out.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Understand the torque calculation equations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=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×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×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=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÷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×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reference slide showing the metric torque formula: Newton Meters equals weight in kilograms multiplied by 9.81 and by length in meters.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Secure the torque wrench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torque wrench is clamped horizontally in a vice, ready for calibration.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Select your weight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Weigh and record the actual mass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torque wrench is clamped in a vice with a rope attached to the handle. The display shows "7.5kg," though the actual measured weight is 6.559 kg.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Calculate the required force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²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torque wrench remains clamped in the vice. The calculation "6.559 x 9.81" is shown on screen.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Determine the hanging point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tape measure is used to measure the distance from the square drive to the hanging point on the torque wrench handle. The calculation "6.559 x 9.81" remains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Remove the wrench for adjustment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 the torque wrench on a wooden workbench, preparing to adjust the setting.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Set the torque wrench to the calculated value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loosen the lock nut on the torque wrench handle.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Re-secure the wrench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Hang the weight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torque wrench is clamped in the vice, with the rope being attached to the handle at the measured point.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Check the click point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Adjust the calibration screw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adjusts the calibration screw on the torque wrench. On-screen text reads: "Early? Turn Anti Clockwise. No click? Turn Clockwise."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Fine-tune the calibration screw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adjusts the calibration screw on a torque wrench clamped in a vice in a workshop setting.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Retest the click point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torque wrench is clamped in the vice, ready for the weight to be hung at the midpoint, with no hands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Test for accuracy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torque wrench remains clamped in the vice, set up for an accuracy test.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torque wrench is clamped in the vice, set up for testing with a slightly higher force.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gently lower the weight, attached by rope to the handle, while observing the click.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Repeat at multiple points in the range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torque wrench is clamped in the vice, ready for testing at a different position.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torque wrench remains in the vice during ongoing testing at various points in its range.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Replace the rubber bung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Calibrating an imperial torque wrench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Prepare the imperial torque wrench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imperial torque wrench is clamped in a vice. The value "40.73" is displayed, indicating the weight in pounds.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Convert weight to force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÷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imperial torque wrench is clamped in the vice. The calculation "40.73 / 12" is displayed.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21: Measure the lever length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Adjusting and calibrating using a bench vise (imperial wrench)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22: Measure the length from the drive to the handle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÷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torque wrench is clamped in a bench vise, with a tape measure stretched from the center of the drive to the handle showing 11 inches. The calculation "40.73 / 12" is displayed.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23: Identify the correct point for applying force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÷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shows hands holding a tape measure at the correct application point on the handle, between the yellow label and the smooth section. The calculation "40.73 / 12 x 11" is displayed.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24: Calculate the required weight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÷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torque wrench remains in the vise, with the completed calculation "40.73 / 12 x 11 = 37.34" displayed.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25: Remove the torque wrench from the vice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grips the torque wrench, now removed from the vise and placed on a wooden workbench.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26: Prepare to check and adjust the calibration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hands hold the torque wrench on a wooden workbench, ready for adjustment.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27: Test the click point before applying full weight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torque wrench is clamped in the vice again, ready for further testing.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28: Prepare for fine adjustment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torque wrench remains in the vice, with no hands visible, indicating readiness for adjustment.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29: Adjust the calibration screw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uses an Allen key to adjust the calibration screw on the torque wrench while it is secured in the vise.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Finalizing calibration and verifying accuracy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30: Continue fine adjustments if the wrench does not click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torque wrench is clamped in a bench vise, with the handle and calibration label visible during inspection for further adjustment.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31: Test the click point multiple times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torque wrench remains in the vise during repeated testing of the click point.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32: Verify calibration in different positions and with varying weights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torque wrench is set up in the vice for testing in a different handle position.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33: Check for consistency and tolerance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holds the handle of the torque wrench, still clamped in the vise, while checking for consistent click points.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34: Average the results for best accuracy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holds the torque wrench handle while averaging results across multiple tests.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 and 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sits in a workshop, explaining troubleshooting steps and final advice for torque wrench calibration. Various tools and stickers are visible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instructor continues to provide advice, emphasizing the importance of careful adjustment and re-testing.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instructor smiles and concludes the guide, reinforcing that calibration can be done at home without specialist equipment.</w:t>
      </w:r>
    </w:p>
    <w:p>
      <w:pPr/>
      <w:r>
        <w:br w:type="page"/>
      </w:r>
    </w:p>
    <w:sectPr w:rsidR="00FC693F" w:rsidRPr="0006063C" w:rsidSect="00034616">
      <w:headerReference w:type="default" r:id="rId34"/>
      <w:footerReference w:type="default" r:id="rId3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header" Target="header1.xm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