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Calculate Speeds and Feeds for CNC Machining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Whiteboard diagram showing a path from a house icon down to two labeled points, SPEED and FEED, drawn in a machine shop with CNC equipment and tool cabinets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seated at workbench, smiling, with laptop, model tractor, and machining tools visible, CNC machine in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next to a list of "Tip of the Day" videos, including tapping and feed rate calculation topics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celebrating with an explosion animation in the background, confirming the spindle speed calculation.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reference materials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Tip of the Day branding with Haas logo, host's name, caliper, and markers on a whiteboard background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gesturing while explaining the importance of knowing the tool and its coating in a machine shop setting.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surface speed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Model tractor with large rear tires and small front tires on a wooden table, illustrating the surface speed analogy in a workshop setting.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Calculating circumference and identifying maximum cutting speed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Animated scene with a tractor, grass, a chicken, and a cow holding a sign that reads "17 SURFACE METERS PER MINUTE."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×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π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π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Split-view close-up of a tractor's front and rear tires. The larger rear tire is labeled 42 RPM, and the smaller front tire is labeled 54 RPM.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π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Workbench view with a model tractor and a large tire, overlaid with the calculation 1 m × 3.14 = 3.14 m CIRCUMFERENCE.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Converting cutting speed to spindle speed (RPM)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Machine shop workbench with a model tractor and on-screen text showing π = 3.14 circled in red, reinforcing the constant value used in the calculations.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π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/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tcBorders>
              <w:start w:sz="12" w:val="single" w:color="#365FDD"/>
            </w:tcBorders>
          </w:tcPr>
          <w:p>
            <w:r>
              <w:rPr>
                <w:sz w:val="20"/>
                <w:rFonts w:ascii="Courier New" w:hAnsi="Courier New" w:eastAsia="Noto Sans CJK JP" w:cs="Noto Sans CJK JP"/>
              </w:rPr>
              <w:t>n = (Vc × 1000) / (D × π)</w:t>
              <w:br/>
            </w:r>
          </w:p>
        </w:tc>
      </w:tr>
    </w:tbl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π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π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</w:tbl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π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tcBorders>
              <w:start w:sz="12" w:val="single" w:color="#365FDD"/>
            </w:tcBorders>
          </w:tcPr>
          <w:p>
            <w:r>
              <w:rPr>
                <w:sz w:val="20"/>
                <w:rFonts w:ascii="Courier New" w:hAnsi="Courier New" w:eastAsia="Noto Sans CJK JP" w:cs="Noto Sans CJK JP"/>
              </w:rPr>
              <w:t>n = (Vc × 1000) / (D × π)</w:t>
              <w:br/>
              <w:t>n = (Vc / D) × (1000 / π)</w:t>
              <w:br/>
              <w:t>n = (Vc / D) × 318</w:t>
              <w:br/>
              <w:t>n = Vc × 318 ÷ D</w:t>
              <w:br/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Whiteboard diagram showing the relationship between Cutting Speed (Vc), Spindle Speed (n), and Feed, with a CNC control panel and part of a VF 2ss machine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whiteboard showing "Cutting Speed (Vc) m/min" and "Spindle Speed (RPM) (n)" with a connecting path.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G-code snippet with the S-code and F-code locations circled in red, indicating where RPM and feed values should be entered.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Whiteboard formula path showing the conversion from cutting speed to spindle speed, with the word "Formula" and the symbols π and Ø marked at the conversion point.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On-screen formula n = (Vc × 1000) / (D × π) with a table defining each symbol.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Table of symbol definitions with the spindle speed formula displayed below; the row for n is highlighted in green.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Table defining n, Vc, D, and π next to the spindle speed formula n = (Vc × 1000) / (D × π), with the Vc row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Selecting the correct cutting speed from the tool catalog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Table of variables and the spindle speed formula displayed on screen in the workshop, showing the progression to the simplified version using 318.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Four versions of the spindle speed formula, showing the progression from the full formula to the simplified version using 318.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metal block labeled "STEEL 4140" and a cutting tool marked "SD99-200" on a wooden workbench.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laptop being placed on the workbench to access a digital tool catalog.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Color-coded chart listing material groups (P, M, K, N, S, H) and their corresponding materials.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Matching your material to the ISO group and catalog code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Machine shop workbench with a CNC machine labeled VF 3ss, a metal block, a cutting tool, and a model tractor.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Highlighted chart section showing "N" for Non-Ferrous Metals and Aluminum Alloys, with "S" for Superalloys below.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Machine shop workbench with a block of 4140 steel and cutting tool, the material used for this example.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hand resting on the steel block while noting that material names such as 4140 steel can vary by country.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Full color-coded chart listing all ISO material groups and their corresponding materials.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Kennametal catalog page showing P4 workpiece materials listing, including 4140 steel and cross-references.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Material cross-reference list showing ISO group P and various manufacturer codes for steels.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Workbench view emphasizing that choosing the wrong material group can lead to premature tool failure.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On-screen comparison of "P: Low-alloy Steel" and "S: Titanium Ti6AlV4" material groups.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Workbench view accompanying the recommendation to contact your tooling representative if you are unsure of the correct material group.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Calculating spindle speed (RPM) for your job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Workbench with a block of steel, cutting tool, laptop, and model tractor, set up in front of the CNC machine.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/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tcBorders>
              <w:start w:sz="12" w:val="single" w:color="#365FDD"/>
            </w:tcBorders>
          </w:tcPr>
          <w:p>
            <w:r>
              <w:rPr>
                <w:sz w:val="20"/>
                <w:rFonts w:ascii="Courier New" w:hAnsi="Courier New" w:eastAsia="Noto Sans CJK JP" w:cs="Noto Sans CJK JP"/>
              </w:rPr>
              <w:t>n = Vc × 318 ÷ D</w:t>
              <w:br/>
            </w:r>
          </w:p>
        </w:tc>
      </w:tr>
    </w:tbl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÷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÷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Cutting speed chart showing ISO 513 material groups (P, M) and recommended cutting speeds in m/min; P5 is 100 m/min.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Workbench setup illustrating how tool length, setup rigidity, and cutting aggressiveness affect the choice of cutting speed.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On-screen spindle speed formula: n = Vc × 318 ÷ 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Cutting speed and tool diameter values (Vc = 100 m/min, D = 20 mm), formula, and calculated RPM = 1592 circled in red.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Block of steel and 20 mm end mill shown together, representing the workpiece and tool used in the calculation.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Workbench with the block of steel and end mill, ready for the next calculation step now that spindle speed is known.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Calculating feed rate for end mills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/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tcBorders>
              <w:start w:sz="12" w:val="single" w:color="#365FDD"/>
            </w:tcBorders>
          </w:tcPr>
          <w:p>
            <w:r>
              <w:rPr>
                <w:sz w:val="20"/>
                <w:rFonts w:ascii="Courier New" w:hAnsi="Courier New" w:eastAsia="Noto Sans CJK JP" w:cs="Noto Sans CJK JP"/>
              </w:rPr>
              <w:t>Vf = fz × Zn × n</w:t>
              <w:br/>
            </w:r>
          </w:p>
        </w:tc>
      </w:tr>
    </w:tbl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Feed rate formula and variable definitions displayed on screen in the workshop.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/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tcBorders>
              <w:start w:sz="12" w:val="single" w:color="#365FDD"/>
            </w:tcBorders>
          </w:tcPr>
          <w:p>
            <w:r>
              <w:rPr>
                <w:sz w:val="20"/>
                <w:rFonts w:ascii="Courier New" w:hAnsi="Courier New" w:eastAsia="Noto Sans CJK JP" w:cs="Noto Sans CJK JP"/>
              </w:rPr>
              <w:t>Vf = 0.08 mm × 4 × 1592</w:t>
              <w:br/>
            </w:r>
          </w:p>
        </w:tc>
      </w:tr>
    </w:tbl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Feed rate formula with the feed-per-tooth variable and its table row both highlighted.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Feed rate formula with the n (RPM) variable highlighted.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end mills and cutting tools on the workbench, showing tools with different numbers of teeth.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Workbench view with the CNC machine labeled VF 3ss, tool holders, and a laptop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Manufacturer's chart showing tool part numbers, diameters, number of teeth, and recommended feed per tooth values for roughing and finishing.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Feed rate formula with example values: Vf = 0.08 mm × 4 × 1592.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Feed rate formula with calculated result: Vf = 0.08 mm × 4 × 1592 = F509.44, result circled in red.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CNC machine and control panel, a reminder to always consult manufacturer data for specific cutting conditions.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Adjusting feed rate for slotting, side milling, and feed per revolution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CNC shop with a machine, control panel, workbench, and laptop, set up to compare slotting and side milling feed recommendations.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/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tcBorders>
              <w:start w:sz="12" w:val="single" w:color="#365FDD"/>
            </w:tcBorders>
          </w:tcPr>
          <w:p>
            <w:r>
              <w:rPr>
                <w:sz w:val="20"/>
                <w:rFonts w:ascii="Courier New" w:hAnsi="Courier New" w:eastAsia="Noto Sans CJK JP" w:cs="Noto Sans CJK JP"/>
              </w:rPr>
              <w:t>Vf = fn × n</w:t>
              <w:br/>
            </w:r>
          </w:p>
        </w:tc>
      </w:tr>
    </w:tbl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π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Rendered image showing an end mill approaching a metal block from above, emphasizing the cutting interface where overheating can occur.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÷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Manufacturer's application data chart for solid carbide end mills, showing feed per tooth, cutting speed, and diameter for side milling and slotting.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CNC shop workbench illustrating the feed-per-tooth adjustment needed for slotting operations.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Workbench with the CNC machine and tool holders, reinforcing the importance of following manufacturer speed and feed recommendations.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Workbench with a large drill and a standard end mill, used to illustrate feed per revolution versus feed per tooth.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Feed rate formula graphic: Vf = fn × n and mm/min = FEED per REV × RPM, with FEED per REV underlined.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Feed rate formula graphic: Vf = fn × n and mm/min = FEED per REV × RPM, with RPM circled in red.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Legend table listing all variables and their definitions for feed and speed calculations.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Feed rate and spindle speed formulas for end mills and drills, with the spindle speed formula circled in red and a legend of variables below.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Using catalogs and digital tools instead of manual calculation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Feed rate and spindle speed formulas for end mills and drills, with table feed formulas circled in red and a legend of variables below.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tractor tire with the calculation "100 mm × 3.14 mm = 314 mm" and "314 mm CIRCUMFERENCE" circled in red.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Tooling catalog chart for the Z-Carb-HPR series, showing recommended RPM, feed per tooth, and feed rate for various tool diameters and materials.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feed rate table for alloy steel, showing RPM, feed per tooth, and feed rate for diameters 6–25 mm.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CNC shop workbench, representing the use of digital apps or software to calculate feed rates and speeds quickly.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CNC machine control panel where the built-in milling calculator can be accessed via the Current Commands button.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÷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Rendered image of a metal block and an end mill, illustrating the concept of tool and material interaction in machining.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Instructor gesturing to illustrate the importance of setup rigidity for cutting speed selection.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CNC shop workbench, indicating that additional resources are available for tapping feed rate calculations.</w:t>
      </w:r>
    </w:p>
    <w:p>
      <w:pPr/>
      <w:r>
        <w:br w:type="page"/>
      </w:r>
    </w:p>
    <w:sectPr w:rsidR="00FC693F" w:rsidRPr="0006063C" w:rsidSect="00034616">
      <w:headerReference w:type="default" r:id="rId47"/>
      <w:footerReference w:type="default" r:id="rId4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pn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header" Target="header1.xm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