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Standard Operating Procedure: PCB Assembly Process at Roy Electronics Using Valor Manufacturing Solutions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Operator's hand interacting with pick and place machine feeders, with callouts for "Valor IoT," "Valor Material Management," and "Opcenter Execution Electronics"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Visual inspection machine with callout "Validates correct component placement," showing PCB on conveyor and inspection area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 and Systems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Screen showing ERP at 100% and Valor Process Prep at 61%, with a flow arrow indicating integration between systems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AOI machine labeled "Automated Optical Inspection (AOI)" with monitors displaying inspection data. The machine is branded Omron VT-RNS.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Procedure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Phase 1: Facility overview and shop floor introduction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—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Aerial view of the Roy Electronics facility, showing the main building labeled "ROJ," parking lots, solar panels, and surrounding landscape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—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4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Wide view of the automated PCB assembly shop floor, showing multiple assembly machines, conveyor systems, and very few operators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—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Automated guided vehicle (AGV) transporting PCB racks to a sorting station with "PASS" and "FAIL" indicators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Phase 2: PCB serialization and traceability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4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—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Screen showing ERP system status at 74%, with icons representing different stages of the PCB assembly process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5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—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%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6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—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%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%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Laser marking machine labeled "NEOMARK easy," with a screen and control panel, and a callout indicating it marks a unique serial number on each board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Phase 3: Solder paste application and stencil verification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7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—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screen printer applying solder paste through a stencil, with machine components and control knobs visible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8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—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Screen printer applying solder paste to a PCB through a stencil, with a callout indicating "Solder Paste: Applied to PCB board through stencil"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Phase 4: Solder paste inspection and pick &amp; place operations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9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—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—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SPI machine labeled "Solder Paste Inspection (SPI)" with control panel and monitor displaying PCB inspection data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SPI monitor showing PCB layout, inspection results, and measurement data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—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Front view of multiple pick and place machines labeled "Pick &amp; Place," with component reels and operator stations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 pick and place machine labeled "Pick &amp; Place Machine," with callout "Places PCB components on the board"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—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—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4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—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5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—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Wide view of the assembly floor with a callout for "Valor Process Prep," showing multiple pick and place machines and operator stations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6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—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7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—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Interior view of a pick and place machine, showing the placement mechanism and blurred background of the assembly line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Phase 5: Soldering, oven profiling, and post-SMT inspection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8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—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Reflow oven with multiple chambers, labeled "Reflow Oven," with callout "Divided into various chambers." The environment is a clean, organized electronics assembly floor with other machines and workstations visible.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9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—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—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Visual inspection machine with callout "Validates correct component placement," showing PCB on conveyor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—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PCB on an inspection fixture, with probe or sensor positioned to check solder joints and component placement. The environment is inside an inspection machine.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—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Visual inspection station with conveyor and workspace, labeled "Visual Inspection," with callout for validation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—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Selective soldering oven labeled "Through Hole &amp; Manual Assembly," with operator visible at workstation. Multiple monitors and exhaust systems are present.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4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—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5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—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6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—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7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—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AOI machine with Valor Process Preparation callout: "Validates placement &amp; correct soldering of all components." Two monitors display inspection and validation data.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Close-up of the selective soldering machine interior, labeled "Manual &amp; Through Hole Assembly," with callout "Additional components can be placed &amp; soldered to board." PCB is visible on the conveyor.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Electrical testing machine labeled "Electrical Testing," with monitor and PCB handling equipment. The environment is a clean, automated test area.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Flying probe tester in operation, labeled "Flying Probe Test," with callout "Validates electrical function." Multiple probes are contacting the PCB.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Automated test station (SPEA) with monitor displaying test data, racks for PCBs, and a clean, organized environment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Phase 6: Final integration, inspection, and delivery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8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—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modern electronics manufacturing facility with multiple automated machines, control panels, and status indicators. No people are visible; the environment is clean and organized.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9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—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computer screen showing a workflow diagram in the CamStar suite, with nodes, connections, and inspection options. The interface includes tabs for Production Client, Electronics, Container, Modeling, Resource, and Search.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—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An operator in a blue lab coat at an X-ray inspection station, viewing X-ray images of a PCB on a large monitor. The control panel and warning signs for X-ray use are visible.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—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 control panel with joysticks, buttons, USB ports, and a keyboard. A hand is operating one of the joysticks.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—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test fixture with multiple wires and connectors attached to a PCB, used for in-process inspection and testing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—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 and Summary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4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—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Aerial view of the ROJ manufacturing facility, surrounded by other buildings and greenery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5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—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Siemens logo with the slogan "Ingenuity for life" on a white background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digital overlay with "Opcenter Execution Electronics" and icons representing servers and data, indicating process completion. The background is a blurred manufacturing environment.</w:t>
      </w:r>
    </w:p>
    <w:p>
      <w:pPr/>
      <w:r>
        <w:br w:type="page"/>
      </w:r>
    </w:p>
    <w:sectPr w:rsidR="00FC693F" w:rsidRPr="0006063C" w:rsidSect="00034616">
      <w:headerReference w:type="default" r:id="rId21"/>
      <w:footerReference w:type="default" r:id="rId2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header" Target="header1.xm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